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42511" w:rsidR="003372AC" w:rsidP="00D53DBD" w:rsidRDefault="0061290B" w14:paraId="45448974" w14:textId="77777777">
      <w:pPr>
        <w:pBdr>
          <w:bottom w:val="single" w:color="auto" w:sz="2" w:space="1"/>
        </w:pBdr>
        <w:jc w:val="center"/>
        <w:rPr>
          <w:b/>
          <w:sz w:val="36"/>
          <w:szCs w:val="36"/>
        </w:rPr>
      </w:pPr>
      <w:r w:rsidRPr="00042511">
        <w:rPr>
          <w:b/>
          <w:sz w:val="36"/>
          <w:szCs w:val="36"/>
        </w:rPr>
        <w:t>TABLICA IZVANNASTAVNIH AKTIVNOSTI</w:t>
      </w:r>
    </w:p>
    <w:p w:rsidR="00042511" w:rsidP="68DE8A72" w:rsidRDefault="00042511" w14:paraId="434B39B4" w14:textId="4E4C79C6">
      <w:pPr>
        <w:pBdr>
          <w:bottom w:val="single" w:color="FF000000" w:sz="2" w:space="1"/>
        </w:pBdr>
        <w:jc w:val="center"/>
        <w:rPr>
          <w:b w:val="1"/>
          <w:bCs w:val="1"/>
          <w:sz w:val="36"/>
          <w:szCs w:val="36"/>
        </w:rPr>
      </w:pPr>
      <w:r w:rsidRPr="68DE8A72" w:rsidR="143605F2">
        <w:rPr>
          <w:b w:val="1"/>
          <w:bCs w:val="1"/>
          <w:sz w:val="36"/>
          <w:szCs w:val="36"/>
        </w:rPr>
        <w:t>Šk</w:t>
      </w:r>
      <w:r w:rsidRPr="68DE8A72" w:rsidR="143605F2">
        <w:rPr>
          <w:b w:val="1"/>
          <w:bCs w:val="1"/>
          <w:sz w:val="36"/>
          <w:szCs w:val="36"/>
        </w:rPr>
        <w:t xml:space="preserve">. </w:t>
      </w:r>
      <w:r w:rsidRPr="68DE8A72" w:rsidR="29721C3B">
        <w:rPr>
          <w:b w:val="1"/>
          <w:bCs w:val="1"/>
          <w:sz w:val="36"/>
          <w:szCs w:val="36"/>
        </w:rPr>
        <w:t>g</w:t>
      </w:r>
      <w:r w:rsidRPr="68DE8A72" w:rsidR="143605F2">
        <w:rPr>
          <w:b w:val="1"/>
          <w:bCs w:val="1"/>
          <w:sz w:val="36"/>
          <w:szCs w:val="36"/>
        </w:rPr>
        <w:t>od 2026. /2027.</w:t>
      </w:r>
    </w:p>
    <w:p w:rsidRPr="00042511" w:rsidR="00D53DBD" w:rsidP="00D53DBD" w:rsidRDefault="00D53DBD" w14:paraId="6F402B4E" w14:textId="77777777">
      <w:pPr>
        <w:pBdr>
          <w:bottom w:val="single" w:color="auto" w:sz="2" w:space="1"/>
        </w:pBdr>
        <w:rPr>
          <w:sz w:val="36"/>
          <w:szCs w:val="36"/>
        </w:rPr>
      </w:pPr>
    </w:p>
    <w:tbl>
      <w:tblPr>
        <w:tblStyle w:val="TableGrid"/>
        <w:tblW w:w="8760" w:type="dxa"/>
        <w:tblLook w:val="04A0" w:firstRow="1" w:lastRow="0" w:firstColumn="1" w:lastColumn="0" w:noHBand="0" w:noVBand="1"/>
      </w:tblPr>
      <w:tblGrid>
        <w:gridCol w:w="780"/>
        <w:gridCol w:w="2175"/>
        <w:gridCol w:w="2303"/>
        <w:gridCol w:w="735"/>
        <w:gridCol w:w="2767"/>
      </w:tblGrid>
      <w:tr w:rsidRPr="00D53DBD" w:rsidR="003372AC" w:rsidTr="470F87F7" w14:paraId="145423DD" w14:textId="77777777">
        <w:tc>
          <w:tcPr>
            <w:tcW w:w="780" w:type="dxa"/>
            <w:tcMar/>
          </w:tcPr>
          <w:p w:rsidRPr="00D53DBD" w:rsidR="003372AC" w:rsidRDefault="0061290B" w14:paraId="7159EF4B" w14:textId="77777777">
            <w:pPr>
              <w:rPr>
                <w:b/>
                <w:bCs/>
                <w:sz w:val="24"/>
                <w:szCs w:val="24"/>
              </w:rPr>
            </w:pPr>
            <w:r w:rsidRPr="00D53DBD">
              <w:rPr>
                <w:b/>
                <w:bCs/>
                <w:sz w:val="24"/>
                <w:szCs w:val="24"/>
              </w:rPr>
              <w:t>R.br.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61290B" w14:paraId="223E0D61" w14:textId="77777777">
            <w:pPr>
              <w:jc w:val="left"/>
              <w:rPr>
                <w:b w:val="1"/>
                <w:bCs w:val="1"/>
                <w:sz w:val="24"/>
                <w:szCs w:val="24"/>
              </w:rPr>
            </w:pPr>
            <w:r w:rsidRPr="68DE8A72" w:rsidR="6B4ACC9C">
              <w:rPr>
                <w:b w:val="1"/>
                <w:bCs w:val="1"/>
                <w:sz w:val="24"/>
                <w:szCs w:val="24"/>
              </w:rPr>
              <w:t xml:space="preserve">Ime </w:t>
            </w:r>
            <w:r w:rsidRPr="68DE8A72" w:rsidR="6B4ACC9C">
              <w:rPr>
                <w:b w:val="1"/>
                <w:bCs w:val="1"/>
                <w:sz w:val="24"/>
                <w:szCs w:val="24"/>
              </w:rPr>
              <w:t>i</w:t>
            </w:r>
            <w:r w:rsidRPr="68DE8A72" w:rsidR="6B4ACC9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68DE8A72" w:rsidR="6B4ACC9C">
              <w:rPr>
                <w:b w:val="1"/>
                <w:bCs w:val="1"/>
                <w:sz w:val="24"/>
                <w:szCs w:val="24"/>
              </w:rPr>
              <w:t>prezime</w:t>
            </w:r>
            <w:r w:rsidRPr="68DE8A72" w:rsidR="6B4ACC9C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68DE8A72" w:rsidR="6B4ACC9C">
              <w:rPr>
                <w:b w:val="1"/>
                <w:bCs w:val="1"/>
                <w:sz w:val="24"/>
                <w:szCs w:val="24"/>
              </w:rPr>
              <w:t>voditelja</w:t>
            </w:r>
          </w:p>
        </w:tc>
        <w:tc>
          <w:tcPr>
            <w:tcW w:w="2303" w:type="dxa"/>
            <w:tcMar/>
          </w:tcPr>
          <w:p w:rsidRPr="00D53DBD" w:rsidR="003372AC" w:rsidRDefault="0061290B" w14:paraId="419402E7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Naziv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INA</w:t>
            </w:r>
          </w:p>
        </w:tc>
        <w:tc>
          <w:tcPr>
            <w:tcW w:w="735" w:type="dxa"/>
            <w:tcMar/>
          </w:tcPr>
          <w:p w:rsidRPr="00D53DBD" w:rsidR="003372AC" w:rsidRDefault="0061290B" w14:paraId="66402864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Broj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sati</w:t>
            </w:r>
          </w:p>
        </w:tc>
        <w:tc>
          <w:tcPr>
            <w:tcW w:w="2767" w:type="dxa"/>
            <w:tcMar/>
          </w:tcPr>
          <w:p w:rsidRPr="00D53DBD" w:rsidR="003372AC" w:rsidRDefault="0061290B" w14:paraId="465A6150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Vrijeme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3DBD">
              <w:rPr>
                <w:b/>
                <w:bCs/>
                <w:sz w:val="24"/>
                <w:szCs w:val="24"/>
              </w:rPr>
              <w:t>održavanja</w:t>
            </w:r>
            <w:proofErr w:type="spellEnd"/>
          </w:p>
        </w:tc>
      </w:tr>
      <w:tr w:rsidRPr="00D53DBD" w:rsidR="003372AC" w:rsidTr="470F87F7" w14:paraId="405A9500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7AF09B0A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7B78D2F4" w14:textId="37F4861D">
            <w:pPr>
              <w:jc w:val="left"/>
            </w:pPr>
            <w:r w:rsidRPr="68DE8A72" w:rsidR="36D62226">
              <w:rPr>
                <w:sz w:val="24"/>
                <w:szCs w:val="24"/>
              </w:rPr>
              <w:t>JOSIPA VONDRAK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6541D273" w14:textId="14584F71">
            <w:pPr>
              <w:jc w:val="left"/>
            </w:pPr>
            <w:r w:rsidRPr="68DE8A72" w:rsidR="36D62226">
              <w:rPr>
                <w:sz w:val="24"/>
                <w:szCs w:val="24"/>
              </w:rPr>
              <w:t>KREATIVNA GRUPA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93370B4" w14:textId="7D46B9B6">
            <w:pPr>
              <w:jc w:val="left"/>
            </w:pPr>
            <w:r w:rsidRPr="68DE8A72" w:rsidR="36D62226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13303BA1" w14:textId="58087FE6">
            <w:pPr>
              <w:jc w:val="left"/>
            </w:pPr>
            <w:r w:rsidRPr="68DE8A72" w:rsidR="36D62226">
              <w:rPr>
                <w:sz w:val="24"/>
                <w:szCs w:val="24"/>
              </w:rPr>
              <w:t>A-</w:t>
            </w:r>
            <w:r w:rsidRPr="68DE8A72" w:rsidR="1BCD27FB">
              <w:rPr>
                <w:sz w:val="24"/>
                <w:szCs w:val="24"/>
              </w:rPr>
              <w:t>tjedan</w:t>
            </w:r>
            <w:r w:rsidRPr="68DE8A72" w:rsidR="36D62226">
              <w:rPr>
                <w:sz w:val="24"/>
                <w:szCs w:val="24"/>
              </w:rPr>
              <w:t xml:space="preserve">: </w:t>
            </w:r>
            <w:r w:rsidRPr="68DE8A72" w:rsidR="36D62226">
              <w:rPr>
                <w:sz w:val="24"/>
                <w:szCs w:val="24"/>
              </w:rPr>
              <w:t>petak</w:t>
            </w:r>
            <w:r w:rsidRPr="68DE8A72" w:rsidR="36D62226">
              <w:rPr>
                <w:sz w:val="24"/>
                <w:szCs w:val="24"/>
              </w:rPr>
              <w:t xml:space="preserve"> 12.45-13.30</w:t>
            </w:r>
          </w:p>
          <w:p w:rsidRPr="00D53DBD" w:rsidR="003372AC" w:rsidP="68DE8A72" w:rsidRDefault="003372AC" w14:paraId="74E68761" w14:textId="0BB5625F">
            <w:pPr>
              <w:jc w:val="left"/>
            </w:pPr>
            <w:r w:rsidRPr="68DE8A72" w:rsidR="36D62226">
              <w:rPr>
                <w:sz w:val="24"/>
                <w:szCs w:val="24"/>
              </w:rPr>
              <w:t>B-</w:t>
            </w:r>
            <w:r w:rsidRPr="68DE8A72" w:rsidR="2DF7FC00">
              <w:rPr>
                <w:sz w:val="24"/>
                <w:szCs w:val="24"/>
              </w:rPr>
              <w:t>tjedan</w:t>
            </w:r>
            <w:r w:rsidRPr="68DE8A72" w:rsidR="36D62226">
              <w:rPr>
                <w:sz w:val="24"/>
                <w:szCs w:val="24"/>
              </w:rPr>
              <w:t>:</w:t>
            </w:r>
          </w:p>
          <w:p w:rsidRPr="00D53DBD" w:rsidR="003372AC" w:rsidP="68DE8A72" w:rsidRDefault="003372AC" w14:paraId="35776496" w14:textId="0FF52D6D">
            <w:pPr>
              <w:jc w:val="left"/>
            </w:pPr>
            <w:r w:rsidRPr="68DE8A72" w:rsidR="4CC26573">
              <w:rPr>
                <w:sz w:val="24"/>
                <w:szCs w:val="24"/>
              </w:rPr>
              <w:t>p</w:t>
            </w:r>
            <w:r w:rsidRPr="68DE8A72" w:rsidR="36D62226">
              <w:rPr>
                <w:sz w:val="24"/>
                <w:szCs w:val="24"/>
              </w:rPr>
              <w:t>etak 11.10-12.00</w:t>
            </w:r>
          </w:p>
        </w:tc>
      </w:tr>
      <w:tr w:rsidRPr="00D53DBD" w:rsidR="003372AC" w:rsidTr="470F87F7" w14:paraId="45FE30E6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6E12F7EA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2.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68BDC0D2" w14:textId="2C98DC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04F43A6E">
              <w:rPr>
                <w:sz w:val="24"/>
                <w:szCs w:val="24"/>
              </w:rPr>
              <w:t>Andrea Smajlović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529B1905" w14:textId="491EC5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04F43A6E">
              <w:rPr>
                <w:sz w:val="24"/>
                <w:szCs w:val="24"/>
              </w:rPr>
              <w:t>Mali zbor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31BC1C4" w14:textId="61EBAB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04F43A6E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39D996FB" w14:textId="7347E7DE">
            <w:pPr>
              <w:jc w:val="left"/>
            </w:pPr>
            <w:r w:rsidRPr="68DE8A72" w:rsidR="04F43A6E">
              <w:rPr>
                <w:sz w:val="24"/>
                <w:szCs w:val="24"/>
              </w:rPr>
              <w:t>Utorak</w:t>
            </w:r>
            <w:r w:rsidRPr="68DE8A72" w:rsidR="04F43A6E">
              <w:rPr>
                <w:sz w:val="24"/>
                <w:szCs w:val="24"/>
              </w:rPr>
              <w:t xml:space="preserve"> </w:t>
            </w:r>
          </w:p>
          <w:p w:rsidRPr="00D53DBD" w:rsidR="003372AC" w:rsidP="68DE8A72" w:rsidRDefault="003372AC" w14:paraId="7AE533B9" w14:textId="4FD99525">
            <w:pPr>
              <w:jc w:val="left"/>
              <w:rPr>
                <w:sz w:val="24"/>
                <w:szCs w:val="24"/>
              </w:rPr>
            </w:pPr>
            <w:r w:rsidRPr="68DE8A72" w:rsidR="7E2E8630">
              <w:rPr>
                <w:sz w:val="24"/>
                <w:szCs w:val="24"/>
              </w:rPr>
              <w:t>11:30 – 12:15</w:t>
            </w:r>
          </w:p>
        </w:tc>
      </w:tr>
      <w:tr w:rsidRPr="00D53DBD" w:rsidR="003372AC" w:rsidTr="470F87F7" w14:paraId="2108AC6B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43A6C896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3.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706A04F2" w14:textId="4FAB21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128BCBC0">
              <w:rPr>
                <w:sz w:val="24"/>
                <w:szCs w:val="24"/>
              </w:rPr>
              <w:t>Ivona Hustić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2E4CABAE" w14:textId="60F087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128BCBC0">
              <w:rPr>
                <w:sz w:val="24"/>
                <w:szCs w:val="24"/>
              </w:rPr>
              <w:t>Čitaonica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4E62FE1D" w14:textId="0D1B73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128BCBC0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4D715301" w14:textId="1808D7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128BCBC0">
              <w:rPr>
                <w:sz w:val="24"/>
                <w:szCs w:val="24"/>
              </w:rPr>
              <w:t>Srijeda</w:t>
            </w:r>
          </w:p>
          <w:p w:rsidRPr="00D53DBD" w:rsidR="003372AC" w:rsidP="68DE8A72" w:rsidRDefault="003372AC" w14:paraId="46BB7873" w14:textId="3C72A7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128BCBC0">
              <w:rPr>
                <w:sz w:val="24"/>
                <w:szCs w:val="24"/>
              </w:rPr>
              <w:t>11:30 – 12:15</w:t>
            </w:r>
          </w:p>
        </w:tc>
      </w:tr>
      <w:tr w:rsidRPr="00D53DBD" w:rsidR="003372AC" w:rsidTr="470F87F7" w14:paraId="5C865A5A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64CB5A23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4.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684DE5AD" w14:textId="1E72FE4D">
            <w:pPr>
              <w:jc w:val="left"/>
            </w:pPr>
            <w:r w:rsidRPr="68DE8A72" w:rsidR="26057B96">
              <w:rPr>
                <w:sz w:val="24"/>
                <w:szCs w:val="24"/>
              </w:rPr>
              <w:t>Iva Kralj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0F710C72" w14:textId="5103E8DC">
            <w:pPr>
              <w:jc w:val="left"/>
            </w:pPr>
            <w:r w:rsidRPr="68DE8A72" w:rsidR="26057B96">
              <w:rPr>
                <w:sz w:val="24"/>
                <w:szCs w:val="24"/>
              </w:rPr>
              <w:t xml:space="preserve">Zagonetke prirode 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7EF728C8" w14:textId="28495DE3">
            <w:pPr>
              <w:jc w:val="left"/>
            </w:pPr>
            <w:r w:rsidRPr="68DE8A72" w:rsidR="26057B96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511EEE18" w14:textId="7B83E67A">
            <w:pPr>
              <w:jc w:val="left"/>
            </w:pPr>
            <w:r w:rsidRPr="68DE8A72" w:rsidR="26057B96">
              <w:rPr>
                <w:sz w:val="24"/>
                <w:szCs w:val="24"/>
              </w:rPr>
              <w:t>Utorak</w:t>
            </w:r>
          </w:p>
          <w:p w:rsidRPr="00D53DBD" w:rsidR="003372AC" w:rsidP="68DE8A72" w:rsidRDefault="003372AC" w14:paraId="6AE489C6" w14:textId="55ED6338">
            <w:pPr>
              <w:jc w:val="left"/>
            </w:pPr>
            <w:r w:rsidRPr="68DE8A72" w:rsidR="26057B96">
              <w:rPr>
                <w:sz w:val="24"/>
                <w:szCs w:val="24"/>
              </w:rPr>
              <w:t>11.30 - 12.15</w:t>
            </w:r>
          </w:p>
        </w:tc>
      </w:tr>
      <w:tr w:rsidRPr="00D53DBD" w:rsidR="003372AC" w:rsidTr="470F87F7" w14:paraId="6F4BC884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29451E6A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5.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5BAC9BAD" w14:textId="11B06BF5">
            <w:pPr>
              <w:jc w:val="left"/>
            </w:pPr>
            <w:r w:rsidRPr="68DE8A72" w:rsidR="5E51F542">
              <w:rPr>
                <w:sz w:val="24"/>
                <w:szCs w:val="24"/>
              </w:rPr>
              <w:t>Valentina Kralj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07DD2D85" w14:textId="5992FBF5">
            <w:pPr>
              <w:jc w:val="left"/>
            </w:pPr>
            <w:r w:rsidRPr="68DE8A72" w:rsidR="5E51F542">
              <w:rPr>
                <w:sz w:val="24"/>
                <w:szCs w:val="24"/>
              </w:rPr>
              <w:t xml:space="preserve">Grupa za </w:t>
            </w:r>
            <w:r w:rsidRPr="68DE8A72" w:rsidR="5E51F542">
              <w:rPr>
                <w:sz w:val="24"/>
                <w:szCs w:val="24"/>
              </w:rPr>
              <w:t>poticanje</w:t>
            </w:r>
            <w:r w:rsidRPr="68DE8A72" w:rsidR="5E51F542">
              <w:rPr>
                <w:sz w:val="24"/>
                <w:szCs w:val="24"/>
              </w:rPr>
              <w:t xml:space="preserve"> </w:t>
            </w:r>
            <w:r w:rsidRPr="68DE8A72" w:rsidR="5E51F542">
              <w:rPr>
                <w:sz w:val="24"/>
                <w:szCs w:val="24"/>
              </w:rPr>
              <w:t>kreativnog</w:t>
            </w:r>
            <w:r w:rsidRPr="68DE8A72" w:rsidR="5E51F542">
              <w:rPr>
                <w:sz w:val="24"/>
                <w:szCs w:val="24"/>
              </w:rPr>
              <w:t xml:space="preserve"> </w:t>
            </w:r>
            <w:r w:rsidRPr="68DE8A72" w:rsidR="5E51F542">
              <w:rPr>
                <w:sz w:val="24"/>
                <w:szCs w:val="24"/>
              </w:rPr>
              <w:t>i</w:t>
            </w:r>
            <w:r w:rsidRPr="68DE8A72" w:rsidR="5E51F542">
              <w:rPr>
                <w:sz w:val="24"/>
                <w:szCs w:val="24"/>
              </w:rPr>
              <w:t xml:space="preserve"> </w:t>
            </w:r>
            <w:r w:rsidRPr="68DE8A72" w:rsidR="5E51F542">
              <w:rPr>
                <w:sz w:val="24"/>
                <w:szCs w:val="24"/>
              </w:rPr>
              <w:t>logičkog</w:t>
            </w:r>
            <w:r w:rsidRPr="68DE8A72" w:rsidR="5E51F542">
              <w:rPr>
                <w:sz w:val="24"/>
                <w:szCs w:val="24"/>
              </w:rPr>
              <w:t xml:space="preserve"> mišljenja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4B27E97C" w14:textId="2F0FA2CB">
            <w:pPr>
              <w:jc w:val="left"/>
            </w:pPr>
            <w:r w:rsidRPr="68DE8A72" w:rsidR="5E51F542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66A16D3B" w14:textId="40278A9C">
            <w:pPr>
              <w:jc w:val="left"/>
            </w:pPr>
            <w:r w:rsidRPr="68DE8A72" w:rsidR="5E51F542">
              <w:rPr>
                <w:sz w:val="24"/>
                <w:szCs w:val="24"/>
              </w:rPr>
              <w:t xml:space="preserve">A </w:t>
            </w:r>
            <w:r w:rsidRPr="68DE8A72" w:rsidR="5E51F542">
              <w:rPr>
                <w:sz w:val="24"/>
                <w:szCs w:val="24"/>
              </w:rPr>
              <w:t>tjedan</w:t>
            </w:r>
            <w:r w:rsidRPr="68DE8A72" w:rsidR="5E51F542">
              <w:rPr>
                <w:sz w:val="24"/>
                <w:szCs w:val="24"/>
              </w:rPr>
              <w:t>: pon.6. sat 12:05-12:50</w:t>
            </w:r>
          </w:p>
          <w:p w:rsidRPr="00D53DBD" w:rsidR="003372AC" w:rsidP="68DE8A72" w:rsidRDefault="003372AC" w14:paraId="55350D4B" w14:textId="6E4EFECD">
            <w:pPr>
              <w:jc w:val="left"/>
            </w:pPr>
            <w:r w:rsidRPr="68DE8A72" w:rsidR="5E51F542">
              <w:rPr>
                <w:sz w:val="24"/>
                <w:szCs w:val="24"/>
              </w:rPr>
              <w:t xml:space="preserve">B </w:t>
            </w:r>
            <w:r w:rsidRPr="68DE8A72" w:rsidR="5E51F542">
              <w:rPr>
                <w:sz w:val="24"/>
                <w:szCs w:val="24"/>
              </w:rPr>
              <w:t>tjedan</w:t>
            </w:r>
            <w:r w:rsidRPr="68DE8A72" w:rsidR="5E51F542">
              <w:rPr>
                <w:sz w:val="24"/>
                <w:szCs w:val="24"/>
              </w:rPr>
              <w:t>: sri.0.sat 12:55-13:40</w:t>
            </w:r>
          </w:p>
        </w:tc>
      </w:tr>
      <w:tr w:rsidRPr="00D53DBD" w:rsidR="003372AC" w:rsidTr="470F87F7" w14:paraId="3E2E221C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49585ABA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6.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5D9D6544" w14:textId="2E878B2F">
            <w:pPr>
              <w:jc w:val="left"/>
            </w:pPr>
            <w:r w:rsidRPr="68DE8A72" w:rsidR="3804FF38">
              <w:rPr>
                <w:sz w:val="24"/>
                <w:szCs w:val="24"/>
              </w:rPr>
              <w:t>Andreja Adžić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7A42B76B" w14:textId="7EE10F17">
            <w:pPr>
              <w:jc w:val="left"/>
            </w:pPr>
            <w:r w:rsidRPr="68DE8A72" w:rsidR="3804FF38">
              <w:rPr>
                <w:sz w:val="24"/>
                <w:szCs w:val="24"/>
              </w:rPr>
              <w:t>Likovna</w:t>
            </w:r>
            <w:r w:rsidRPr="68DE8A72" w:rsidR="3804FF38">
              <w:rPr>
                <w:sz w:val="24"/>
                <w:szCs w:val="24"/>
              </w:rPr>
              <w:t xml:space="preserve"> grupa 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6C837C47" w14:textId="4D91974E">
            <w:pPr>
              <w:jc w:val="left"/>
            </w:pPr>
            <w:r w:rsidRPr="68DE8A72" w:rsidR="3804FF38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0B43AC1A" w14:textId="50596867">
            <w:pPr>
              <w:jc w:val="left"/>
            </w:pPr>
            <w:r w:rsidRPr="68DE8A72" w:rsidR="3804FF38">
              <w:rPr>
                <w:sz w:val="24"/>
                <w:szCs w:val="24"/>
              </w:rPr>
              <w:t>utorak</w:t>
            </w:r>
            <w:r w:rsidRPr="68DE8A72" w:rsidR="3804FF38">
              <w:rPr>
                <w:sz w:val="24"/>
                <w:szCs w:val="24"/>
              </w:rPr>
              <w:t>, 5. sat (11,30-12,15)</w:t>
            </w:r>
          </w:p>
        </w:tc>
      </w:tr>
      <w:tr w:rsidRPr="00D53DBD" w:rsidR="003372AC" w:rsidTr="470F87F7" w14:paraId="3C32EE7A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0ADF5CA6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7.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35F202EE" w14:textId="149147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3ADC7FAC">
              <w:rPr>
                <w:sz w:val="24"/>
                <w:szCs w:val="24"/>
              </w:rPr>
              <w:t>Mirjana Kuzmek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206727E6" w14:textId="005FAFB9">
            <w:pPr>
              <w:jc w:val="left"/>
            </w:pPr>
            <w:r w:rsidRPr="68DE8A72" w:rsidR="3ADC7FAC">
              <w:rPr>
                <w:sz w:val="24"/>
                <w:szCs w:val="24"/>
              </w:rPr>
              <w:t>Praktične vještine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30726850" w14:textId="597CAF63">
            <w:pPr>
              <w:jc w:val="left"/>
            </w:pPr>
            <w:r w:rsidRPr="68DE8A72" w:rsidR="3ADC7FAC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470EB4C1" w14:textId="7BB18C85">
            <w:pPr>
              <w:jc w:val="left"/>
            </w:pPr>
            <w:r w:rsidRPr="68DE8A72" w:rsidR="3ADC7FAC">
              <w:rPr>
                <w:sz w:val="24"/>
                <w:szCs w:val="24"/>
              </w:rPr>
              <w:t>utorak, 5. sat</w:t>
            </w:r>
          </w:p>
          <w:p w:rsidRPr="00D53DBD" w:rsidR="003372AC" w:rsidP="68DE8A72" w:rsidRDefault="003372AC" w14:paraId="3018A306" w14:textId="4F1E86D7">
            <w:pPr>
              <w:jc w:val="left"/>
            </w:pPr>
            <w:r w:rsidRPr="68DE8A72" w:rsidR="3ADC7FAC">
              <w:rPr>
                <w:sz w:val="24"/>
                <w:szCs w:val="24"/>
              </w:rPr>
              <w:t>(11,30-12:15)</w:t>
            </w:r>
          </w:p>
        </w:tc>
      </w:tr>
      <w:tr w:rsidRPr="00D53DBD" w:rsidR="003372AC" w:rsidTr="470F87F7" w14:paraId="77DCA61F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08F39B3C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8.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04970945" w14:textId="0A484802">
            <w:pPr>
              <w:jc w:val="left"/>
            </w:pPr>
            <w:r w:rsidRPr="68DE8A72" w:rsidR="5A7C93D8">
              <w:rPr>
                <w:sz w:val="24"/>
                <w:szCs w:val="24"/>
              </w:rPr>
              <w:t>Lidija Belić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314B3F95" w14:textId="509EE1F1">
            <w:pPr>
              <w:jc w:val="left"/>
            </w:pPr>
            <w:r w:rsidRPr="68DE8A72" w:rsidR="5A7C93D8">
              <w:rPr>
                <w:sz w:val="24"/>
                <w:szCs w:val="24"/>
              </w:rPr>
              <w:t>Dramsko</w:t>
            </w:r>
            <w:r w:rsidRPr="68DE8A72" w:rsidR="5A7C93D8">
              <w:rPr>
                <w:sz w:val="24"/>
                <w:szCs w:val="24"/>
              </w:rPr>
              <w:t>-recitatorska grupa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ED314B7" w14:textId="3BB3DEE3">
            <w:pPr>
              <w:jc w:val="left"/>
            </w:pPr>
            <w:r w:rsidRPr="68DE8A72" w:rsidR="5A7C93D8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72CE854C" w14:textId="2524D6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5A7C93D8">
              <w:rPr>
                <w:sz w:val="24"/>
                <w:szCs w:val="24"/>
              </w:rPr>
              <w:t xml:space="preserve">utorkom od 11 </w:t>
            </w:r>
            <w:r w:rsidRPr="68DE8A72" w:rsidR="5A7C93D8">
              <w:rPr>
                <w:sz w:val="24"/>
                <w:szCs w:val="24"/>
              </w:rPr>
              <w:t>i</w:t>
            </w:r>
            <w:r w:rsidRPr="68DE8A72" w:rsidR="5A7C93D8">
              <w:rPr>
                <w:sz w:val="24"/>
                <w:szCs w:val="24"/>
              </w:rPr>
              <w:t xml:space="preserve"> 30 do 12 </w:t>
            </w:r>
            <w:r w:rsidRPr="68DE8A72" w:rsidR="5A7C93D8">
              <w:rPr>
                <w:sz w:val="24"/>
                <w:szCs w:val="24"/>
              </w:rPr>
              <w:t>i</w:t>
            </w:r>
            <w:r w:rsidRPr="68DE8A72" w:rsidR="5A7C93D8">
              <w:rPr>
                <w:sz w:val="24"/>
                <w:szCs w:val="24"/>
              </w:rPr>
              <w:t xml:space="preserve"> 15</w:t>
            </w:r>
          </w:p>
        </w:tc>
      </w:tr>
      <w:tr w:rsidRPr="00D53DBD" w:rsidR="003372AC" w:rsidTr="470F87F7" w14:paraId="530A8057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66DDFAA8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9.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6CE5E18F" w14:textId="46C5AB1D">
            <w:pPr>
              <w:jc w:val="left"/>
            </w:pPr>
            <w:r w:rsidRPr="68DE8A72" w:rsidR="024DB777">
              <w:rPr>
                <w:sz w:val="24"/>
                <w:szCs w:val="24"/>
              </w:rPr>
              <w:t>Barbara Gomerčić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4A0B25AE" w14:textId="0F82DAA5">
            <w:pPr>
              <w:jc w:val="left"/>
            </w:pPr>
            <w:r w:rsidRPr="68DE8A72" w:rsidR="024DB777">
              <w:rPr>
                <w:sz w:val="24"/>
                <w:szCs w:val="24"/>
              </w:rPr>
              <w:t>Rukotvorine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8B1726F" w14:textId="268EF722">
            <w:pPr>
              <w:jc w:val="left"/>
            </w:pPr>
            <w:r w:rsidRPr="68DE8A72" w:rsidR="024DB777">
              <w:rPr>
                <w:sz w:val="24"/>
                <w:szCs w:val="24"/>
              </w:rPr>
              <w:t>70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3A7FC738" w14:textId="2EE8014F">
            <w:pPr>
              <w:jc w:val="left"/>
              <w:rPr>
                <w:sz w:val="24"/>
                <w:szCs w:val="24"/>
              </w:rPr>
            </w:pPr>
            <w:r w:rsidRPr="68DE8A72" w:rsidR="7F9A429C">
              <w:rPr>
                <w:sz w:val="24"/>
                <w:szCs w:val="24"/>
              </w:rPr>
              <w:t xml:space="preserve">Petak, </w:t>
            </w:r>
            <w:r w:rsidRPr="68DE8A72" w:rsidR="3B81FDA2">
              <w:rPr>
                <w:sz w:val="24"/>
                <w:szCs w:val="24"/>
              </w:rPr>
              <w:t>12:05 – 13:40</w:t>
            </w:r>
          </w:p>
        </w:tc>
      </w:tr>
      <w:tr w:rsidRPr="00D53DBD" w:rsidR="003372AC" w:rsidTr="470F87F7" w14:paraId="552DEB7B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54EA7101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10.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40FE26AE" w14:textId="5D066B1D">
            <w:pPr>
              <w:jc w:val="left"/>
            </w:pPr>
            <w:r w:rsidRPr="68DE8A72" w:rsidR="0AB2127A">
              <w:rPr>
                <w:sz w:val="24"/>
                <w:szCs w:val="24"/>
              </w:rPr>
              <w:t>Irena Colarić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711EA997" w14:textId="2482A176">
            <w:pPr>
              <w:jc w:val="left"/>
            </w:pPr>
            <w:r w:rsidRPr="470F87F7" w:rsidR="1AE42977">
              <w:rPr>
                <w:sz w:val="24"/>
                <w:szCs w:val="24"/>
              </w:rPr>
              <w:t>Domaćinstvo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405CF187" w14:textId="5ABF29B7">
            <w:pPr>
              <w:jc w:val="left"/>
            </w:pPr>
            <w:r w:rsidRPr="68DE8A72" w:rsidR="0AB2127A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48AAA2A2" w14:textId="11113230">
            <w:pPr>
              <w:jc w:val="left"/>
            </w:pPr>
            <w:r w:rsidRPr="470F87F7" w:rsidR="7FCCFBE5">
              <w:rPr>
                <w:sz w:val="24"/>
                <w:szCs w:val="24"/>
              </w:rPr>
              <w:t>P</w:t>
            </w:r>
            <w:r w:rsidRPr="470F87F7" w:rsidR="636E1702">
              <w:rPr>
                <w:sz w:val="24"/>
                <w:szCs w:val="24"/>
              </w:rPr>
              <w:t>etkom</w:t>
            </w:r>
            <w:r w:rsidRPr="470F87F7" w:rsidR="7FCCFBE5">
              <w:rPr>
                <w:sz w:val="24"/>
                <w:szCs w:val="24"/>
              </w:rPr>
              <w:t xml:space="preserve"> 4. </w:t>
            </w:r>
            <w:r w:rsidRPr="470F87F7" w:rsidR="7FCCFBE5">
              <w:rPr>
                <w:sz w:val="24"/>
                <w:szCs w:val="24"/>
              </w:rPr>
              <w:t>ili</w:t>
            </w:r>
            <w:r w:rsidRPr="470F87F7" w:rsidR="7FCCFBE5">
              <w:rPr>
                <w:sz w:val="24"/>
                <w:szCs w:val="24"/>
              </w:rPr>
              <w:t xml:space="preserve"> </w:t>
            </w:r>
            <w:r w:rsidRPr="470F87F7" w:rsidR="636E1702">
              <w:rPr>
                <w:sz w:val="24"/>
                <w:szCs w:val="24"/>
              </w:rPr>
              <w:t xml:space="preserve">5. </w:t>
            </w:r>
            <w:r w:rsidRPr="470F87F7" w:rsidR="420BD3DF">
              <w:rPr>
                <w:sz w:val="24"/>
                <w:szCs w:val="24"/>
              </w:rPr>
              <w:t>s</w:t>
            </w:r>
            <w:r w:rsidRPr="470F87F7" w:rsidR="636E1702">
              <w:rPr>
                <w:sz w:val="24"/>
                <w:szCs w:val="24"/>
              </w:rPr>
              <w:t>at,</w:t>
            </w:r>
            <w:r w:rsidRPr="470F87F7" w:rsidR="1A24EA3B">
              <w:rPr>
                <w:sz w:val="24"/>
                <w:szCs w:val="24"/>
              </w:rPr>
              <w:t xml:space="preserve"> 10:</w:t>
            </w:r>
            <w:r w:rsidRPr="470F87F7" w:rsidR="3859396F">
              <w:rPr>
                <w:sz w:val="24"/>
                <w:szCs w:val="24"/>
              </w:rPr>
              <w:t>4</w:t>
            </w:r>
            <w:r w:rsidRPr="470F87F7" w:rsidR="1A24EA3B">
              <w:rPr>
                <w:sz w:val="24"/>
                <w:szCs w:val="24"/>
              </w:rPr>
              <w:t>0-11:</w:t>
            </w:r>
            <w:r w:rsidRPr="470F87F7" w:rsidR="1A2A334D">
              <w:rPr>
                <w:sz w:val="24"/>
                <w:szCs w:val="24"/>
              </w:rPr>
              <w:t>2</w:t>
            </w:r>
            <w:r w:rsidRPr="470F87F7" w:rsidR="1A24EA3B">
              <w:rPr>
                <w:sz w:val="24"/>
                <w:szCs w:val="24"/>
              </w:rPr>
              <w:t xml:space="preserve">5 </w:t>
            </w:r>
            <w:r w:rsidRPr="470F87F7" w:rsidR="1A24EA3B">
              <w:rPr>
                <w:sz w:val="24"/>
                <w:szCs w:val="24"/>
              </w:rPr>
              <w:t>ili</w:t>
            </w:r>
            <w:r w:rsidRPr="470F87F7" w:rsidR="636E1702">
              <w:rPr>
                <w:sz w:val="24"/>
                <w:szCs w:val="24"/>
              </w:rPr>
              <w:t xml:space="preserve"> 11:30-12:15</w:t>
            </w:r>
          </w:p>
        </w:tc>
      </w:tr>
      <w:tr w:rsidRPr="00D53DBD" w:rsidR="003372AC" w:rsidTr="470F87F7" w14:paraId="0980F42E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5DAFA439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11.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363C170B" w14:textId="298A03F2">
            <w:pPr>
              <w:jc w:val="left"/>
            </w:pPr>
            <w:r w:rsidRPr="68DE8A72" w:rsidR="6B1592C1">
              <w:rPr>
                <w:sz w:val="24"/>
                <w:szCs w:val="24"/>
              </w:rPr>
              <w:t>Mateja Cesarec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3A4CCFE5" w14:textId="63DC2AF5">
            <w:pPr>
              <w:jc w:val="left"/>
            </w:pPr>
            <w:r w:rsidRPr="68DE8A72" w:rsidR="6B1592C1">
              <w:rPr>
                <w:sz w:val="24"/>
                <w:szCs w:val="24"/>
              </w:rPr>
              <w:t>Domaćinstvo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FD0684C" w14:textId="48A4D647">
            <w:pPr>
              <w:jc w:val="left"/>
            </w:pPr>
            <w:r w:rsidRPr="68DE8A72" w:rsidR="6B1592C1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693DF8DC" w14:textId="2F919F38">
            <w:pPr>
              <w:jc w:val="left"/>
            </w:pPr>
            <w:r w:rsidRPr="68DE8A72" w:rsidR="6B1592C1">
              <w:rPr>
                <w:sz w:val="24"/>
                <w:szCs w:val="24"/>
              </w:rPr>
              <w:t>Srijedom</w:t>
            </w:r>
            <w:r w:rsidRPr="68DE8A72" w:rsidR="6B1592C1">
              <w:rPr>
                <w:sz w:val="24"/>
                <w:szCs w:val="24"/>
              </w:rPr>
              <w:t xml:space="preserve"> 5. sat, 11:30 – 12:15</w:t>
            </w:r>
          </w:p>
        </w:tc>
      </w:tr>
      <w:tr w:rsidRPr="00D53DBD" w:rsidR="003372AC" w:rsidTr="470F87F7" w14:paraId="01EBA1C3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33243D89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12.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10598CC9" w14:textId="5CF2C266">
            <w:pPr>
              <w:jc w:val="left"/>
            </w:pPr>
            <w:r w:rsidRPr="68DE8A72" w:rsidR="08F340FD">
              <w:rPr>
                <w:sz w:val="24"/>
                <w:szCs w:val="24"/>
              </w:rPr>
              <w:t xml:space="preserve">Alojzija Tvorić Kučko 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45C95F6B" w14:textId="6D967AA9">
            <w:pPr>
              <w:jc w:val="left"/>
            </w:pPr>
            <w:r w:rsidRPr="68DE8A72" w:rsidR="08F340FD">
              <w:rPr>
                <w:sz w:val="24"/>
                <w:szCs w:val="24"/>
              </w:rPr>
              <w:t>Novčanik</w:t>
            </w:r>
            <w:r w:rsidRPr="68DE8A72" w:rsidR="08F340FD">
              <w:rPr>
                <w:sz w:val="24"/>
                <w:szCs w:val="24"/>
              </w:rPr>
              <w:t xml:space="preserve"> </w:t>
            </w:r>
          </w:p>
          <w:p w:rsidRPr="00D53DBD" w:rsidR="003372AC" w:rsidP="68DE8A72" w:rsidRDefault="003372AC" w14:paraId="567AB098" w14:textId="4FD74CE7">
            <w:pPr>
              <w:jc w:val="left"/>
            </w:pPr>
            <w:r w:rsidRPr="68DE8A72" w:rsidR="08F340FD">
              <w:rPr>
                <w:sz w:val="24"/>
                <w:szCs w:val="24"/>
              </w:rPr>
              <w:t>znanja</w:t>
            </w:r>
          </w:p>
        </w:tc>
        <w:tc>
          <w:tcPr>
            <w:tcW w:w="735" w:type="dxa"/>
            <w:tcMar/>
            <w:vAlign w:val="center"/>
          </w:tcPr>
          <w:p w:rsidR="68DE8A72" w:rsidP="68DE8A72" w:rsidRDefault="68DE8A72" w14:paraId="3ED63038" w14:textId="597CAF63">
            <w:pPr>
              <w:jc w:val="left"/>
            </w:pPr>
            <w:r w:rsidRPr="68DE8A72" w:rsidR="68DE8A72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="68DE8A72" w:rsidP="68DE8A72" w:rsidRDefault="68DE8A72" w14:paraId="5E5FE8B3" w14:textId="7BB18C85">
            <w:pPr>
              <w:jc w:val="left"/>
            </w:pPr>
            <w:r w:rsidRPr="68DE8A72" w:rsidR="68DE8A72">
              <w:rPr>
                <w:sz w:val="24"/>
                <w:szCs w:val="24"/>
              </w:rPr>
              <w:t>utorak, 5. sat</w:t>
            </w:r>
          </w:p>
          <w:p w:rsidR="68DE8A72" w:rsidP="68DE8A72" w:rsidRDefault="68DE8A72" w14:paraId="3B66DCAB" w14:textId="31D0628F">
            <w:pPr>
              <w:jc w:val="left"/>
            </w:pPr>
            <w:r w:rsidRPr="68DE8A72" w:rsidR="68DE8A72">
              <w:rPr>
                <w:sz w:val="24"/>
                <w:szCs w:val="24"/>
              </w:rPr>
              <w:t>(11</w:t>
            </w:r>
            <w:r w:rsidRPr="68DE8A72" w:rsidR="170C5597">
              <w:rPr>
                <w:sz w:val="24"/>
                <w:szCs w:val="24"/>
              </w:rPr>
              <w:t>:</w:t>
            </w:r>
            <w:r w:rsidRPr="68DE8A72" w:rsidR="68DE8A72">
              <w:rPr>
                <w:sz w:val="24"/>
                <w:szCs w:val="24"/>
              </w:rPr>
              <w:t>30-12:15)</w:t>
            </w:r>
          </w:p>
        </w:tc>
      </w:tr>
      <w:tr w:rsidRPr="00D53DBD" w:rsidR="003372AC" w:rsidTr="470F87F7" w14:paraId="45E47C40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47A96BB7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13.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499615F6" w14:textId="3A2EE742">
            <w:pPr>
              <w:jc w:val="left"/>
            </w:pPr>
            <w:r w:rsidRPr="68DE8A72" w:rsidR="2BEAFEB7">
              <w:rPr>
                <w:sz w:val="24"/>
                <w:szCs w:val="24"/>
              </w:rPr>
              <w:t>Gordana Rajtar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1DD55DFA" w14:textId="5EFD9C1B">
            <w:pPr>
              <w:jc w:val="left"/>
            </w:pPr>
            <w:r w:rsidRPr="68DE8A72" w:rsidR="2BEAFEB7">
              <w:rPr>
                <w:sz w:val="24"/>
                <w:szCs w:val="24"/>
              </w:rPr>
              <w:t>Cvjećarska</w:t>
            </w:r>
            <w:r w:rsidRPr="68DE8A72" w:rsidR="2BEAFEB7">
              <w:rPr>
                <w:sz w:val="24"/>
                <w:szCs w:val="24"/>
              </w:rPr>
              <w:t xml:space="preserve">   </w:t>
            </w:r>
            <w:r w:rsidRPr="68DE8A72" w:rsidR="2BEAFEB7">
              <w:rPr>
                <w:sz w:val="24"/>
                <w:szCs w:val="24"/>
              </w:rPr>
              <w:t>grupa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1D8310F8" w14:textId="5101CC61">
            <w:pPr>
              <w:jc w:val="left"/>
            </w:pPr>
            <w:r w:rsidRPr="68DE8A72" w:rsidR="2BEAFEB7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59DDF69D" w14:textId="124CBAEE">
            <w:pPr>
              <w:jc w:val="left"/>
            </w:pPr>
            <w:r w:rsidRPr="68DE8A72" w:rsidR="2BEAFEB7">
              <w:rPr>
                <w:sz w:val="24"/>
                <w:szCs w:val="24"/>
              </w:rPr>
              <w:t xml:space="preserve">B tjedan </w:t>
            </w:r>
            <w:r w:rsidRPr="68DE8A72" w:rsidR="2BEAFEB7">
              <w:rPr>
                <w:sz w:val="24"/>
                <w:szCs w:val="24"/>
              </w:rPr>
              <w:t>utorkom</w:t>
            </w:r>
          </w:p>
          <w:p w:rsidRPr="00D53DBD" w:rsidR="003372AC" w:rsidP="68DE8A72" w:rsidRDefault="003372AC" w14:paraId="482EC911" w14:textId="4E935D20">
            <w:pPr>
              <w:jc w:val="left"/>
            </w:pPr>
            <w:r w:rsidRPr="68DE8A72" w:rsidR="5111BE82">
              <w:rPr>
                <w:sz w:val="24"/>
                <w:szCs w:val="24"/>
              </w:rPr>
              <w:t>12:05 – 13:30</w:t>
            </w:r>
          </w:p>
        </w:tc>
      </w:tr>
      <w:tr w:rsidRPr="00D53DBD" w:rsidR="003372AC" w:rsidTr="470F87F7" w14:paraId="73CD7629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697F6C61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14.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586DA9DE" w14:textId="1EA69374">
            <w:pPr>
              <w:jc w:val="left"/>
            </w:pPr>
            <w:r w:rsidRPr="68DE8A72" w:rsidR="21D93981">
              <w:rPr>
                <w:sz w:val="24"/>
                <w:szCs w:val="24"/>
              </w:rPr>
              <w:t>Ružica Bosanac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021A8152" w14:textId="3BE2E5AF">
            <w:pPr>
              <w:jc w:val="left"/>
            </w:pPr>
            <w:r w:rsidRPr="68DE8A72" w:rsidR="6B78A98F">
              <w:rPr>
                <w:sz w:val="24"/>
                <w:szCs w:val="24"/>
              </w:rPr>
              <w:t>Mala čitaonica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4DDFC7D5" w14:textId="5A3D857A">
            <w:pPr>
              <w:jc w:val="left"/>
            </w:pPr>
            <w:r w:rsidRPr="68DE8A72" w:rsidR="6B78A98F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78B1E471" w14:textId="3300E266">
            <w:pPr>
              <w:pStyle w:val="Normal"/>
              <w:jc w:val="left"/>
            </w:pPr>
            <w:r w:rsidRPr="68DE8A72" w:rsidR="6B78A98F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A: petak, 12.55-13.40 </w:t>
            </w:r>
          </w:p>
          <w:p w:rsidRPr="00D53DBD" w:rsidR="003372AC" w:rsidP="68DE8A72" w:rsidRDefault="003372AC" w14:paraId="1D021432" w14:textId="7E042670">
            <w:pPr>
              <w:pStyle w:val="Normal"/>
              <w:jc w:val="left"/>
            </w:pPr>
            <w:r w:rsidRPr="68DE8A72" w:rsidR="6B78A98F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>B: petak, 11.15-12.00</w:t>
            </w:r>
          </w:p>
        </w:tc>
      </w:tr>
      <w:tr w:rsidRPr="00D53DBD" w:rsidR="003372AC" w:rsidTr="470F87F7" w14:paraId="1CDEDDB7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2C3B0559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15.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6F48E3F2" w14:textId="169D1CBC">
            <w:pPr>
              <w:jc w:val="left"/>
            </w:pPr>
            <w:r w:rsidRPr="68DE8A72" w:rsidR="5E9AD362">
              <w:rPr>
                <w:sz w:val="24"/>
                <w:szCs w:val="24"/>
              </w:rPr>
              <w:t>Marija Klanac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5A5DB918" w14:textId="4FC68903">
            <w:pPr>
              <w:jc w:val="left"/>
            </w:pPr>
            <w:r w:rsidRPr="68DE8A72" w:rsidR="5E9AD362">
              <w:rPr>
                <w:sz w:val="24"/>
                <w:szCs w:val="24"/>
              </w:rPr>
              <w:t>Prirodoslovna grupa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5892A310" w14:textId="573F42DC">
            <w:pPr>
              <w:jc w:val="left"/>
            </w:pPr>
            <w:r w:rsidRPr="68DE8A72" w:rsidR="5E9AD362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68D7A22A" w14:textId="77CB13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A: </w:t>
            </w: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>petak</w:t>
            </w: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, 12:55 – 13:40 </w:t>
            </w:r>
          </w:p>
          <w:p w:rsidRPr="00D53DBD" w:rsidR="003372AC" w:rsidP="68DE8A72" w:rsidRDefault="003372AC" w14:paraId="0C867262" w14:textId="0A9F99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B: </w:t>
            </w: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>petak</w:t>
            </w: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>, 11:15</w:t>
            </w:r>
            <w:r w:rsidRPr="68DE8A72" w:rsidR="5338449D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 – </w:t>
            </w:r>
            <w:r w:rsidRPr="68DE8A72" w:rsidR="5E9AD362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>12:00</w:t>
            </w:r>
          </w:p>
        </w:tc>
      </w:tr>
      <w:tr w:rsidRPr="00D53DBD" w:rsidR="003372AC" w:rsidTr="470F87F7" w14:paraId="3B97F17D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2CEC6D3B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16.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0527294F" w14:textId="4E616E52">
            <w:pPr>
              <w:jc w:val="left"/>
            </w:pPr>
            <w:r w:rsidRPr="68DE8A72" w:rsidR="5835857A">
              <w:rPr>
                <w:sz w:val="24"/>
                <w:szCs w:val="24"/>
              </w:rPr>
              <w:t>Patricia Korša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4A686A01" w14:textId="099EB25F">
            <w:pPr>
              <w:jc w:val="left"/>
            </w:pPr>
            <w:r w:rsidRPr="68DE8A72" w:rsidR="5835857A">
              <w:rPr>
                <w:sz w:val="24"/>
                <w:szCs w:val="24"/>
              </w:rPr>
              <w:t>Mali kreativci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22B78BF2" w14:textId="52BDA83A">
            <w:pPr>
              <w:jc w:val="left"/>
            </w:pPr>
            <w:r w:rsidRPr="68DE8A72" w:rsidR="5835857A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768085BF" w14:textId="54989983">
            <w:pPr>
              <w:jc w:val="left"/>
            </w:pPr>
            <w:r w:rsidRPr="68DE8A72" w:rsidR="5835857A">
              <w:rPr>
                <w:sz w:val="24"/>
                <w:szCs w:val="24"/>
              </w:rPr>
              <w:t>Utorak</w:t>
            </w:r>
            <w:r w:rsidRPr="68DE8A72" w:rsidR="5835857A">
              <w:rPr>
                <w:sz w:val="24"/>
                <w:szCs w:val="24"/>
              </w:rPr>
              <w:t>, 5. sat, 11:30-12:15</w:t>
            </w:r>
          </w:p>
        </w:tc>
      </w:tr>
      <w:tr w:rsidRPr="00D53DBD" w:rsidR="003372AC" w:rsidTr="470F87F7" w14:paraId="3F3CE5A5" w14:textId="77777777">
        <w:tc>
          <w:tcPr>
            <w:tcW w:w="780" w:type="dxa"/>
            <w:tcMar/>
            <w:vAlign w:val="center"/>
          </w:tcPr>
          <w:p w:rsidRPr="00D53DBD" w:rsidR="003372AC" w:rsidP="68DE8A72" w:rsidRDefault="0061290B" w14:paraId="4F18210D" w14:textId="77777777">
            <w:pPr>
              <w:jc w:val="left"/>
              <w:rPr>
                <w:sz w:val="24"/>
                <w:szCs w:val="24"/>
              </w:rPr>
            </w:pPr>
            <w:r w:rsidRPr="68DE8A72" w:rsidR="6B4ACC9C">
              <w:rPr>
                <w:sz w:val="24"/>
                <w:szCs w:val="24"/>
              </w:rPr>
              <w:t>17.</w:t>
            </w:r>
          </w:p>
        </w:tc>
        <w:tc>
          <w:tcPr>
            <w:tcW w:w="2175" w:type="dxa"/>
            <w:tcMar/>
            <w:vAlign w:val="center"/>
          </w:tcPr>
          <w:p w:rsidRPr="00D53DBD" w:rsidR="003372AC" w:rsidP="68DE8A72" w:rsidRDefault="003372AC" w14:paraId="6BB8C4FD" w14:textId="40547B88">
            <w:pPr>
              <w:jc w:val="left"/>
            </w:pPr>
            <w:r w:rsidRPr="68DE8A72" w:rsidR="6E473050">
              <w:rPr>
                <w:sz w:val="24"/>
                <w:szCs w:val="24"/>
              </w:rPr>
              <w:t>Kristina Barić</w:t>
            </w:r>
          </w:p>
        </w:tc>
        <w:tc>
          <w:tcPr>
            <w:tcW w:w="2303" w:type="dxa"/>
            <w:tcMar/>
            <w:vAlign w:val="center"/>
          </w:tcPr>
          <w:p w:rsidRPr="00D53DBD" w:rsidR="003372AC" w:rsidP="68DE8A72" w:rsidRDefault="003372AC" w14:paraId="2A6A12E0" w14:textId="259541C0">
            <w:pPr>
              <w:jc w:val="left"/>
            </w:pPr>
            <w:r w:rsidRPr="68DE8A72" w:rsidR="6E473050">
              <w:rPr>
                <w:sz w:val="24"/>
                <w:szCs w:val="24"/>
              </w:rPr>
              <w:t>Domaćinstvo</w:t>
            </w:r>
          </w:p>
        </w:tc>
        <w:tc>
          <w:tcPr>
            <w:tcW w:w="735" w:type="dxa"/>
            <w:tcMar/>
            <w:vAlign w:val="center"/>
          </w:tcPr>
          <w:p w:rsidRPr="00D53DBD" w:rsidR="003372AC" w:rsidP="68DE8A72" w:rsidRDefault="003372AC" w14:paraId="4262E3AE" w14:textId="3B23F159">
            <w:pPr>
              <w:jc w:val="left"/>
            </w:pPr>
            <w:r w:rsidRPr="68DE8A72" w:rsidR="6E473050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  <w:vAlign w:val="center"/>
          </w:tcPr>
          <w:p w:rsidRPr="00D53DBD" w:rsidR="003372AC" w:rsidP="68DE8A72" w:rsidRDefault="003372AC" w14:paraId="6AC815F8" w14:textId="2B011797">
            <w:pPr>
              <w:jc w:val="left"/>
            </w:pPr>
            <w:r w:rsidRPr="68DE8A72" w:rsidR="6E473050">
              <w:rPr>
                <w:sz w:val="24"/>
                <w:szCs w:val="24"/>
              </w:rPr>
              <w:t xml:space="preserve">A: </w:t>
            </w:r>
            <w:r w:rsidRPr="68DE8A72" w:rsidR="6E473050">
              <w:rPr>
                <w:sz w:val="24"/>
                <w:szCs w:val="24"/>
              </w:rPr>
              <w:t>utorak</w:t>
            </w:r>
            <w:r w:rsidRPr="68DE8A72" w:rsidR="6E473050">
              <w:rPr>
                <w:sz w:val="24"/>
                <w:szCs w:val="24"/>
              </w:rPr>
              <w:t xml:space="preserve"> 5, sat</w:t>
            </w:r>
          </w:p>
          <w:p w:rsidRPr="00D53DBD" w:rsidR="003372AC" w:rsidP="68DE8A72" w:rsidRDefault="003372AC" w14:paraId="66C56EEA" w14:textId="025B5EA5">
            <w:pPr>
              <w:jc w:val="left"/>
            </w:pPr>
            <w:r w:rsidRPr="68DE8A72" w:rsidR="6E473050">
              <w:rPr>
                <w:sz w:val="24"/>
                <w:szCs w:val="24"/>
              </w:rPr>
              <w:t xml:space="preserve">B: </w:t>
            </w:r>
            <w:r w:rsidRPr="68DE8A72" w:rsidR="6E473050">
              <w:rPr>
                <w:sz w:val="24"/>
                <w:szCs w:val="24"/>
              </w:rPr>
              <w:t>utorak</w:t>
            </w:r>
            <w:r w:rsidRPr="68DE8A72" w:rsidR="6E473050">
              <w:rPr>
                <w:sz w:val="24"/>
                <w:szCs w:val="24"/>
              </w:rPr>
              <w:t xml:space="preserve"> </w:t>
            </w:r>
            <w:r w:rsidRPr="68DE8A72" w:rsidR="34A9FE50">
              <w:rPr>
                <w:sz w:val="24"/>
                <w:szCs w:val="24"/>
              </w:rPr>
              <w:t>5. sat</w:t>
            </w:r>
          </w:p>
        </w:tc>
      </w:tr>
      <w:tr w:rsidRPr="00D53DBD" w:rsidR="003372AC" w:rsidTr="470F87F7" w14:paraId="51653731" w14:textId="77777777">
        <w:tc>
          <w:tcPr>
            <w:tcW w:w="780" w:type="dxa"/>
            <w:tcMar/>
          </w:tcPr>
          <w:p w:rsidRPr="00D53DBD" w:rsidR="003372AC" w:rsidRDefault="0061290B" w14:paraId="1E42AE3B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18.</w:t>
            </w:r>
          </w:p>
        </w:tc>
        <w:tc>
          <w:tcPr>
            <w:tcW w:w="2175" w:type="dxa"/>
            <w:tcMar/>
          </w:tcPr>
          <w:p w:rsidRPr="00D53DBD" w:rsidR="003372AC" w:rsidRDefault="003372AC" w14:paraId="7F22C540" w14:textId="046FAEE9">
            <w:pPr/>
            <w:r w:rsidRPr="24BEE2EB" w:rsidR="24BEE2EB">
              <w:rPr>
                <w:sz w:val="24"/>
                <w:szCs w:val="24"/>
              </w:rPr>
              <w:t>Željka</w:t>
            </w:r>
            <w:r w:rsidRPr="24BEE2EB" w:rsidR="24BEE2EB">
              <w:rPr>
                <w:sz w:val="24"/>
                <w:szCs w:val="24"/>
              </w:rPr>
              <w:t xml:space="preserve"> Octenjak</w:t>
            </w:r>
          </w:p>
        </w:tc>
        <w:tc>
          <w:tcPr>
            <w:tcW w:w="2303" w:type="dxa"/>
            <w:tcMar/>
          </w:tcPr>
          <w:p w:rsidRPr="00D53DBD" w:rsidR="003372AC" w:rsidRDefault="003372AC" w14:paraId="73F634D0" w14:textId="4FCC1E01">
            <w:pPr/>
            <w:r w:rsidRPr="24BEE2EB" w:rsidR="24BEE2EB">
              <w:rPr>
                <w:sz w:val="24"/>
                <w:szCs w:val="24"/>
              </w:rPr>
              <w:t>Čuvari tradicije</w:t>
            </w:r>
          </w:p>
        </w:tc>
        <w:tc>
          <w:tcPr>
            <w:tcW w:w="735" w:type="dxa"/>
            <w:tcMar/>
          </w:tcPr>
          <w:p w:rsidRPr="00D53DBD" w:rsidR="003372AC" w:rsidRDefault="003372AC" w14:paraId="47550679" w14:textId="2DB805AA">
            <w:pPr/>
            <w:r w:rsidRPr="24BEE2EB" w:rsidR="24BEE2EB">
              <w:rPr>
                <w:sz w:val="24"/>
                <w:szCs w:val="24"/>
              </w:rPr>
              <w:t>70</w:t>
            </w:r>
          </w:p>
        </w:tc>
        <w:tc>
          <w:tcPr>
            <w:tcW w:w="2767" w:type="dxa"/>
            <w:tcMar/>
          </w:tcPr>
          <w:p w:rsidRPr="00D53DBD" w:rsidR="003372AC" w:rsidRDefault="003372AC" w14:paraId="097123D1" w14:textId="6E51DF9E">
            <w:pPr/>
            <w:r w:rsidRPr="24BEE2EB" w:rsidR="24BEE2EB">
              <w:rPr>
                <w:sz w:val="24"/>
                <w:szCs w:val="24"/>
              </w:rPr>
              <w:t xml:space="preserve">A: </w:t>
            </w:r>
            <w:r w:rsidRPr="24BEE2EB" w:rsidR="24BEE2EB">
              <w:rPr>
                <w:sz w:val="24"/>
                <w:szCs w:val="24"/>
              </w:rPr>
              <w:t>ponedjeljak</w:t>
            </w:r>
            <w:r w:rsidRPr="24BEE2EB" w:rsidR="24BEE2EB">
              <w:rPr>
                <w:sz w:val="24"/>
                <w:szCs w:val="24"/>
              </w:rPr>
              <w:t xml:space="preserve"> 12:05-13:40</w:t>
            </w:r>
          </w:p>
          <w:p w:rsidRPr="00D53DBD" w:rsidR="003372AC" w:rsidRDefault="003372AC" w14:paraId="23E633FD" w14:textId="5398BFEE">
            <w:pPr/>
            <w:r w:rsidRPr="24BEE2EB" w:rsidR="24BEE2EB">
              <w:rPr>
                <w:sz w:val="24"/>
                <w:szCs w:val="24"/>
              </w:rPr>
              <w:t xml:space="preserve">B: </w:t>
            </w:r>
            <w:r w:rsidRPr="24BEE2EB" w:rsidR="24BEE2EB">
              <w:rPr>
                <w:sz w:val="24"/>
                <w:szCs w:val="24"/>
              </w:rPr>
              <w:t>petak</w:t>
            </w:r>
            <w:r w:rsidRPr="24BEE2EB" w:rsidR="24BEE2EB">
              <w:rPr>
                <w:sz w:val="24"/>
                <w:szCs w:val="24"/>
              </w:rPr>
              <w:t xml:space="preserve"> 11:15- 12:50</w:t>
            </w:r>
          </w:p>
        </w:tc>
      </w:tr>
      <w:tr w:rsidRPr="00D53DBD" w:rsidR="003372AC" w:rsidTr="470F87F7" w14:paraId="450B6CAF" w14:textId="77777777">
        <w:tc>
          <w:tcPr>
            <w:tcW w:w="780" w:type="dxa"/>
            <w:tcMar/>
          </w:tcPr>
          <w:p w:rsidRPr="00D53DBD" w:rsidR="003372AC" w:rsidRDefault="0061290B" w14:paraId="33033B2D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19.</w:t>
            </w:r>
          </w:p>
        </w:tc>
        <w:tc>
          <w:tcPr>
            <w:tcW w:w="2175" w:type="dxa"/>
            <w:tcMar/>
          </w:tcPr>
          <w:p w:rsidRPr="00D53DBD" w:rsidR="003372AC" w:rsidRDefault="003372AC" w14:paraId="1E02082A" w14:textId="76D22CD9">
            <w:pPr/>
            <w:r w:rsidRPr="24BEE2EB" w:rsidR="24BEE2EB">
              <w:rPr>
                <w:sz w:val="24"/>
                <w:szCs w:val="24"/>
              </w:rPr>
              <w:t>Željka</w:t>
            </w:r>
            <w:r w:rsidRPr="24BEE2EB" w:rsidR="24BEE2EB">
              <w:rPr>
                <w:sz w:val="24"/>
                <w:szCs w:val="24"/>
              </w:rPr>
              <w:t xml:space="preserve"> Octenjak</w:t>
            </w:r>
          </w:p>
        </w:tc>
        <w:tc>
          <w:tcPr>
            <w:tcW w:w="2303" w:type="dxa"/>
            <w:tcMar/>
          </w:tcPr>
          <w:p w:rsidRPr="00D53DBD" w:rsidR="003372AC" w:rsidRDefault="003372AC" w14:paraId="4EFFEC6D" w14:textId="6BA06F66">
            <w:pPr/>
            <w:r w:rsidRPr="24BEE2EB" w:rsidR="24BEE2EB">
              <w:rPr>
                <w:sz w:val="24"/>
                <w:szCs w:val="24"/>
              </w:rPr>
              <w:t>Vezilje</w:t>
            </w:r>
          </w:p>
        </w:tc>
        <w:tc>
          <w:tcPr>
            <w:tcW w:w="735" w:type="dxa"/>
            <w:tcMar/>
          </w:tcPr>
          <w:p w:rsidRPr="00D53DBD" w:rsidR="003372AC" w:rsidRDefault="003372AC" w14:paraId="4B1E0224" w14:textId="2366124C">
            <w:pPr/>
            <w:r w:rsidRPr="24BEE2EB" w:rsidR="24BEE2EB">
              <w:rPr>
                <w:sz w:val="24"/>
                <w:szCs w:val="24"/>
              </w:rPr>
              <w:t>70</w:t>
            </w:r>
          </w:p>
        </w:tc>
        <w:tc>
          <w:tcPr>
            <w:tcW w:w="2767" w:type="dxa"/>
            <w:tcMar/>
          </w:tcPr>
          <w:p w:rsidRPr="00D53DBD" w:rsidR="003372AC" w:rsidRDefault="003372AC" w14:paraId="69355EFF" w14:textId="6AEDEED6">
            <w:pPr/>
            <w:r w:rsidRPr="24BEE2EB" w:rsidR="24BEE2EB">
              <w:rPr>
                <w:sz w:val="24"/>
                <w:szCs w:val="24"/>
              </w:rPr>
              <w:t xml:space="preserve">A: </w:t>
            </w:r>
            <w:r w:rsidRPr="24BEE2EB" w:rsidR="24BEE2EB">
              <w:rPr>
                <w:sz w:val="24"/>
                <w:szCs w:val="24"/>
              </w:rPr>
              <w:t>srijeda</w:t>
            </w:r>
            <w:r w:rsidRPr="24BEE2EB" w:rsidR="24BEE2EB">
              <w:rPr>
                <w:sz w:val="24"/>
                <w:szCs w:val="24"/>
              </w:rPr>
              <w:t xml:space="preserve"> 12:05 –13:40</w:t>
            </w:r>
          </w:p>
          <w:p w:rsidRPr="00D53DBD" w:rsidR="003372AC" w:rsidRDefault="003372AC" w14:paraId="5944F22C" w14:textId="5F9276D5">
            <w:pPr/>
            <w:r w:rsidRPr="24BEE2EB" w:rsidR="24BEE2EB">
              <w:rPr>
                <w:sz w:val="24"/>
                <w:szCs w:val="24"/>
              </w:rPr>
              <w:t xml:space="preserve">B: </w:t>
            </w:r>
            <w:r w:rsidRPr="24BEE2EB" w:rsidR="24BEE2EB">
              <w:rPr>
                <w:sz w:val="24"/>
                <w:szCs w:val="24"/>
              </w:rPr>
              <w:t>srijeda</w:t>
            </w:r>
            <w:r w:rsidRPr="24BEE2EB" w:rsidR="24BEE2EB">
              <w:rPr>
                <w:sz w:val="24"/>
                <w:szCs w:val="24"/>
              </w:rPr>
              <w:t xml:space="preserve"> 12:05- 13:40</w:t>
            </w:r>
          </w:p>
        </w:tc>
      </w:tr>
      <w:tr w:rsidRPr="00D53DBD" w:rsidR="003372AC" w:rsidTr="470F87F7" w14:paraId="18ACBC7F" w14:textId="77777777">
        <w:tc>
          <w:tcPr>
            <w:tcW w:w="780" w:type="dxa"/>
            <w:tcMar/>
          </w:tcPr>
          <w:p w:rsidRPr="00D53DBD" w:rsidR="003372AC" w:rsidRDefault="0061290B" w14:paraId="62554239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20.</w:t>
            </w:r>
          </w:p>
        </w:tc>
        <w:tc>
          <w:tcPr>
            <w:tcW w:w="2175" w:type="dxa"/>
            <w:tcMar/>
          </w:tcPr>
          <w:p w:rsidRPr="00D53DBD" w:rsidR="003372AC" w:rsidRDefault="003372AC" w14:paraId="7BDA7DF0" w14:textId="45CEF347">
            <w:pPr/>
            <w:r w:rsidRPr="5894AC73" w:rsidR="7A69CE0B">
              <w:rPr>
                <w:sz w:val="24"/>
                <w:szCs w:val="24"/>
              </w:rPr>
              <w:t>Ana Kitner</w:t>
            </w:r>
          </w:p>
        </w:tc>
        <w:tc>
          <w:tcPr>
            <w:tcW w:w="2303" w:type="dxa"/>
            <w:tcMar/>
          </w:tcPr>
          <w:p w:rsidRPr="00D53DBD" w:rsidR="003372AC" w:rsidRDefault="003372AC" w14:paraId="081E5C59" w14:textId="31A5F3A9">
            <w:pPr/>
            <w:r w:rsidRPr="5894AC73" w:rsidR="7A69CE0B">
              <w:rPr>
                <w:sz w:val="24"/>
                <w:szCs w:val="24"/>
              </w:rPr>
              <w:t>Likovna grupa</w:t>
            </w:r>
          </w:p>
        </w:tc>
        <w:tc>
          <w:tcPr>
            <w:tcW w:w="735" w:type="dxa"/>
            <w:tcMar/>
          </w:tcPr>
          <w:p w:rsidRPr="00D53DBD" w:rsidR="003372AC" w:rsidRDefault="003372AC" w14:paraId="0FC97510" w14:textId="1DED4B98">
            <w:pPr/>
            <w:r w:rsidRPr="5894AC73" w:rsidR="7A69CE0B">
              <w:rPr>
                <w:sz w:val="24"/>
                <w:szCs w:val="24"/>
              </w:rPr>
              <w:t>35</w:t>
            </w:r>
          </w:p>
        </w:tc>
        <w:tc>
          <w:tcPr>
            <w:tcW w:w="2767" w:type="dxa"/>
            <w:tcMar/>
          </w:tcPr>
          <w:p w:rsidRPr="00D53DBD" w:rsidR="003372AC" w:rsidP="5894AC73" w:rsidRDefault="003372AC" w14:paraId="3E9C992A" w14:textId="7A48AD34">
            <w:pPr>
              <w:jc w:val="left"/>
            </w:pPr>
            <w:r w:rsidRPr="5894AC73" w:rsidR="7A69CE0B">
              <w:rPr>
                <w:sz w:val="24"/>
                <w:szCs w:val="24"/>
              </w:rPr>
              <w:t xml:space="preserve">A: </w:t>
            </w:r>
            <w:r w:rsidRPr="5894AC73" w:rsidR="7A69CE0B">
              <w:rPr>
                <w:sz w:val="24"/>
                <w:szCs w:val="24"/>
              </w:rPr>
              <w:t>utorak</w:t>
            </w:r>
            <w:r w:rsidRPr="5894AC73" w:rsidR="7A69CE0B">
              <w:rPr>
                <w:sz w:val="24"/>
                <w:szCs w:val="24"/>
              </w:rPr>
              <w:t xml:space="preserve"> 5. </w:t>
            </w:r>
            <w:r w:rsidRPr="5894AC73" w:rsidR="7A69CE0B">
              <w:rPr>
                <w:sz w:val="24"/>
                <w:szCs w:val="24"/>
              </w:rPr>
              <w:t>i</w:t>
            </w:r>
            <w:r w:rsidRPr="5894AC73" w:rsidR="7A69CE0B">
              <w:rPr>
                <w:sz w:val="24"/>
                <w:szCs w:val="24"/>
              </w:rPr>
              <w:t xml:space="preserve"> 6. sat</w:t>
            </w:r>
          </w:p>
        </w:tc>
      </w:tr>
    </w:tbl>
    <w:p w:rsidRPr="00D53DBD" w:rsidR="0061290B" w:rsidP="00D53DBD" w:rsidRDefault="0061290B" w14:paraId="35C81E9E" w14:textId="77777777">
      <w:pPr>
        <w:rPr>
          <w:sz w:val="24"/>
          <w:szCs w:val="24"/>
        </w:rPr>
      </w:pPr>
    </w:p>
    <w:sectPr w:rsidRPr="00D53DBD" w:rsidR="0061290B" w:rsidSect="00D53DBD">
      <w:pgSz w:w="12240" w:h="15840" w:orient="portrait"/>
      <w:pgMar w:top="1440" w:right="1800" w:bottom="1440" w:left="1800" w:header="720" w:footer="720" w:gutter="0"/>
      <w:pgBorders w:offsetFrom="page">
        <w:top w:val="flowersTiny" w:color="auto" w:sz="14" w:space="24"/>
        <w:left w:val="flowersTiny" w:color="auto" w:sz="14" w:space="24"/>
        <w:bottom w:val="flowersTiny" w:color="auto" w:sz="14" w:space="24"/>
        <w:right w:val="flowersTiny" w:color="auto" w:sz="14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458642775">
    <w:abstractNumId w:val="8"/>
  </w:num>
  <w:num w:numId="2" w16cid:durableId="1566405438">
    <w:abstractNumId w:val="6"/>
  </w:num>
  <w:num w:numId="3" w16cid:durableId="541097467">
    <w:abstractNumId w:val="5"/>
  </w:num>
  <w:num w:numId="4" w16cid:durableId="614404053">
    <w:abstractNumId w:val="4"/>
  </w:num>
  <w:num w:numId="5" w16cid:durableId="1500151458">
    <w:abstractNumId w:val="7"/>
  </w:num>
  <w:num w:numId="6" w16cid:durableId="688607894">
    <w:abstractNumId w:val="3"/>
  </w:num>
  <w:num w:numId="7" w16cid:durableId="1367176341">
    <w:abstractNumId w:val="2"/>
  </w:num>
  <w:num w:numId="8" w16cid:durableId="1021007629">
    <w:abstractNumId w:val="1"/>
  </w:num>
  <w:num w:numId="9" w16cid:durableId="50201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511"/>
    <w:rsid w:val="0006063C"/>
    <w:rsid w:val="0015074B"/>
    <w:rsid w:val="0029639D"/>
    <w:rsid w:val="00326F90"/>
    <w:rsid w:val="003372AC"/>
    <w:rsid w:val="0033F58D"/>
    <w:rsid w:val="003B05ED"/>
    <w:rsid w:val="0061290B"/>
    <w:rsid w:val="007219A4"/>
    <w:rsid w:val="00AA1D8D"/>
    <w:rsid w:val="00B47730"/>
    <w:rsid w:val="00CB0664"/>
    <w:rsid w:val="00D53DBD"/>
    <w:rsid w:val="00FC693F"/>
    <w:rsid w:val="024DB777"/>
    <w:rsid w:val="04F43A6E"/>
    <w:rsid w:val="052D29DF"/>
    <w:rsid w:val="07FEE85F"/>
    <w:rsid w:val="08F340FD"/>
    <w:rsid w:val="095840D0"/>
    <w:rsid w:val="0AB2127A"/>
    <w:rsid w:val="0C1AE6B8"/>
    <w:rsid w:val="0F29A299"/>
    <w:rsid w:val="0F8D6ACC"/>
    <w:rsid w:val="11AA21AF"/>
    <w:rsid w:val="11AA21AF"/>
    <w:rsid w:val="128BCBC0"/>
    <w:rsid w:val="12AF1202"/>
    <w:rsid w:val="143605F2"/>
    <w:rsid w:val="170C5597"/>
    <w:rsid w:val="17DC998C"/>
    <w:rsid w:val="19747681"/>
    <w:rsid w:val="1A24EA3B"/>
    <w:rsid w:val="1A2A334D"/>
    <w:rsid w:val="1AA22E4F"/>
    <w:rsid w:val="1AE42977"/>
    <w:rsid w:val="1BCD27FB"/>
    <w:rsid w:val="1C8FE128"/>
    <w:rsid w:val="1CA9C197"/>
    <w:rsid w:val="20C83E79"/>
    <w:rsid w:val="2175F6FC"/>
    <w:rsid w:val="21AA33AC"/>
    <w:rsid w:val="21D93981"/>
    <w:rsid w:val="23B6D1F2"/>
    <w:rsid w:val="24BEE2EB"/>
    <w:rsid w:val="2603C59B"/>
    <w:rsid w:val="26057B96"/>
    <w:rsid w:val="27024806"/>
    <w:rsid w:val="27737C34"/>
    <w:rsid w:val="29721C3B"/>
    <w:rsid w:val="2B2986A2"/>
    <w:rsid w:val="2BEAFEB7"/>
    <w:rsid w:val="2C1573B2"/>
    <w:rsid w:val="2DF7FC00"/>
    <w:rsid w:val="2E0F286F"/>
    <w:rsid w:val="300A70C3"/>
    <w:rsid w:val="33527C15"/>
    <w:rsid w:val="34126B4E"/>
    <w:rsid w:val="34386D43"/>
    <w:rsid w:val="34A9FE50"/>
    <w:rsid w:val="357FDA9E"/>
    <w:rsid w:val="36D62226"/>
    <w:rsid w:val="37FA49A7"/>
    <w:rsid w:val="37FA49A7"/>
    <w:rsid w:val="3804FF38"/>
    <w:rsid w:val="38126573"/>
    <w:rsid w:val="3859396F"/>
    <w:rsid w:val="3ADC7FAC"/>
    <w:rsid w:val="3B81FDA2"/>
    <w:rsid w:val="3DD61196"/>
    <w:rsid w:val="3E1BAD79"/>
    <w:rsid w:val="40F3E2D7"/>
    <w:rsid w:val="420BD3DF"/>
    <w:rsid w:val="428EA237"/>
    <w:rsid w:val="428EA237"/>
    <w:rsid w:val="4327ED3A"/>
    <w:rsid w:val="470F87F7"/>
    <w:rsid w:val="49082CAE"/>
    <w:rsid w:val="4CC26573"/>
    <w:rsid w:val="4FDDFF6A"/>
    <w:rsid w:val="504C20B8"/>
    <w:rsid w:val="5110B3C0"/>
    <w:rsid w:val="5111BE82"/>
    <w:rsid w:val="5338449D"/>
    <w:rsid w:val="5378359F"/>
    <w:rsid w:val="547C60B6"/>
    <w:rsid w:val="54E2DBCC"/>
    <w:rsid w:val="5835857A"/>
    <w:rsid w:val="5894AC73"/>
    <w:rsid w:val="598AF880"/>
    <w:rsid w:val="599B24D5"/>
    <w:rsid w:val="599B24D5"/>
    <w:rsid w:val="59F8BC91"/>
    <w:rsid w:val="5A7C93D8"/>
    <w:rsid w:val="5CE7BD4D"/>
    <w:rsid w:val="5CE7BD4D"/>
    <w:rsid w:val="5E51F542"/>
    <w:rsid w:val="5E9AD362"/>
    <w:rsid w:val="5FA04735"/>
    <w:rsid w:val="636E1702"/>
    <w:rsid w:val="6386F94A"/>
    <w:rsid w:val="6803EAA2"/>
    <w:rsid w:val="6853BAEA"/>
    <w:rsid w:val="68DE8A72"/>
    <w:rsid w:val="68E243C1"/>
    <w:rsid w:val="68E243C1"/>
    <w:rsid w:val="69F72457"/>
    <w:rsid w:val="6B1592C1"/>
    <w:rsid w:val="6B4ACC9C"/>
    <w:rsid w:val="6B5CE61C"/>
    <w:rsid w:val="6B78A98F"/>
    <w:rsid w:val="6B9DEE41"/>
    <w:rsid w:val="6E473050"/>
    <w:rsid w:val="6F80C1DC"/>
    <w:rsid w:val="723A2F68"/>
    <w:rsid w:val="79CA9410"/>
    <w:rsid w:val="7A69CE0B"/>
    <w:rsid w:val="7E2E8630"/>
    <w:rsid w:val="7F9A429C"/>
    <w:rsid w:val="7FBDF8F1"/>
    <w:rsid w:val="7FCC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337EB"/>
  <w14:defaultImageDpi w14:val="300"/>
  <w15:docId w15:val="{DC764296-2AAA-4513-BC87-B66D6263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Gost korisnik</lastModifiedBy>
  <revision>9</revision>
  <dcterms:created xsi:type="dcterms:W3CDTF">2026-08-28T11:33:00.0000000Z</dcterms:created>
  <dcterms:modified xsi:type="dcterms:W3CDTF">2026-10-01T08:06:29.5857113Z</dcterms:modified>
  <category/>
</coreProperties>
</file>