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42511" w:rsidR="003372AC" w:rsidP="00D53DBD" w:rsidRDefault="0061290B" w14:paraId="45448974" w14:textId="77777777">
      <w:pPr>
        <w:pBdr>
          <w:bottom w:val="single" w:color="auto" w:sz="2" w:space="1"/>
        </w:pBdr>
        <w:jc w:val="center"/>
        <w:rPr>
          <w:b/>
          <w:sz w:val="36"/>
          <w:szCs w:val="36"/>
        </w:rPr>
      </w:pPr>
      <w:r w:rsidRPr="00042511">
        <w:rPr>
          <w:b/>
          <w:sz w:val="36"/>
          <w:szCs w:val="36"/>
        </w:rPr>
        <w:t>TABLICA IZVANNASTAVNIH AKTIVNOSTI</w:t>
      </w:r>
    </w:p>
    <w:p w:rsidR="00042511" w:rsidP="5C07C4EF" w:rsidRDefault="00042511" w14:paraId="434B39B4" w14:textId="1C8EA9E4">
      <w:pPr>
        <w:pBdr>
          <w:bottom w:val="single" w:color="FF000000" w:sz="2" w:space="1"/>
        </w:pBdr>
        <w:jc w:val="center"/>
        <w:rPr>
          <w:b w:val="1"/>
          <w:bCs w:val="1"/>
          <w:sz w:val="36"/>
          <w:szCs w:val="36"/>
        </w:rPr>
      </w:pPr>
      <w:r w:rsidRPr="5C07C4EF" w:rsidR="61F38CCA">
        <w:rPr>
          <w:b w:val="1"/>
          <w:bCs w:val="1"/>
          <w:sz w:val="36"/>
          <w:szCs w:val="36"/>
        </w:rPr>
        <w:t>Šk</w:t>
      </w:r>
      <w:r w:rsidRPr="5C07C4EF" w:rsidR="61F38CCA">
        <w:rPr>
          <w:b w:val="1"/>
          <w:bCs w:val="1"/>
          <w:sz w:val="36"/>
          <w:szCs w:val="36"/>
        </w:rPr>
        <w:t xml:space="preserve">. </w:t>
      </w:r>
      <w:r w:rsidRPr="5C07C4EF" w:rsidR="23B4A64D">
        <w:rPr>
          <w:b w:val="1"/>
          <w:bCs w:val="1"/>
          <w:sz w:val="36"/>
          <w:szCs w:val="36"/>
        </w:rPr>
        <w:t>g</w:t>
      </w:r>
      <w:r w:rsidRPr="5C07C4EF" w:rsidR="61F38CCA">
        <w:rPr>
          <w:b w:val="1"/>
          <w:bCs w:val="1"/>
          <w:sz w:val="36"/>
          <w:szCs w:val="36"/>
        </w:rPr>
        <w:t>od 2026. /2027.</w:t>
      </w:r>
    </w:p>
    <w:p w:rsidRPr="00042511" w:rsidR="00D53DBD" w:rsidP="00D53DBD" w:rsidRDefault="00D53DBD" w14:paraId="6F402B4E" w14:textId="77777777">
      <w:pPr>
        <w:pBdr>
          <w:bottom w:val="single" w:color="auto" w:sz="2" w:space="1"/>
        </w:pBdr>
        <w:rPr>
          <w:sz w:val="36"/>
          <w:szCs w:val="36"/>
        </w:rPr>
      </w:pPr>
    </w:p>
    <w:tbl>
      <w:tblPr>
        <w:tblStyle w:val="TableGrid"/>
        <w:tblW w:w="8775" w:type="dxa"/>
        <w:tblLook w:val="04A0" w:firstRow="1" w:lastRow="0" w:firstColumn="1" w:lastColumn="0" w:noHBand="0" w:noVBand="1"/>
      </w:tblPr>
      <w:tblGrid>
        <w:gridCol w:w="1725"/>
        <w:gridCol w:w="1727"/>
        <w:gridCol w:w="1726"/>
        <w:gridCol w:w="1725"/>
        <w:gridCol w:w="1872"/>
      </w:tblGrid>
      <w:tr w:rsidRPr="00D53DBD" w:rsidR="003372AC" w:rsidTr="4E8B3331" w14:paraId="145423DD" w14:textId="77777777">
        <w:tc>
          <w:tcPr>
            <w:tcW w:w="1725" w:type="dxa"/>
            <w:tcMar/>
          </w:tcPr>
          <w:p w:rsidRPr="00D53DBD" w:rsidR="003372AC" w:rsidRDefault="0061290B" w14:paraId="7159EF4B" w14:textId="77777777">
            <w:pPr>
              <w:rPr>
                <w:b/>
                <w:bCs/>
                <w:sz w:val="24"/>
                <w:szCs w:val="24"/>
              </w:rPr>
            </w:pPr>
            <w:r w:rsidRPr="00D53DBD">
              <w:rPr>
                <w:b/>
                <w:bCs/>
                <w:sz w:val="24"/>
                <w:szCs w:val="24"/>
              </w:rPr>
              <w:t>R.br.</w:t>
            </w:r>
          </w:p>
        </w:tc>
        <w:tc>
          <w:tcPr>
            <w:tcW w:w="1727" w:type="dxa"/>
            <w:tcMar/>
          </w:tcPr>
          <w:p w:rsidRPr="00D53DBD" w:rsidR="003372AC" w:rsidRDefault="0061290B" w14:paraId="223E0D61" w14:textId="77777777">
            <w:pPr>
              <w:rPr>
                <w:b/>
                <w:bCs/>
                <w:sz w:val="24"/>
                <w:szCs w:val="24"/>
              </w:rPr>
            </w:pPr>
            <w:r w:rsidRPr="00D53DBD">
              <w:rPr>
                <w:b/>
                <w:bCs/>
                <w:sz w:val="24"/>
                <w:szCs w:val="24"/>
              </w:rPr>
              <w:t xml:space="preserve">Ime </w:t>
            </w:r>
            <w:proofErr w:type="spellStart"/>
            <w:r w:rsidRPr="00D53DBD">
              <w:rPr>
                <w:b/>
                <w:bCs/>
                <w:sz w:val="24"/>
                <w:szCs w:val="24"/>
              </w:rPr>
              <w:t>i</w:t>
            </w:r>
            <w:proofErr w:type="spellEnd"/>
            <w:r w:rsidRPr="00D53DB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53DBD">
              <w:rPr>
                <w:b/>
                <w:bCs/>
                <w:sz w:val="24"/>
                <w:szCs w:val="24"/>
              </w:rPr>
              <w:t>prezime</w:t>
            </w:r>
            <w:proofErr w:type="spellEnd"/>
            <w:r w:rsidRPr="00D53DB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53DBD">
              <w:rPr>
                <w:b/>
                <w:bCs/>
                <w:sz w:val="24"/>
                <w:szCs w:val="24"/>
              </w:rPr>
              <w:t>voditelja</w:t>
            </w:r>
            <w:proofErr w:type="spellEnd"/>
          </w:p>
        </w:tc>
        <w:tc>
          <w:tcPr>
            <w:tcW w:w="1726" w:type="dxa"/>
            <w:tcMar/>
          </w:tcPr>
          <w:p w:rsidRPr="00D53DBD" w:rsidR="003372AC" w:rsidRDefault="0061290B" w14:paraId="419402E7" w14:textId="7777777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53DBD">
              <w:rPr>
                <w:b/>
                <w:bCs/>
                <w:sz w:val="24"/>
                <w:szCs w:val="24"/>
              </w:rPr>
              <w:t>Naziv</w:t>
            </w:r>
            <w:proofErr w:type="spellEnd"/>
            <w:r w:rsidRPr="00D53DBD">
              <w:rPr>
                <w:b/>
                <w:bCs/>
                <w:sz w:val="24"/>
                <w:szCs w:val="24"/>
              </w:rPr>
              <w:t xml:space="preserve"> INA</w:t>
            </w:r>
          </w:p>
        </w:tc>
        <w:tc>
          <w:tcPr>
            <w:tcW w:w="1725" w:type="dxa"/>
            <w:tcMar/>
          </w:tcPr>
          <w:p w:rsidRPr="00D53DBD" w:rsidR="003372AC" w:rsidRDefault="0061290B" w14:paraId="66402864" w14:textId="7777777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53DBD">
              <w:rPr>
                <w:b/>
                <w:bCs/>
                <w:sz w:val="24"/>
                <w:szCs w:val="24"/>
              </w:rPr>
              <w:t>Broj</w:t>
            </w:r>
            <w:proofErr w:type="spellEnd"/>
            <w:r w:rsidRPr="00D53DBD">
              <w:rPr>
                <w:b/>
                <w:bCs/>
                <w:sz w:val="24"/>
                <w:szCs w:val="24"/>
              </w:rPr>
              <w:t xml:space="preserve"> sati</w:t>
            </w:r>
          </w:p>
        </w:tc>
        <w:tc>
          <w:tcPr>
            <w:tcW w:w="1872" w:type="dxa"/>
            <w:tcMar/>
          </w:tcPr>
          <w:p w:rsidRPr="00D53DBD" w:rsidR="003372AC" w:rsidRDefault="0061290B" w14:paraId="465A6150" w14:textId="7777777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53DBD">
              <w:rPr>
                <w:b/>
                <w:bCs/>
                <w:sz w:val="24"/>
                <w:szCs w:val="24"/>
              </w:rPr>
              <w:t>Vrijeme</w:t>
            </w:r>
            <w:proofErr w:type="spellEnd"/>
            <w:r w:rsidRPr="00D53DB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53DBD">
              <w:rPr>
                <w:b/>
                <w:bCs/>
                <w:sz w:val="24"/>
                <w:szCs w:val="24"/>
              </w:rPr>
              <w:t>održavanja</w:t>
            </w:r>
            <w:proofErr w:type="spellEnd"/>
          </w:p>
        </w:tc>
      </w:tr>
      <w:tr w:rsidRPr="00D53DBD" w:rsidR="003372AC" w:rsidTr="4E8B3331" w14:paraId="405A9500" w14:textId="77777777">
        <w:tc>
          <w:tcPr>
            <w:tcW w:w="1725" w:type="dxa"/>
            <w:tcMar/>
          </w:tcPr>
          <w:p w:rsidRPr="00D53DBD" w:rsidR="003372AC" w:rsidRDefault="0061290B" w14:paraId="7AF09B0A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1.</w:t>
            </w:r>
          </w:p>
        </w:tc>
        <w:tc>
          <w:tcPr>
            <w:tcW w:w="1727" w:type="dxa"/>
            <w:tcMar/>
          </w:tcPr>
          <w:p w:rsidRPr="00D53DBD" w:rsidR="003372AC" w:rsidP="0F5B297A" w:rsidRDefault="003372AC" w14:paraId="7B78D2F4" w14:textId="3BBFD2CE">
            <w:pPr>
              <w:rPr>
                <w:sz w:val="22"/>
                <w:szCs w:val="22"/>
              </w:rPr>
            </w:pPr>
            <w:r w:rsidRPr="0F5B297A" w:rsidR="05D9C6DD">
              <w:rPr>
                <w:sz w:val="22"/>
                <w:szCs w:val="22"/>
              </w:rPr>
              <w:t>Marijana Kuljko</w:t>
            </w:r>
          </w:p>
        </w:tc>
        <w:tc>
          <w:tcPr>
            <w:tcW w:w="1726" w:type="dxa"/>
            <w:tcMar/>
          </w:tcPr>
          <w:p w:rsidRPr="00D53DBD" w:rsidR="003372AC" w:rsidP="0F5B297A" w:rsidRDefault="003372AC" w14:paraId="6541D273" w14:textId="41C3DA5B">
            <w:pPr>
              <w:rPr>
                <w:sz w:val="22"/>
                <w:szCs w:val="22"/>
              </w:rPr>
            </w:pPr>
            <w:r w:rsidRPr="0F5B297A" w:rsidR="05D9C6DD">
              <w:rPr>
                <w:sz w:val="22"/>
                <w:szCs w:val="22"/>
              </w:rPr>
              <w:t xml:space="preserve">Ekološka grupa </w:t>
            </w:r>
          </w:p>
        </w:tc>
        <w:tc>
          <w:tcPr>
            <w:tcW w:w="1725" w:type="dxa"/>
            <w:tcMar/>
          </w:tcPr>
          <w:p w:rsidRPr="00D53DBD" w:rsidR="003372AC" w:rsidP="0F5B297A" w:rsidRDefault="003372AC" w14:paraId="293370B4" w14:textId="3F026EA5">
            <w:pPr>
              <w:rPr>
                <w:sz w:val="22"/>
                <w:szCs w:val="22"/>
              </w:rPr>
            </w:pPr>
            <w:r w:rsidRPr="0F5B297A" w:rsidR="05D9C6DD">
              <w:rPr>
                <w:sz w:val="22"/>
                <w:szCs w:val="22"/>
              </w:rPr>
              <w:t>70</w:t>
            </w:r>
          </w:p>
        </w:tc>
        <w:tc>
          <w:tcPr>
            <w:tcW w:w="1872" w:type="dxa"/>
            <w:tcMar/>
          </w:tcPr>
          <w:p w:rsidRPr="00D53DBD" w:rsidR="003372AC" w:rsidP="74A554F1" w:rsidRDefault="003372AC" w14:paraId="6C411AED" w14:textId="4692E59B">
            <w:pPr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r w:rsidRPr="74A554F1" w:rsidR="45AEB60E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 i B tjedan:</w:t>
            </w:r>
          </w:p>
          <w:p w:rsidRPr="00D53DBD" w:rsidR="003372AC" w:rsidP="74A554F1" w:rsidRDefault="003372AC" w14:paraId="2FC4561B" w14:textId="380331B7">
            <w:pPr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r w:rsidRPr="74A554F1" w:rsidR="45AEB60E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Četvrtak, 12:05 - 13:40 sati</w:t>
            </w:r>
          </w:p>
          <w:p w:rsidRPr="00D53DBD" w:rsidR="003372AC" w:rsidP="0F5B297A" w:rsidRDefault="003372AC" w14:paraId="35776496" w14:textId="49EE0F17">
            <w:pPr>
              <w:rPr>
                <w:sz w:val="22"/>
                <w:szCs w:val="22"/>
              </w:rPr>
            </w:pPr>
          </w:p>
        </w:tc>
      </w:tr>
      <w:tr w:rsidRPr="00D53DBD" w:rsidR="003372AC" w:rsidTr="4E8B3331" w14:paraId="45FE30E6" w14:textId="77777777">
        <w:tc>
          <w:tcPr>
            <w:tcW w:w="1725" w:type="dxa"/>
            <w:tcMar/>
          </w:tcPr>
          <w:p w:rsidRPr="00D53DBD" w:rsidR="003372AC" w:rsidRDefault="0061290B" w14:paraId="6E12F7EA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2.</w:t>
            </w:r>
          </w:p>
        </w:tc>
        <w:tc>
          <w:tcPr>
            <w:tcW w:w="1727" w:type="dxa"/>
            <w:tcMar/>
          </w:tcPr>
          <w:p w:rsidRPr="00D53DBD" w:rsidR="003372AC" w:rsidP="0F5B297A" w:rsidRDefault="003372AC" w14:paraId="68BDC0D2" w14:textId="2811DDF4">
            <w:pPr>
              <w:rPr>
                <w:sz w:val="22"/>
                <w:szCs w:val="22"/>
              </w:rPr>
            </w:pPr>
            <w:r w:rsidRPr="0F5B297A" w:rsidR="253E84E8">
              <w:rPr>
                <w:sz w:val="22"/>
                <w:szCs w:val="22"/>
              </w:rPr>
              <w:t>Marijana Kuljko</w:t>
            </w:r>
          </w:p>
        </w:tc>
        <w:tc>
          <w:tcPr>
            <w:tcW w:w="1726" w:type="dxa"/>
            <w:tcMar/>
          </w:tcPr>
          <w:p w:rsidRPr="00D53DBD" w:rsidR="003372AC" w:rsidP="0F5B297A" w:rsidRDefault="003372AC" w14:paraId="529B1905" w14:textId="4FB7F15A">
            <w:pPr>
              <w:rPr>
                <w:sz w:val="22"/>
                <w:szCs w:val="22"/>
              </w:rPr>
            </w:pPr>
            <w:r w:rsidRPr="0F5B297A" w:rsidR="253E84E8">
              <w:rPr>
                <w:sz w:val="22"/>
                <w:szCs w:val="22"/>
              </w:rPr>
              <w:t>Biosigurnost</w:t>
            </w:r>
            <w:r w:rsidRPr="0F5B297A" w:rsidR="253E84E8">
              <w:rPr>
                <w:sz w:val="22"/>
                <w:szCs w:val="22"/>
              </w:rPr>
              <w:t xml:space="preserve"> </w:t>
            </w:r>
            <w:r w:rsidRPr="0F5B297A" w:rsidR="253E84E8">
              <w:rPr>
                <w:sz w:val="22"/>
                <w:szCs w:val="22"/>
              </w:rPr>
              <w:t>i</w:t>
            </w:r>
            <w:r w:rsidRPr="0F5B297A" w:rsidR="253E84E8">
              <w:rPr>
                <w:sz w:val="22"/>
                <w:szCs w:val="22"/>
              </w:rPr>
              <w:t xml:space="preserve"> biozaštita</w:t>
            </w:r>
          </w:p>
        </w:tc>
        <w:tc>
          <w:tcPr>
            <w:tcW w:w="1725" w:type="dxa"/>
            <w:tcMar/>
          </w:tcPr>
          <w:p w:rsidRPr="00D53DBD" w:rsidR="003372AC" w:rsidP="0F5B297A" w:rsidRDefault="003372AC" w14:paraId="231BC1C4" w14:textId="63C5AD37">
            <w:pPr>
              <w:rPr>
                <w:sz w:val="22"/>
                <w:szCs w:val="22"/>
              </w:rPr>
            </w:pPr>
            <w:r w:rsidRPr="0F5B297A" w:rsidR="253E84E8">
              <w:rPr>
                <w:sz w:val="22"/>
                <w:szCs w:val="22"/>
              </w:rPr>
              <w:t>35</w:t>
            </w:r>
          </w:p>
        </w:tc>
        <w:tc>
          <w:tcPr>
            <w:tcW w:w="1872" w:type="dxa"/>
            <w:tcMar/>
          </w:tcPr>
          <w:p w:rsidRPr="00D53DBD" w:rsidR="003372AC" w:rsidP="0F5B297A" w:rsidRDefault="003372AC" w14:paraId="5236F729" w14:textId="69798F7F">
            <w:pPr>
              <w:rPr>
                <w:sz w:val="22"/>
                <w:szCs w:val="22"/>
              </w:rPr>
            </w:pPr>
            <w:r w:rsidRPr="0F5B297A" w:rsidR="253E84E8">
              <w:rPr>
                <w:sz w:val="22"/>
                <w:szCs w:val="22"/>
              </w:rPr>
              <w:t xml:space="preserve">B </w:t>
            </w:r>
            <w:r w:rsidRPr="0F5B297A" w:rsidR="253E84E8">
              <w:rPr>
                <w:sz w:val="22"/>
                <w:szCs w:val="22"/>
              </w:rPr>
              <w:t>tjedan</w:t>
            </w:r>
            <w:r w:rsidRPr="0F5B297A" w:rsidR="253E84E8">
              <w:rPr>
                <w:sz w:val="22"/>
                <w:szCs w:val="22"/>
              </w:rPr>
              <w:t>: ponedjeljak,</w:t>
            </w:r>
            <w:r w:rsidRPr="0F5B297A" w:rsidR="094D51A1">
              <w:rPr>
                <w:sz w:val="22"/>
                <w:szCs w:val="22"/>
              </w:rPr>
              <w:t xml:space="preserve"> </w:t>
            </w:r>
          </w:p>
          <w:p w:rsidRPr="00D53DBD" w:rsidR="003372AC" w:rsidP="0F5B297A" w:rsidRDefault="003372AC" w14:paraId="7AE533B9" w14:textId="2A85E784">
            <w:pPr>
              <w:rPr>
                <w:sz w:val="22"/>
                <w:szCs w:val="22"/>
              </w:rPr>
            </w:pPr>
            <w:r w:rsidRPr="0F5B297A" w:rsidR="094D51A1">
              <w:rPr>
                <w:sz w:val="22"/>
                <w:szCs w:val="22"/>
              </w:rPr>
              <w:t>1</w:t>
            </w:r>
            <w:r w:rsidRPr="0F5B297A" w:rsidR="253E84E8">
              <w:rPr>
                <w:sz w:val="22"/>
                <w:szCs w:val="22"/>
              </w:rPr>
              <w:t>2:05 – 13:40 sati</w:t>
            </w:r>
          </w:p>
        </w:tc>
      </w:tr>
      <w:tr w:rsidRPr="00D53DBD" w:rsidR="003372AC" w:rsidTr="4E8B3331" w14:paraId="2108AC6B" w14:textId="77777777">
        <w:tc>
          <w:tcPr>
            <w:tcW w:w="1725" w:type="dxa"/>
            <w:tcMar/>
          </w:tcPr>
          <w:p w:rsidRPr="00D53DBD" w:rsidR="003372AC" w:rsidRDefault="0061290B" w14:paraId="43A6C896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3.</w:t>
            </w:r>
          </w:p>
        </w:tc>
        <w:tc>
          <w:tcPr>
            <w:tcW w:w="1727" w:type="dxa"/>
            <w:tcMar/>
          </w:tcPr>
          <w:p w:rsidRPr="00D53DBD" w:rsidR="003372AC" w:rsidRDefault="003372AC" w14:paraId="706A04F2" w14:textId="71ADD069">
            <w:pPr/>
            <w:r w:rsidRPr="3E7343B6" w:rsidR="25449522">
              <w:rPr>
                <w:sz w:val="24"/>
                <w:szCs w:val="24"/>
              </w:rPr>
              <w:t>Ivana Major</w:t>
            </w:r>
          </w:p>
        </w:tc>
        <w:tc>
          <w:tcPr>
            <w:tcW w:w="1726" w:type="dxa"/>
            <w:tcMar/>
          </w:tcPr>
          <w:p w:rsidRPr="00D53DBD" w:rsidR="003372AC" w:rsidRDefault="003372AC" w14:paraId="2E4CABAE" w14:textId="2734D830">
            <w:pPr/>
            <w:r w:rsidRPr="3E7343B6" w:rsidR="25449522">
              <w:rPr>
                <w:sz w:val="24"/>
                <w:szCs w:val="24"/>
              </w:rPr>
              <w:t>Novinarska skupina</w:t>
            </w:r>
          </w:p>
        </w:tc>
        <w:tc>
          <w:tcPr>
            <w:tcW w:w="1725" w:type="dxa"/>
            <w:tcMar/>
          </w:tcPr>
          <w:p w:rsidRPr="00D53DBD" w:rsidR="003372AC" w:rsidRDefault="003372AC" w14:paraId="4E62FE1D" w14:textId="53EA234E">
            <w:pPr/>
            <w:r w:rsidRPr="3E7343B6" w:rsidR="25449522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Pr="00D53DBD" w:rsidR="003372AC" w:rsidP="6C44C038" w:rsidRDefault="003372AC" w14:paraId="46BB7873" w14:textId="123953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C44C038" w:rsidR="14646FE3">
              <w:rPr>
                <w:sz w:val="24"/>
                <w:szCs w:val="24"/>
              </w:rPr>
              <w:t xml:space="preserve">A </w:t>
            </w:r>
            <w:r w:rsidRPr="6C44C038" w:rsidR="14646FE3">
              <w:rPr>
                <w:sz w:val="24"/>
                <w:szCs w:val="24"/>
              </w:rPr>
              <w:t>i</w:t>
            </w:r>
            <w:r w:rsidRPr="6C44C038" w:rsidR="14646FE3">
              <w:rPr>
                <w:sz w:val="24"/>
                <w:szCs w:val="24"/>
              </w:rPr>
              <w:t xml:space="preserve"> B </w:t>
            </w:r>
            <w:r w:rsidRPr="6C44C038" w:rsidR="14646FE3">
              <w:rPr>
                <w:sz w:val="24"/>
                <w:szCs w:val="24"/>
              </w:rPr>
              <w:t>tjedan</w:t>
            </w:r>
            <w:r w:rsidRPr="6C44C038" w:rsidR="14646FE3">
              <w:rPr>
                <w:sz w:val="24"/>
                <w:szCs w:val="24"/>
              </w:rPr>
              <w:t xml:space="preserve"> – </w:t>
            </w:r>
            <w:r w:rsidRPr="6C44C038" w:rsidR="148906B0">
              <w:rPr>
                <w:sz w:val="24"/>
                <w:szCs w:val="24"/>
              </w:rPr>
              <w:t>srijeda</w:t>
            </w:r>
            <w:r w:rsidRPr="6C44C038" w:rsidR="14646FE3">
              <w:rPr>
                <w:sz w:val="24"/>
                <w:szCs w:val="24"/>
              </w:rPr>
              <w:t xml:space="preserve"> (12:55 – 13:40)</w:t>
            </w:r>
          </w:p>
        </w:tc>
      </w:tr>
      <w:tr w:rsidRPr="00D53DBD" w:rsidR="003372AC" w:rsidTr="4E8B3331" w14:paraId="5C865A5A" w14:textId="77777777">
        <w:tc>
          <w:tcPr>
            <w:tcW w:w="1725" w:type="dxa"/>
            <w:tcMar/>
          </w:tcPr>
          <w:p w:rsidRPr="00D53DBD" w:rsidR="003372AC" w:rsidRDefault="0061290B" w14:paraId="64CB5A23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4.</w:t>
            </w:r>
          </w:p>
        </w:tc>
        <w:tc>
          <w:tcPr>
            <w:tcW w:w="1727" w:type="dxa"/>
            <w:tcMar/>
          </w:tcPr>
          <w:p w:rsidRPr="00D53DBD" w:rsidR="003372AC" w:rsidRDefault="003372AC" w14:paraId="684DE5AD" w14:textId="18FEB53F">
            <w:pPr/>
            <w:r w:rsidRPr="5D2331B9" w:rsidR="56332151">
              <w:rPr>
                <w:sz w:val="24"/>
                <w:szCs w:val="24"/>
              </w:rPr>
              <w:t>Brigita Matekalo</w:t>
            </w:r>
          </w:p>
        </w:tc>
        <w:tc>
          <w:tcPr>
            <w:tcW w:w="1726" w:type="dxa"/>
            <w:tcMar/>
          </w:tcPr>
          <w:p w:rsidRPr="00D53DBD" w:rsidR="003372AC" w:rsidRDefault="003372AC" w14:paraId="0F710C72" w14:textId="483831E7">
            <w:pPr/>
            <w:r w:rsidRPr="5D2331B9" w:rsidR="56332151">
              <w:rPr>
                <w:sz w:val="24"/>
                <w:szCs w:val="24"/>
              </w:rPr>
              <w:t>Financijska pismenost</w:t>
            </w:r>
          </w:p>
        </w:tc>
        <w:tc>
          <w:tcPr>
            <w:tcW w:w="1725" w:type="dxa"/>
            <w:tcMar/>
          </w:tcPr>
          <w:p w:rsidRPr="00D53DBD" w:rsidR="003372AC" w:rsidRDefault="003372AC" w14:paraId="7EF728C8" w14:textId="3CF7485C">
            <w:pPr/>
            <w:r w:rsidRPr="5D2331B9" w:rsidR="56332151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Pr="00D53DBD" w:rsidR="003372AC" w:rsidRDefault="003372AC" w14:paraId="3CBB42CB" w14:textId="278184BF">
            <w:pPr/>
            <w:r w:rsidRPr="4E8B3331" w:rsidR="01B9790D">
              <w:rPr>
                <w:sz w:val="24"/>
                <w:szCs w:val="24"/>
              </w:rPr>
              <w:t xml:space="preserve">A </w:t>
            </w:r>
            <w:r w:rsidRPr="4E8B3331" w:rsidR="01B9790D">
              <w:rPr>
                <w:sz w:val="24"/>
                <w:szCs w:val="24"/>
              </w:rPr>
              <w:t>tjedan</w:t>
            </w:r>
            <w:r w:rsidRPr="4E8B3331" w:rsidR="01B9790D">
              <w:rPr>
                <w:sz w:val="24"/>
                <w:szCs w:val="24"/>
              </w:rPr>
              <w:t xml:space="preserve"> </w:t>
            </w:r>
          </w:p>
          <w:p w:rsidRPr="00D53DBD" w:rsidR="003372AC" w:rsidRDefault="003372AC" w14:paraId="14ED3DCB" w14:textId="20AF15F7">
            <w:pPr/>
            <w:r w:rsidRPr="4E8B3331" w:rsidR="55E92673">
              <w:rPr>
                <w:sz w:val="24"/>
                <w:szCs w:val="24"/>
              </w:rPr>
              <w:t>ponedjeljak</w:t>
            </w:r>
            <w:r w:rsidRPr="4E8B3331" w:rsidR="01B9790D">
              <w:rPr>
                <w:sz w:val="24"/>
                <w:szCs w:val="24"/>
              </w:rPr>
              <w:t xml:space="preserve"> 12:55_14:30</w:t>
            </w:r>
          </w:p>
          <w:p w:rsidRPr="00D53DBD" w:rsidR="003372AC" w:rsidRDefault="003372AC" w14:paraId="6AE489C6" w14:textId="0EEB3E1E">
            <w:pPr/>
            <w:r w:rsidRPr="5D2331B9" w:rsidR="56332151">
              <w:rPr>
                <w:sz w:val="24"/>
                <w:szCs w:val="24"/>
              </w:rPr>
              <w:t xml:space="preserve">B </w:t>
            </w:r>
            <w:r w:rsidRPr="5D2331B9" w:rsidR="56332151">
              <w:rPr>
                <w:sz w:val="24"/>
                <w:szCs w:val="24"/>
              </w:rPr>
              <w:t>tjedan</w:t>
            </w:r>
            <w:r w:rsidRPr="5D2331B9" w:rsidR="56332151">
              <w:rPr>
                <w:sz w:val="24"/>
                <w:szCs w:val="24"/>
              </w:rPr>
              <w:t xml:space="preserve"> </w:t>
            </w:r>
            <w:r w:rsidRPr="5D2331B9" w:rsidR="56332151">
              <w:rPr>
                <w:sz w:val="24"/>
                <w:szCs w:val="24"/>
              </w:rPr>
              <w:t>srijeda</w:t>
            </w:r>
            <w:r w:rsidRPr="5D2331B9" w:rsidR="56332151">
              <w:rPr>
                <w:sz w:val="24"/>
                <w:szCs w:val="24"/>
              </w:rPr>
              <w:t xml:space="preserve"> 12:00-13:40</w:t>
            </w:r>
          </w:p>
        </w:tc>
      </w:tr>
      <w:tr w:rsidRPr="00D53DBD" w:rsidR="003372AC" w:rsidTr="4E8B3331" w14:paraId="6F4BC884" w14:textId="77777777">
        <w:tc>
          <w:tcPr>
            <w:tcW w:w="1725" w:type="dxa"/>
            <w:tcMar/>
          </w:tcPr>
          <w:p w:rsidRPr="00D53DBD" w:rsidR="003372AC" w:rsidRDefault="0061290B" w14:paraId="29451E6A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5.</w:t>
            </w:r>
          </w:p>
        </w:tc>
        <w:tc>
          <w:tcPr>
            <w:tcW w:w="1727" w:type="dxa"/>
            <w:tcMar/>
          </w:tcPr>
          <w:p w:rsidR="1F0572F5" w:rsidP="1F0572F5" w:rsidRDefault="1F0572F5" w14:paraId="1747B84F" w14:textId="4C68C7A2">
            <w:pPr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F0572F5" w:rsidR="1F0572F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Barbara Gomerčić</w:t>
            </w:r>
          </w:p>
        </w:tc>
        <w:tc>
          <w:tcPr>
            <w:tcW w:w="1726" w:type="dxa"/>
            <w:tcMar/>
          </w:tcPr>
          <w:p w:rsidR="1F0572F5" w:rsidP="1F0572F5" w:rsidRDefault="1F0572F5" w14:paraId="40BCAEE5" w14:textId="41588CF7">
            <w:pPr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F0572F5" w:rsidR="1F0572F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Rukotvorine</w:t>
            </w:r>
          </w:p>
        </w:tc>
        <w:tc>
          <w:tcPr>
            <w:tcW w:w="1725" w:type="dxa"/>
            <w:tcMar/>
          </w:tcPr>
          <w:p w:rsidR="1F0572F5" w:rsidP="1F0572F5" w:rsidRDefault="1F0572F5" w14:paraId="37F413BB" w14:textId="5824298B">
            <w:pPr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F0572F5" w:rsidR="1F0572F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70</w:t>
            </w:r>
          </w:p>
        </w:tc>
        <w:tc>
          <w:tcPr>
            <w:tcW w:w="1872" w:type="dxa"/>
            <w:tcMar/>
          </w:tcPr>
          <w:p w:rsidR="1F0572F5" w:rsidP="1F0572F5" w:rsidRDefault="1F0572F5" w14:paraId="6CE97411" w14:textId="50273804">
            <w:pPr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1F0572F5" w:rsidR="1F0572F5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Petak, 12:05 – 13:40</w:t>
            </w:r>
          </w:p>
        </w:tc>
      </w:tr>
      <w:tr w:rsidRPr="00D53DBD" w:rsidR="003372AC" w:rsidTr="4E8B3331" w14:paraId="3E2E221C" w14:textId="77777777">
        <w:tc>
          <w:tcPr>
            <w:tcW w:w="1725" w:type="dxa"/>
            <w:tcMar/>
          </w:tcPr>
          <w:p w:rsidRPr="00D53DBD" w:rsidR="003372AC" w:rsidRDefault="0061290B" w14:paraId="49585ABA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6.</w:t>
            </w:r>
          </w:p>
        </w:tc>
        <w:tc>
          <w:tcPr>
            <w:tcW w:w="1727" w:type="dxa"/>
            <w:tcMar/>
          </w:tcPr>
          <w:p w:rsidR="1F0572F5" w:rsidP="1F0572F5" w:rsidRDefault="1F0572F5" w14:paraId="7BD9C7E8" w14:textId="2A3CB415">
            <w:pPr>
              <w:rPr>
                <w:sz w:val="24"/>
                <w:szCs w:val="24"/>
              </w:rPr>
            </w:pPr>
          </w:p>
          <w:p w:rsidRPr="00D53DBD" w:rsidR="003372AC" w:rsidRDefault="003372AC" w14:paraId="5D9D6544" w14:textId="060677B8">
            <w:pPr/>
            <w:r w:rsidRPr="1F0572F5" w:rsidR="6927C060">
              <w:rPr>
                <w:sz w:val="24"/>
                <w:szCs w:val="24"/>
              </w:rPr>
              <w:t>Ana Kitner</w:t>
            </w:r>
          </w:p>
        </w:tc>
        <w:tc>
          <w:tcPr>
            <w:tcW w:w="1726" w:type="dxa"/>
            <w:tcMar/>
          </w:tcPr>
          <w:p w:rsidRPr="00D53DBD" w:rsidR="003372AC" w:rsidP="1F0572F5" w:rsidRDefault="003372AC" w14:paraId="2AABB056" w14:textId="069FA55C">
            <w:pPr>
              <w:pStyle w:val="Normal"/>
              <w:rPr>
                <w:sz w:val="24"/>
                <w:szCs w:val="24"/>
              </w:rPr>
            </w:pPr>
          </w:p>
          <w:p w:rsidRPr="00D53DBD" w:rsidR="003372AC" w:rsidP="1F0572F5" w:rsidRDefault="003372AC" w14:paraId="7A42B76B" w14:textId="28D35183">
            <w:pPr>
              <w:pStyle w:val="Normal"/>
            </w:pPr>
            <w:r w:rsidRPr="1F0572F5" w:rsidR="6927C060">
              <w:rPr>
                <w:sz w:val="24"/>
                <w:szCs w:val="24"/>
              </w:rPr>
              <w:t>Likovna</w:t>
            </w:r>
            <w:r w:rsidRPr="1F0572F5" w:rsidR="6927C060">
              <w:rPr>
                <w:sz w:val="24"/>
                <w:szCs w:val="24"/>
              </w:rPr>
              <w:t xml:space="preserve"> </w:t>
            </w:r>
            <w:r w:rsidRPr="1F0572F5" w:rsidR="6927C060">
              <w:rPr>
                <w:sz w:val="24"/>
                <w:szCs w:val="24"/>
              </w:rPr>
              <w:t>grupa</w:t>
            </w:r>
          </w:p>
        </w:tc>
        <w:tc>
          <w:tcPr>
            <w:tcW w:w="1725" w:type="dxa"/>
            <w:tcMar/>
          </w:tcPr>
          <w:p w:rsidR="1F0572F5" w:rsidP="1F0572F5" w:rsidRDefault="1F0572F5" w14:paraId="2F8BAB1B" w14:textId="204170E8">
            <w:pPr>
              <w:rPr>
                <w:sz w:val="24"/>
                <w:szCs w:val="24"/>
              </w:rPr>
            </w:pPr>
          </w:p>
          <w:p w:rsidRPr="00D53DBD" w:rsidR="003372AC" w:rsidRDefault="003372AC" w14:paraId="6C837C47" w14:textId="5777AC9E">
            <w:pPr/>
            <w:r w:rsidRPr="1F0572F5" w:rsidR="6927C060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Pr="00D53DBD" w:rsidR="003372AC" w:rsidRDefault="003372AC" w14:paraId="4B746AF4" w14:textId="31EBDA20">
            <w:pPr/>
            <w:r w:rsidRPr="1F0572F5" w:rsidR="6927C060">
              <w:rPr>
                <w:sz w:val="24"/>
                <w:szCs w:val="24"/>
              </w:rPr>
              <w:t>A tjedan</w:t>
            </w:r>
          </w:p>
          <w:p w:rsidRPr="00D53DBD" w:rsidR="003372AC" w:rsidRDefault="003372AC" w14:paraId="0B43AC1A" w14:textId="1720BF3F">
            <w:pPr/>
            <w:r w:rsidRPr="1F0572F5" w:rsidR="6927C060">
              <w:rPr>
                <w:sz w:val="24"/>
                <w:szCs w:val="24"/>
              </w:rPr>
              <w:t>utorak , 11:15 – 12:50</w:t>
            </w:r>
          </w:p>
        </w:tc>
      </w:tr>
      <w:tr w:rsidRPr="00D53DBD" w:rsidR="003372AC" w:rsidTr="4E8B3331" w14:paraId="3C32EE7A" w14:textId="77777777">
        <w:tc>
          <w:tcPr>
            <w:tcW w:w="1725" w:type="dxa"/>
            <w:tcMar/>
          </w:tcPr>
          <w:p w:rsidRPr="00D53DBD" w:rsidR="003372AC" w:rsidRDefault="0061290B" w14:paraId="0ADF5CA6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7.</w:t>
            </w:r>
          </w:p>
        </w:tc>
        <w:tc>
          <w:tcPr>
            <w:tcW w:w="1727" w:type="dxa"/>
            <w:tcMar/>
          </w:tcPr>
          <w:p w:rsidRPr="00D53DBD" w:rsidR="003372AC" w:rsidRDefault="003372AC" w14:paraId="35F202EE" w14:textId="2C6C3AF1">
            <w:pPr/>
            <w:r w:rsidRPr="1F0572F5" w:rsidR="73EE0A1C">
              <w:rPr>
                <w:sz w:val="24"/>
                <w:szCs w:val="24"/>
              </w:rPr>
              <w:t>Mladen Sesvečan</w:t>
            </w:r>
          </w:p>
        </w:tc>
        <w:tc>
          <w:tcPr>
            <w:tcW w:w="1726" w:type="dxa"/>
            <w:tcMar/>
          </w:tcPr>
          <w:p w:rsidRPr="00D53DBD" w:rsidR="003372AC" w:rsidRDefault="003372AC" w14:paraId="206727E6" w14:textId="47C7F1D0">
            <w:pPr/>
            <w:r w:rsidRPr="1F0572F5" w:rsidR="73EE0A1C">
              <w:rPr>
                <w:sz w:val="24"/>
                <w:szCs w:val="24"/>
              </w:rPr>
              <w:t>3D modeliranje</w:t>
            </w:r>
          </w:p>
        </w:tc>
        <w:tc>
          <w:tcPr>
            <w:tcW w:w="1725" w:type="dxa"/>
            <w:tcMar/>
          </w:tcPr>
          <w:p w:rsidRPr="00D53DBD" w:rsidR="003372AC" w:rsidRDefault="003372AC" w14:paraId="30726850" w14:textId="50D43A9A">
            <w:pPr/>
            <w:r w:rsidRPr="1F0572F5" w:rsidR="73EE0A1C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Pr="00D53DBD" w:rsidR="003372AC" w:rsidP="1F0572F5" w:rsidRDefault="003372AC" w14:paraId="1D72054A" w14:textId="4E62D8E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F0572F5" w:rsidR="73EE0A1C">
              <w:rPr>
                <w:sz w:val="24"/>
                <w:szCs w:val="24"/>
              </w:rPr>
              <w:t xml:space="preserve">A </w:t>
            </w:r>
            <w:r w:rsidRPr="1F0572F5" w:rsidR="73EE0A1C">
              <w:rPr>
                <w:sz w:val="24"/>
                <w:szCs w:val="24"/>
              </w:rPr>
              <w:t>tjedan</w:t>
            </w:r>
            <w:r w:rsidRPr="1F0572F5" w:rsidR="73EE0A1C">
              <w:rPr>
                <w:sz w:val="24"/>
                <w:szCs w:val="24"/>
              </w:rPr>
              <w:t xml:space="preserve"> </w:t>
            </w:r>
            <w:r w:rsidRPr="1F0572F5" w:rsidR="73EE0A1C">
              <w:rPr>
                <w:sz w:val="24"/>
                <w:szCs w:val="24"/>
              </w:rPr>
              <w:t>četvrtak</w:t>
            </w:r>
            <w:r w:rsidRPr="1F0572F5" w:rsidR="73EE0A1C">
              <w:rPr>
                <w:sz w:val="24"/>
                <w:szCs w:val="24"/>
              </w:rPr>
              <w:t xml:space="preserve"> 12:05_13:40</w:t>
            </w:r>
          </w:p>
          <w:p w:rsidRPr="00D53DBD" w:rsidR="003372AC" w:rsidP="1F0572F5" w:rsidRDefault="003372AC" w14:paraId="1E1AB00E" w14:textId="2CBA760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F0572F5" w:rsidR="73EE0A1C">
              <w:rPr>
                <w:sz w:val="24"/>
                <w:szCs w:val="24"/>
              </w:rPr>
              <w:t xml:space="preserve">B </w:t>
            </w:r>
            <w:r w:rsidRPr="1F0572F5" w:rsidR="73EE0A1C">
              <w:rPr>
                <w:sz w:val="24"/>
                <w:szCs w:val="24"/>
              </w:rPr>
              <w:t>tjedan</w:t>
            </w:r>
            <w:r w:rsidRPr="1F0572F5" w:rsidR="73EE0A1C">
              <w:rPr>
                <w:sz w:val="24"/>
                <w:szCs w:val="24"/>
              </w:rPr>
              <w:t xml:space="preserve"> </w:t>
            </w:r>
            <w:r w:rsidRPr="1F0572F5" w:rsidR="73EE0A1C">
              <w:rPr>
                <w:sz w:val="24"/>
                <w:szCs w:val="24"/>
              </w:rPr>
              <w:t>četvrtak</w:t>
            </w:r>
            <w:r w:rsidRPr="1F0572F5" w:rsidR="73EE0A1C">
              <w:rPr>
                <w:sz w:val="24"/>
                <w:szCs w:val="24"/>
              </w:rPr>
              <w:t xml:space="preserve"> 12:</w:t>
            </w:r>
            <w:r w:rsidRPr="1F0572F5" w:rsidR="0675B3E0">
              <w:rPr>
                <w:sz w:val="24"/>
                <w:szCs w:val="24"/>
              </w:rPr>
              <w:t>5</w:t>
            </w:r>
            <w:r w:rsidRPr="1F0572F5" w:rsidR="73EE0A1C">
              <w:rPr>
                <w:sz w:val="24"/>
                <w:szCs w:val="24"/>
              </w:rPr>
              <w:t>0-1</w:t>
            </w:r>
            <w:r w:rsidRPr="1F0572F5" w:rsidR="1CB13E6E">
              <w:rPr>
                <w:sz w:val="24"/>
                <w:szCs w:val="24"/>
              </w:rPr>
              <w:t>4</w:t>
            </w:r>
            <w:r w:rsidRPr="1F0572F5" w:rsidR="73EE0A1C">
              <w:rPr>
                <w:sz w:val="24"/>
                <w:szCs w:val="24"/>
              </w:rPr>
              <w:t>:</w:t>
            </w:r>
            <w:r w:rsidRPr="1F0572F5" w:rsidR="424E7EAE">
              <w:rPr>
                <w:sz w:val="24"/>
                <w:szCs w:val="24"/>
              </w:rPr>
              <w:t>3</w:t>
            </w:r>
            <w:r w:rsidRPr="1F0572F5" w:rsidR="73EE0A1C">
              <w:rPr>
                <w:sz w:val="24"/>
                <w:szCs w:val="24"/>
              </w:rPr>
              <w:t>0</w:t>
            </w:r>
          </w:p>
          <w:p w:rsidRPr="00D53DBD" w:rsidR="003372AC" w:rsidRDefault="003372AC" w14:paraId="3018A306" w14:textId="32E8210A">
            <w:pPr>
              <w:rPr>
                <w:sz w:val="24"/>
                <w:szCs w:val="24"/>
              </w:rPr>
            </w:pPr>
          </w:p>
        </w:tc>
      </w:tr>
      <w:tr w:rsidRPr="00D53DBD" w:rsidR="003372AC" w:rsidTr="4E8B3331" w14:paraId="77DCA61F" w14:textId="77777777">
        <w:tc>
          <w:tcPr>
            <w:tcW w:w="1725" w:type="dxa"/>
            <w:tcMar/>
          </w:tcPr>
          <w:p w:rsidRPr="00D53DBD" w:rsidR="003372AC" w:rsidRDefault="0061290B" w14:paraId="08F39B3C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8.</w:t>
            </w:r>
          </w:p>
        </w:tc>
        <w:tc>
          <w:tcPr>
            <w:tcW w:w="1727" w:type="dxa"/>
            <w:tcMar/>
          </w:tcPr>
          <w:p w:rsidRPr="00D53DBD" w:rsidR="003372AC" w:rsidRDefault="003372AC" w14:paraId="04970945" w14:textId="0FC5EBB2">
            <w:pPr/>
            <w:r w:rsidRPr="1F0572F5" w:rsidR="2F62D0B6">
              <w:rPr>
                <w:sz w:val="24"/>
                <w:szCs w:val="24"/>
              </w:rPr>
              <w:t>Dubravka Uzelac Mezdjić</w:t>
            </w:r>
          </w:p>
        </w:tc>
        <w:tc>
          <w:tcPr>
            <w:tcW w:w="1726" w:type="dxa"/>
            <w:tcMar/>
          </w:tcPr>
          <w:p w:rsidRPr="00D53DBD" w:rsidR="003372AC" w:rsidRDefault="003372AC" w14:paraId="314B3F95" w14:textId="77217214">
            <w:pPr>
              <w:rPr>
                <w:sz w:val="24"/>
                <w:szCs w:val="24"/>
              </w:rPr>
            </w:pPr>
            <w:r w:rsidRPr="1F0572F5" w:rsidR="2F62D0B6">
              <w:rPr>
                <w:sz w:val="24"/>
                <w:szCs w:val="24"/>
              </w:rPr>
              <w:t>Mladi</w:t>
            </w:r>
            <w:r w:rsidRPr="1F0572F5" w:rsidR="2F62D0B6">
              <w:rPr>
                <w:sz w:val="24"/>
                <w:szCs w:val="24"/>
              </w:rPr>
              <w:t xml:space="preserve"> </w:t>
            </w:r>
            <w:r w:rsidRPr="1F0572F5" w:rsidR="2F62D0B6">
              <w:rPr>
                <w:sz w:val="24"/>
                <w:szCs w:val="24"/>
              </w:rPr>
              <w:t>tehničari</w:t>
            </w:r>
            <w:r w:rsidRPr="1F0572F5" w:rsidR="2F62D0B6">
              <w:rPr>
                <w:sz w:val="24"/>
                <w:szCs w:val="24"/>
              </w:rPr>
              <w:t xml:space="preserve"> </w:t>
            </w:r>
            <w:r w:rsidRPr="1F0572F5" w:rsidR="2F62D0B6">
              <w:rPr>
                <w:sz w:val="24"/>
                <w:szCs w:val="24"/>
              </w:rPr>
              <w:t>i</w:t>
            </w:r>
            <w:r w:rsidRPr="1F0572F5" w:rsidR="2F62D0B6">
              <w:rPr>
                <w:sz w:val="24"/>
                <w:szCs w:val="24"/>
              </w:rPr>
              <w:t xml:space="preserve"> </w:t>
            </w:r>
            <w:r w:rsidRPr="1F0572F5" w:rsidR="2F62D0B6">
              <w:rPr>
                <w:sz w:val="24"/>
                <w:szCs w:val="24"/>
              </w:rPr>
              <w:t>prometna</w:t>
            </w:r>
            <w:r w:rsidRPr="1F0572F5" w:rsidR="2F62D0B6">
              <w:rPr>
                <w:sz w:val="24"/>
                <w:szCs w:val="24"/>
              </w:rPr>
              <w:t xml:space="preserve"> kultura</w:t>
            </w:r>
          </w:p>
        </w:tc>
        <w:tc>
          <w:tcPr>
            <w:tcW w:w="1725" w:type="dxa"/>
            <w:tcMar/>
          </w:tcPr>
          <w:p w:rsidRPr="00D53DBD" w:rsidR="003372AC" w:rsidRDefault="003372AC" w14:paraId="2ED314B7" w14:textId="6670A1E5">
            <w:pPr/>
            <w:r w:rsidRPr="1F0572F5" w:rsidR="2F62D0B6">
              <w:rPr>
                <w:sz w:val="24"/>
                <w:szCs w:val="24"/>
              </w:rPr>
              <w:t>105</w:t>
            </w:r>
          </w:p>
        </w:tc>
        <w:tc>
          <w:tcPr>
            <w:tcW w:w="1872" w:type="dxa"/>
            <w:tcMar/>
          </w:tcPr>
          <w:p w:rsidRPr="00D53DBD" w:rsidR="003372AC" w:rsidRDefault="003372AC" w14:paraId="5B4CCA48" w14:textId="278677CB">
            <w:pPr/>
            <w:r w:rsidRPr="1F0572F5" w:rsidR="2F62D0B6">
              <w:rPr>
                <w:sz w:val="24"/>
                <w:szCs w:val="24"/>
              </w:rPr>
              <w:t>A tjedan</w:t>
            </w:r>
          </w:p>
          <w:p w:rsidRPr="00D53DBD" w:rsidR="003372AC" w:rsidRDefault="003372AC" w14:paraId="17FD8333" w14:textId="377796BD">
            <w:pPr/>
            <w:r w:rsidRPr="1F0572F5" w:rsidR="2F62D0B6">
              <w:rPr>
                <w:sz w:val="24"/>
                <w:szCs w:val="24"/>
              </w:rPr>
              <w:t>Ponedjeljak</w:t>
            </w:r>
            <w:r w:rsidRPr="1F0572F5" w:rsidR="2F62D0B6">
              <w:rPr>
                <w:sz w:val="24"/>
                <w:szCs w:val="24"/>
              </w:rPr>
              <w:t xml:space="preserve"> 12:05 – 13:40</w:t>
            </w:r>
          </w:p>
          <w:p w:rsidRPr="00D53DBD" w:rsidR="003372AC" w:rsidRDefault="003372AC" w14:paraId="5FCA8394" w14:textId="609D8B89">
            <w:pPr/>
            <w:r w:rsidRPr="1F0572F5" w:rsidR="2F62D0B6">
              <w:rPr>
                <w:sz w:val="24"/>
                <w:szCs w:val="24"/>
              </w:rPr>
              <w:t>Utorak</w:t>
            </w:r>
            <w:r w:rsidRPr="1F0572F5" w:rsidR="2F62D0B6">
              <w:rPr>
                <w:sz w:val="24"/>
                <w:szCs w:val="24"/>
              </w:rPr>
              <w:t xml:space="preserve"> </w:t>
            </w:r>
          </w:p>
          <w:p w:rsidRPr="00D53DBD" w:rsidR="003372AC" w:rsidRDefault="003372AC" w14:paraId="2F7F67B3" w14:textId="17E9C6F1">
            <w:pPr/>
            <w:r w:rsidRPr="1F0572F5" w:rsidR="2F62D0B6">
              <w:rPr>
                <w:sz w:val="24"/>
                <w:szCs w:val="24"/>
              </w:rPr>
              <w:t>12:05 – 13:40</w:t>
            </w:r>
          </w:p>
          <w:p w:rsidRPr="00D53DBD" w:rsidR="003372AC" w:rsidRDefault="003372AC" w14:paraId="33B8E584" w14:textId="65D751FA">
            <w:pPr/>
            <w:r w:rsidRPr="1F0572F5" w:rsidR="2F62D0B6">
              <w:rPr>
                <w:sz w:val="24"/>
                <w:szCs w:val="24"/>
              </w:rPr>
              <w:t>B tjedan</w:t>
            </w:r>
          </w:p>
          <w:p w:rsidRPr="00D53DBD" w:rsidR="003372AC" w:rsidRDefault="003372AC" w14:paraId="069F633E" w14:textId="7ADF4981">
            <w:pPr/>
            <w:r w:rsidRPr="1F0572F5" w:rsidR="2F62D0B6">
              <w:rPr>
                <w:sz w:val="24"/>
                <w:szCs w:val="24"/>
              </w:rPr>
              <w:t>Četvrtak</w:t>
            </w:r>
            <w:r w:rsidRPr="1F0572F5" w:rsidR="2F62D0B6">
              <w:rPr>
                <w:sz w:val="24"/>
                <w:szCs w:val="24"/>
              </w:rPr>
              <w:t xml:space="preserve"> 12:55 – 13:40</w:t>
            </w:r>
          </w:p>
          <w:p w:rsidRPr="00D53DBD" w:rsidR="003372AC" w:rsidRDefault="003372AC" w14:paraId="3CB2427D" w14:textId="676460B1">
            <w:pPr/>
            <w:r w:rsidRPr="1F0572F5" w:rsidR="2F62D0B6">
              <w:rPr>
                <w:sz w:val="24"/>
                <w:szCs w:val="24"/>
              </w:rPr>
              <w:t xml:space="preserve">Petak </w:t>
            </w:r>
          </w:p>
          <w:p w:rsidRPr="00D53DBD" w:rsidR="003372AC" w:rsidRDefault="003372AC" w14:paraId="630AFC40" w14:textId="4D2DF0A1">
            <w:pPr/>
            <w:r w:rsidRPr="1F0572F5" w:rsidR="2F62D0B6">
              <w:rPr>
                <w:sz w:val="24"/>
                <w:szCs w:val="24"/>
              </w:rPr>
              <w:t>12:55 – 13:40</w:t>
            </w:r>
          </w:p>
          <w:p w:rsidRPr="00D53DBD" w:rsidR="003372AC" w:rsidRDefault="003372AC" w14:paraId="72CE854C" w14:textId="4D146A88">
            <w:pPr>
              <w:rPr>
                <w:sz w:val="24"/>
                <w:szCs w:val="24"/>
              </w:rPr>
            </w:pPr>
          </w:p>
        </w:tc>
      </w:tr>
      <w:tr w:rsidRPr="00D53DBD" w:rsidR="003372AC" w:rsidTr="4E8B3331" w14:paraId="530A8057" w14:textId="77777777">
        <w:tc>
          <w:tcPr>
            <w:tcW w:w="1725" w:type="dxa"/>
            <w:tcMar/>
          </w:tcPr>
          <w:p w:rsidRPr="00D53DBD" w:rsidR="003372AC" w:rsidRDefault="0061290B" w14:paraId="66DDFAA8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9.</w:t>
            </w:r>
          </w:p>
        </w:tc>
        <w:tc>
          <w:tcPr>
            <w:tcW w:w="1727" w:type="dxa"/>
            <w:tcMar/>
          </w:tcPr>
          <w:p w:rsidRPr="00D53DBD" w:rsidR="003372AC" w:rsidRDefault="003372AC" w14:paraId="6CE5E18F" w14:textId="49E48163">
            <w:pPr/>
            <w:r w:rsidRPr="46D852DE" w:rsidR="254EE447">
              <w:rPr>
                <w:sz w:val="24"/>
                <w:szCs w:val="24"/>
              </w:rPr>
              <w:t>Sandra Hajak</w:t>
            </w:r>
          </w:p>
        </w:tc>
        <w:tc>
          <w:tcPr>
            <w:tcW w:w="1726" w:type="dxa"/>
            <w:tcMar/>
          </w:tcPr>
          <w:p w:rsidRPr="00D53DBD" w:rsidR="003372AC" w:rsidRDefault="003372AC" w14:paraId="4A0B25AE" w14:textId="036742F5">
            <w:pPr/>
            <w:r w:rsidRPr="46D852DE" w:rsidR="254EE447">
              <w:rPr>
                <w:sz w:val="24"/>
                <w:szCs w:val="24"/>
              </w:rPr>
              <w:t>Debatni klub</w:t>
            </w:r>
          </w:p>
        </w:tc>
        <w:tc>
          <w:tcPr>
            <w:tcW w:w="1725" w:type="dxa"/>
            <w:tcMar/>
          </w:tcPr>
          <w:p w:rsidRPr="00D53DBD" w:rsidR="003372AC" w:rsidRDefault="003372AC" w14:paraId="28B1726F" w14:textId="5A576FEE">
            <w:pPr/>
            <w:r w:rsidRPr="46D852DE" w:rsidR="254EE447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Pr="00D53DBD" w:rsidR="003372AC" w:rsidRDefault="003372AC" w14:paraId="3A7FC738" w14:textId="22F92D40">
            <w:pPr/>
            <w:r w:rsidRPr="46D852DE" w:rsidR="254EE447">
              <w:rPr>
                <w:sz w:val="24"/>
                <w:szCs w:val="24"/>
              </w:rPr>
              <w:t xml:space="preserve">B </w:t>
            </w:r>
            <w:r w:rsidRPr="46D852DE" w:rsidR="254EE447">
              <w:rPr>
                <w:sz w:val="24"/>
                <w:szCs w:val="24"/>
              </w:rPr>
              <w:t>tjedan</w:t>
            </w:r>
            <w:r w:rsidRPr="46D852DE" w:rsidR="254EE447">
              <w:rPr>
                <w:sz w:val="24"/>
                <w:szCs w:val="24"/>
              </w:rPr>
              <w:t xml:space="preserve"> utorak 12.55 - 14.30</w:t>
            </w:r>
          </w:p>
        </w:tc>
      </w:tr>
      <w:tr w:rsidRPr="00D53DBD" w:rsidR="003372AC" w:rsidTr="4E8B3331" w14:paraId="552DEB7B" w14:textId="77777777">
        <w:tc>
          <w:tcPr>
            <w:tcW w:w="1725" w:type="dxa"/>
            <w:tcMar/>
          </w:tcPr>
          <w:p w:rsidRPr="00D53DBD" w:rsidR="003372AC" w:rsidRDefault="0061290B" w14:paraId="54EA7101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10.</w:t>
            </w:r>
          </w:p>
        </w:tc>
        <w:tc>
          <w:tcPr>
            <w:tcW w:w="1727" w:type="dxa"/>
            <w:tcMar/>
          </w:tcPr>
          <w:p w:rsidRPr="00D53DBD" w:rsidR="003372AC" w:rsidRDefault="003372AC" w14:paraId="40FE26AE" w14:textId="1B9ECBD8">
            <w:pPr/>
            <w:r w:rsidRPr="7AF192A4" w:rsidR="725F122A">
              <w:rPr>
                <w:sz w:val="24"/>
                <w:szCs w:val="24"/>
              </w:rPr>
              <w:t>Žaklina Hasnaš</w:t>
            </w:r>
          </w:p>
        </w:tc>
        <w:tc>
          <w:tcPr>
            <w:tcW w:w="1726" w:type="dxa"/>
            <w:tcMar/>
          </w:tcPr>
          <w:p w:rsidRPr="00D53DBD" w:rsidR="003372AC" w:rsidRDefault="003372AC" w14:paraId="711EA997" w14:textId="44AEED79">
            <w:pPr/>
            <w:r w:rsidRPr="7AF192A4" w:rsidR="725F122A">
              <w:rPr>
                <w:sz w:val="24"/>
                <w:szCs w:val="24"/>
              </w:rPr>
              <w:t>Dramska</w:t>
            </w:r>
            <w:r w:rsidRPr="7AF192A4" w:rsidR="725F122A">
              <w:rPr>
                <w:sz w:val="24"/>
                <w:szCs w:val="24"/>
              </w:rPr>
              <w:t xml:space="preserve"> družina</w:t>
            </w:r>
          </w:p>
        </w:tc>
        <w:tc>
          <w:tcPr>
            <w:tcW w:w="1725" w:type="dxa"/>
            <w:tcMar/>
          </w:tcPr>
          <w:p w:rsidRPr="00D53DBD" w:rsidR="003372AC" w:rsidRDefault="003372AC" w14:paraId="405CF187" w14:textId="4794D585">
            <w:pPr/>
            <w:r w:rsidRPr="7AF192A4" w:rsidR="725F122A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Pr="00D53DBD" w:rsidR="003372AC" w:rsidRDefault="003372AC" w14:paraId="68165A0E" w14:textId="17508016">
            <w:pPr/>
            <w:r w:rsidRPr="336B18A2" w:rsidR="2C7F955C">
              <w:rPr>
                <w:sz w:val="24"/>
                <w:szCs w:val="24"/>
              </w:rPr>
              <w:t>A-</w:t>
            </w:r>
            <w:r w:rsidRPr="336B18A2" w:rsidR="2C7F955C">
              <w:rPr>
                <w:sz w:val="24"/>
                <w:szCs w:val="24"/>
              </w:rPr>
              <w:t>tjedan</w:t>
            </w:r>
            <w:r w:rsidRPr="336B18A2" w:rsidR="5F627A77">
              <w:rPr>
                <w:sz w:val="24"/>
                <w:szCs w:val="24"/>
              </w:rPr>
              <w:t>:</w:t>
            </w:r>
            <w:r w:rsidRPr="336B18A2" w:rsidR="2C7F955C">
              <w:rPr>
                <w:sz w:val="24"/>
                <w:szCs w:val="24"/>
              </w:rPr>
              <w:t xml:space="preserve"> </w:t>
            </w:r>
          </w:p>
          <w:p w:rsidRPr="00D53DBD" w:rsidR="003372AC" w:rsidP="336B18A2" w:rsidRDefault="003372AC" w14:paraId="7845D6E9" w14:textId="2D5CBA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36B18A2" w:rsidR="4656B680">
              <w:rPr>
                <w:sz w:val="24"/>
                <w:szCs w:val="24"/>
              </w:rPr>
              <w:t>četvrtak</w:t>
            </w:r>
            <w:r w:rsidRPr="336B18A2" w:rsidR="2C7F955C">
              <w:rPr>
                <w:sz w:val="24"/>
                <w:szCs w:val="24"/>
              </w:rPr>
              <w:t xml:space="preserve">, 12.50 </w:t>
            </w:r>
            <w:r w:rsidRPr="336B18A2" w:rsidR="34E2B59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–</w:t>
            </w:r>
            <w:r w:rsidRPr="336B18A2" w:rsidR="34E2B594"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  <w:t xml:space="preserve"> </w:t>
            </w:r>
            <w:r w:rsidRPr="336B18A2" w:rsidR="2C7F955C">
              <w:rPr>
                <w:sz w:val="24"/>
                <w:szCs w:val="24"/>
              </w:rPr>
              <w:t>13.35</w:t>
            </w:r>
          </w:p>
          <w:p w:rsidRPr="00D53DBD" w:rsidR="003372AC" w:rsidRDefault="003372AC" w14:paraId="325DCBC4" w14:textId="072F319A">
            <w:pPr/>
            <w:r w:rsidRPr="6F2A27FD" w:rsidR="3C3B50CA">
              <w:rPr>
                <w:sz w:val="24"/>
                <w:szCs w:val="24"/>
              </w:rPr>
              <w:t>B-</w:t>
            </w:r>
            <w:r w:rsidRPr="6F2A27FD" w:rsidR="3C3B50CA">
              <w:rPr>
                <w:sz w:val="24"/>
                <w:szCs w:val="24"/>
              </w:rPr>
              <w:t>tjedan</w:t>
            </w:r>
            <w:r w:rsidRPr="6F2A27FD" w:rsidR="67DF5650">
              <w:rPr>
                <w:sz w:val="24"/>
                <w:szCs w:val="24"/>
              </w:rPr>
              <w:t>:</w:t>
            </w:r>
          </w:p>
          <w:p w:rsidRPr="00D53DBD" w:rsidR="003372AC" w:rsidP="6F2A27FD" w:rsidRDefault="003372AC" w14:paraId="48AAA2A2" w14:textId="0FA3C941">
            <w:pPr>
              <w:pStyle w:val="Normal"/>
            </w:pPr>
            <w:r w:rsidRPr="6F2A27FD" w:rsidR="67DF5650">
              <w:rPr>
                <w:sz w:val="24"/>
                <w:szCs w:val="24"/>
              </w:rPr>
              <w:t>s</w:t>
            </w:r>
            <w:r w:rsidRPr="6F2A27FD" w:rsidR="3C3B50CA">
              <w:rPr>
                <w:sz w:val="24"/>
                <w:szCs w:val="24"/>
              </w:rPr>
              <w:t>rijeda</w:t>
            </w:r>
            <w:r w:rsidRPr="6F2A27FD" w:rsidR="3C3B50CA">
              <w:rPr>
                <w:sz w:val="24"/>
                <w:szCs w:val="24"/>
              </w:rPr>
              <w:t>, 12.50</w:t>
            </w:r>
            <w:r w:rsidRPr="6F2A27FD" w:rsidR="6719DFB2">
              <w:rPr>
                <w:sz w:val="24"/>
                <w:szCs w:val="24"/>
              </w:rPr>
              <w:t xml:space="preserve"> </w:t>
            </w:r>
            <w:r w:rsidRPr="6F2A27FD" w:rsidR="6719DFB2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–</w:t>
            </w:r>
            <w:r w:rsidRPr="6F2A27FD" w:rsidR="3C3B50CA">
              <w:rPr>
                <w:sz w:val="24"/>
                <w:szCs w:val="24"/>
              </w:rPr>
              <w:t xml:space="preserve"> 13.35</w:t>
            </w:r>
            <w:r w:rsidRPr="6F2A27FD" w:rsidR="3C3B50CA">
              <w:rPr>
                <w:sz w:val="24"/>
                <w:szCs w:val="24"/>
              </w:rPr>
              <w:t xml:space="preserve"> </w:t>
            </w:r>
          </w:p>
        </w:tc>
      </w:tr>
      <w:tr w:rsidRPr="00D53DBD" w:rsidR="003372AC" w:rsidTr="4E8B3331" w14:paraId="0980F42E" w14:textId="77777777">
        <w:trPr>
          <w:trHeight w:val="1020"/>
        </w:trPr>
        <w:tc>
          <w:tcPr>
            <w:tcW w:w="1725" w:type="dxa"/>
            <w:tcMar/>
          </w:tcPr>
          <w:p w:rsidRPr="00D53DBD" w:rsidR="003372AC" w:rsidRDefault="0061290B" w14:paraId="5DAFA439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11.</w:t>
            </w:r>
          </w:p>
        </w:tc>
        <w:tc>
          <w:tcPr>
            <w:tcW w:w="1727" w:type="dxa"/>
            <w:tcMar/>
          </w:tcPr>
          <w:p w:rsidRPr="00D53DBD" w:rsidR="003372AC" w:rsidRDefault="003372AC" w14:paraId="363C170B" w14:textId="6D23009B">
            <w:pPr/>
            <w:r w:rsidRPr="6FF85F25" w:rsidR="03CAA8EA">
              <w:rPr>
                <w:sz w:val="24"/>
                <w:szCs w:val="24"/>
              </w:rPr>
              <w:t>Antun Rotar</w:t>
            </w:r>
          </w:p>
        </w:tc>
        <w:tc>
          <w:tcPr>
            <w:tcW w:w="1726" w:type="dxa"/>
            <w:tcMar/>
          </w:tcPr>
          <w:p w:rsidRPr="00D53DBD" w:rsidR="003372AC" w:rsidP="6FF85F25" w:rsidRDefault="003372AC" w14:paraId="3A4CCFE5" w14:textId="3748A5EA">
            <w:pPr>
              <w:pStyle w:val="Normal"/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</w:pPr>
            <w:r w:rsidRPr="54B80FCF" w:rsidR="6B0C4B07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Vjeronaučna</w:t>
            </w:r>
            <w:r w:rsidRPr="54B80FCF" w:rsidR="6B0C4B07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  <w:r w:rsidRPr="54B80FCF" w:rsidR="6B0C4B07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grupa</w:t>
            </w:r>
            <w:r w:rsidRPr="54B80FCF" w:rsidR="6B0C4B07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– </w:t>
            </w:r>
            <w:r w:rsidRPr="54B80FCF" w:rsidR="6B0C4B07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kreativno</w:t>
            </w:r>
            <w:r w:rsidRPr="54B80FCF" w:rsidR="1C4339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– </w:t>
            </w:r>
            <w:r w:rsidRPr="54B80FCF" w:rsidR="6B0C4B07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liturgijska</w:t>
            </w:r>
            <w:r w:rsidRPr="54B80FCF" w:rsidR="1C4339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; za </w:t>
            </w:r>
            <w:r w:rsidRPr="54B80FCF" w:rsidR="1C4339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niže</w:t>
            </w:r>
            <w:r w:rsidRPr="54B80FCF" w:rsidR="1C4339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razrede</w:t>
            </w:r>
          </w:p>
        </w:tc>
        <w:tc>
          <w:tcPr>
            <w:tcW w:w="1725" w:type="dxa"/>
            <w:tcMar/>
          </w:tcPr>
          <w:p w:rsidRPr="00D53DBD" w:rsidR="003372AC" w:rsidRDefault="003372AC" w14:paraId="2FD0684C" w14:textId="233C2E6B">
            <w:pPr/>
            <w:r w:rsidRPr="6FF85F25" w:rsidR="6BB43B4F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Pr="00D53DBD" w:rsidR="003372AC" w:rsidRDefault="003372AC" w14:paraId="693DF8DC" w14:textId="0F652331">
            <w:pPr/>
            <w:r w:rsidRPr="6FF85F25" w:rsidR="45470F0B">
              <w:rPr>
                <w:sz w:val="24"/>
                <w:szCs w:val="24"/>
              </w:rPr>
              <w:t>A</w:t>
            </w:r>
            <w:r w:rsidRPr="6FF85F25" w:rsidR="30F30BD3">
              <w:rPr>
                <w:sz w:val="24"/>
                <w:szCs w:val="24"/>
              </w:rPr>
              <w:t xml:space="preserve"> </w:t>
            </w:r>
            <w:r w:rsidRPr="6FF85F25" w:rsidR="30F30BD3">
              <w:rPr>
                <w:sz w:val="24"/>
                <w:szCs w:val="24"/>
              </w:rPr>
              <w:t>i</w:t>
            </w:r>
            <w:r w:rsidRPr="6FF85F25" w:rsidR="30F30BD3">
              <w:rPr>
                <w:sz w:val="24"/>
                <w:szCs w:val="24"/>
              </w:rPr>
              <w:t xml:space="preserve"> B </w:t>
            </w:r>
            <w:r w:rsidRPr="6FF85F25" w:rsidR="45470F0B">
              <w:rPr>
                <w:sz w:val="24"/>
                <w:szCs w:val="24"/>
              </w:rPr>
              <w:t>tjedan</w:t>
            </w:r>
            <w:r w:rsidRPr="6FF85F25" w:rsidR="45470F0B">
              <w:rPr>
                <w:sz w:val="24"/>
                <w:szCs w:val="24"/>
              </w:rPr>
              <w:t xml:space="preserve"> </w:t>
            </w:r>
            <w:r w:rsidRPr="6FF85F25" w:rsidR="45470F0B">
              <w:rPr>
                <w:sz w:val="24"/>
                <w:szCs w:val="24"/>
              </w:rPr>
              <w:t>srijeda</w:t>
            </w:r>
            <w:r w:rsidRPr="6FF85F25" w:rsidR="45470F0B">
              <w:rPr>
                <w:sz w:val="24"/>
                <w:szCs w:val="24"/>
              </w:rPr>
              <w:t xml:space="preserve"> 12:55 – 13:40</w:t>
            </w:r>
          </w:p>
        </w:tc>
      </w:tr>
      <w:tr w:rsidRPr="00D53DBD" w:rsidR="003372AC" w:rsidTr="4E8B3331" w14:paraId="01EBA1C3" w14:textId="77777777">
        <w:tc>
          <w:tcPr>
            <w:tcW w:w="1725" w:type="dxa"/>
            <w:tcMar/>
          </w:tcPr>
          <w:p w:rsidRPr="00D53DBD" w:rsidR="003372AC" w:rsidRDefault="0061290B" w14:paraId="33243D89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12.</w:t>
            </w:r>
          </w:p>
        </w:tc>
        <w:tc>
          <w:tcPr>
            <w:tcW w:w="1727" w:type="dxa"/>
            <w:tcMar/>
          </w:tcPr>
          <w:p w:rsidRPr="00D53DBD" w:rsidR="003372AC" w:rsidRDefault="003372AC" w14:paraId="10598CC9" w14:textId="38D04CE8">
            <w:pPr/>
            <w:r w:rsidRPr="6FF85F25" w:rsidR="1D18EFAA">
              <w:rPr>
                <w:sz w:val="24"/>
                <w:szCs w:val="24"/>
              </w:rPr>
              <w:t>Antun Rotar</w:t>
            </w:r>
          </w:p>
        </w:tc>
        <w:tc>
          <w:tcPr>
            <w:tcW w:w="1726" w:type="dxa"/>
            <w:tcMar/>
          </w:tcPr>
          <w:p w:rsidRPr="00D53DBD" w:rsidR="003372AC" w:rsidP="6FF85F25" w:rsidRDefault="003372AC" w14:paraId="567AB098" w14:textId="3BABC2DA">
            <w:pPr>
              <w:pStyle w:val="Normal"/>
              <w:rPr>
                <w:rFonts w:ascii="Cambria" w:hAnsi="Cambria" w:eastAsia="Cambria" w:cs="Cambria"/>
                <w:noProof w:val="0"/>
                <w:sz w:val="24"/>
                <w:szCs w:val="24"/>
                <w:lang w:val="en-US"/>
              </w:rPr>
            </w:pPr>
            <w:r w:rsidRPr="54B80FCF" w:rsidR="41CB193B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Vjeronaučna</w:t>
            </w:r>
            <w:r w:rsidRPr="54B80FCF" w:rsidR="41CB193B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  <w:r w:rsidRPr="54B80FCF" w:rsidR="41CB193B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grupa</w:t>
            </w:r>
            <w:r w:rsidRPr="54B80FCF" w:rsidR="41CB193B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– </w:t>
            </w:r>
            <w:r w:rsidRPr="54B80FCF" w:rsidR="41CB193B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natjecateljska</w:t>
            </w:r>
            <w:r w:rsidRPr="54B80FCF" w:rsidR="1B69545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; za više razrede</w:t>
            </w:r>
          </w:p>
        </w:tc>
        <w:tc>
          <w:tcPr>
            <w:tcW w:w="1725" w:type="dxa"/>
            <w:tcMar/>
          </w:tcPr>
          <w:p w:rsidRPr="00D53DBD" w:rsidR="003372AC" w:rsidRDefault="003372AC" w14:paraId="3BD58C30" w14:textId="357CA2ED">
            <w:pPr/>
            <w:r w:rsidRPr="6FF85F25" w:rsidR="27461573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Pr="00D53DBD" w:rsidR="003372AC" w:rsidP="6FF85F25" w:rsidRDefault="003372AC" w14:paraId="0A6FE688" w14:textId="74253206">
            <w:pPr>
              <w:pStyle w:val="Normal"/>
              <w:ind w:left="0"/>
            </w:pPr>
            <w:r w:rsidRPr="6FF85F25" w:rsidR="30A09161">
              <w:rPr>
                <w:sz w:val="24"/>
                <w:szCs w:val="24"/>
              </w:rPr>
              <w:t>A</w:t>
            </w:r>
            <w:r w:rsidRPr="6FF85F25" w:rsidR="1D959A92">
              <w:rPr>
                <w:sz w:val="24"/>
                <w:szCs w:val="24"/>
              </w:rPr>
              <w:t xml:space="preserve"> </w:t>
            </w:r>
            <w:r w:rsidRPr="6FF85F25" w:rsidR="1D959A92">
              <w:rPr>
                <w:sz w:val="24"/>
                <w:szCs w:val="24"/>
              </w:rPr>
              <w:t>i</w:t>
            </w:r>
            <w:r w:rsidRPr="6FF85F25" w:rsidR="1D959A92">
              <w:rPr>
                <w:sz w:val="24"/>
                <w:szCs w:val="24"/>
              </w:rPr>
              <w:t xml:space="preserve"> B </w:t>
            </w:r>
            <w:r w:rsidRPr="6FF85F25" w:rsidR="30A09161">
              <w:rPr>
                <w:sz w:val="24"/>
                <w:szCs w:val="24"/>
              </w:rPr>
              <w:t>tjedan</w:t>
            </w:r>
            <w:r w:rsidRPr="6FF85F25" w:rsidR="30A09161">
              <w:rPr>
                <w:sz w:val="24"/>
                <w:szCs w:val="24"/>
              </w:rPr>
              <w:t xml:space="preserve"> </w:t>
            </w:r>
            <w:r w:rsidRPr="6FF85F25" w:rsidR="30A09161">
              <w:rPr>
                <w:sz w:val="24"/>
                <w:szCs w:val="24"/>
              </w:rPr>
              <w:t>petak</w:t>
            </w:r>
            <w:r w:rsidRPr="6FF85F25" w:rsidR="30A09161">
              <w:rPr>
                <w:sz w:val="24"/>
                <w:szCs w:val="24"/>
              </w:rPr>
              <w:t xml:space="preserve"> 12:55-13:40</w:t>
            </w:r>
          </w:p>
        </w:tc>
      </w:tr>
      <w:tr w:rsidRPr="00D53DBD" w:rsidR="003372AC" w:rsidTr="4E8B3331" w14:paraId="45E47C40" w14:textId="77777777">
        <w:tc>
          <w:tcPr>
            <w:tcW w:w="1725" w:type="dxa"/>
            <w:tcMar/>
          </w:tcPr>
          <w:p w:rsidRPr="00D53DBD" w:rsidR="003372AC" w:rsidRDefault="0061290B" w14:paraId="47A96BB7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13.</w:t>
            </w:r>
          </w:p>
        </w:tc>
        <w:tc>
          <w:tcPr>
            <w:tcW w:w="1727" w:type="dxa"/>
            <w:tcMar/>
          </w:tcPr>
          <w:p w:rsidRPr="00D53DBD" w:rsidR="003372AC" w:rsidRDefault="003372AC" w14:paraId="499615F6" w14:textId="573BF3AC">
            <w:pPr/>
            <w:r w:rsidRPr="6F2A27FD" w:rsidR="702DBED0">
              <w:rPr>
                <w:sz w:val="24"/>
                <w:szCs w:val="24"/>
              </w:rPr>
              <w:t>Josipa Vondrak</w:t>
            </w:r>
          </w:p>
        </w:tc>
        <w:tc>
          <w:tcPr>
            <w:tcW w:w="1726" w:type="dxa"/>
            <w:tcMar/>
          </w:tcPr>
          <w:p w:rsidRPr="00D53DBD" w:rsidR="003372AC" w:rsidRDefault="003372AC" w14:paraId="1DD55DFA" w14:textId="1755F0EF">
            <w:pPr/>
            <w:r w:rsidRPr="6F2A27FD" w:rsidR="702DBED0">
              <w:rPr>
                <w:sz w:val="24"/>
                <w:szCs w:val="24"/>
              </w:rPr>
              <w:t>Kreativna</w:t>
            </w:r>
            <w:r w:rsidRPr="6F2A27FD" w:rsidR="702DBED0">
              <w:rPr>
                <w:sz w:val="24"/>
                <w:szCs w:val="24"/>
              </w:rPr>
              <w:t xml:space="preserve"> </w:t>
            </w:r>
            <w:r w:rsidRPr="6F2A27FD" w:rsidR="702DBED0">
              <w:rPr>
                <w:sz w:val="24"/>
                <w:szCs w:val="24"/>
              </w:rPr>
              <w:t>grupa-niži</w:t>
            </w:r>
            <w:r w:rsidRPr="6F2A27FD" w:rsidR="702DBED0">
              <w:rPr>
                <w:sz w:val="24"/>
                <w:szCs w:val="24"/>
              </w:rPr>
              <w:t xml:space="preserve"> razredi</w:t>
            </w:r>
          </w:p>
        </w:tc>
        <w:tc>
          <w:tcPr>
            <w:tcW w:w="1725" w:type="dxa"/>
            <w:tcMar/>
          </w:tcPr>
          <w:p w:rsidRPr="00D53DBD" w:rsidR="003372AC" w:rsidRDefault="003372AC" w14:paraId="1D8310F8" w14:textId="0AEE0836">
            <w:pPr/>
            <w:r w:rsidRPr="6F2A27FD" w:rsidR="702DBED0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Pr="00D53DBD" w:rsidR="003372AC" w:rsidRDefault="003372AC" w14:paraId="023749A8" w14:textId="0F235989">
            <w:pPr/>
            <w:r w:rsidRPr="6F2A27FD" w:rsidR="702DBED0">
              <w:rPr>
                <w:sz w:val="24"/>
                <w:szCs w:val="24"/>
              </w:rPr>
              <w:t xml:space="preserve">A </w:t>
            </w:r>
            <w:r w:rsidRPr="6F2A27FD" w:rsidR="702DBED0">
              <w:rPr>
                <w:sz w:val="24"/>
                <w:szCs w:val="24"/>
              </w:rPr>
              <w:t>tjedan</w:t>
            </w:r>
            <w:r w:rsidRPr="6F2A27FD" w:rsidR="702DBED0">
              <w:rPr>
                <w:sz w:val="24"/>
                <w:szCs w:val="24"/>
              </w:rPr>
              <w:t>: 12.15-13.00</w:t>
            </w:r>
          </w:p>
          <w:p w:rsidRPr="00D53DBD" w:rsidR="003372AC" w:rsidRDefault="003372AC" w14:paraId="482EC911" w14:textId="712D22A7">
            <w:pPr/>
            <w:r w:rsidRPr="6F2A27FD" w:rsidR="702DBED0">
              <w:rPr>
                <w:sz w:val="24"/>
                <w:szCs w:val="24"/>
              </w:rPr>
              <w:t xml:space="preserve">B </w:t>
            </w:r>
            <w:r w:rsidRPr="6F2A27FD" w:rsidR="702DBED0">
              <w:rPr>
                <w:sz w:val="24"/>
                <w:szCs w:val="24"/>
              </w:rPr>
              <w:t>tjedan</w:t>
            </w:r>
            <w:r w:rsidRPr="6F2A27FD" w:rsidR="702DBED0">
              <w:rPr>
                <w:sz w:val="24"/>
                <w:szCs w:val="24"/>
              </w:rPr>
              <w:t>: 11.15-12.00</w:t>
            </w:r>
          </w:p>
        </w:tc>
      </w:tr>
      <w:tr w:rsidRPr="00D53DBD" w:rsidR="003372AC" w:rsidTr="4E8B3331" w14:paraId="73CD7629" w14:textId="77777777">
        <w:tc>
          <w:tcPr>
            <w:tcW w:w="1725" w:type="dxa"/>
            <w:tcMar/>
          </w:tcPr>
          <w:p w:rsidRPr="00D53DBD" w:rsidR="003372AC" w:rsidRDefault="0061290B" w14:paraId="697F6C61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14.</w:t>
            </w:r>
          </w:p>
        </w:tc>
        <w:tc>
          <w:tcPr>
            <w:tcW w:w="1727" w:type="dxa"/>
            <w:tcMar/>
          </w:tcPr>
          <w:p w:rsidRPr="00D53DBD" w:rsidR="003372AC" w:rsidRDefault="003372AC" w14:paraId="586DA9DE" w14:textId="4608E9AA">
            <w:pPr/>
            <w:r w:rsidRPr="6F2A27FD" w:rsidR="6D818747">
              <w:rPr>
                <w:sz w:val="24"/>
                <w:szCs w:val="24"/>
              </w:rPr>
              <w:t>Ana Pengov</w:t>
            </w:r>
          </w:p>
        </w:tc>
        <w:tc>
          <w:tcPr>
            <w:tcW w:w="1726" w:type="dxa"/>
            <w:tcMar/>
          </w:tcPr>
          <w:p w:rsidRPr="00D53DBD" w:rsidR="003372AC" w:rsidRDefault="003372AC" w14:paraId="021A8152" w14:textId="045F123C">
            <w:pPr/>
            <w:r w:rsidRPr="6F2A27FD" w:rsidR="6D818747">
              <w:rPr>
                <w:sz w:val="24"/>
                <w:szCs w:val="24"/>
              </w:rPr>
              <w:t>Kreativna</w:t>
            </w:r>
            <w:r w:rsidRPr="6F2A27FD" w:rsidR="6D818747">
              <w:rPr>
                <w:sz w:val="24"/>
                <w:szCs w:val="24"/>
              </w:rPr>
              <w:t xml:space="preserve"> matematika</w:t>
            </w:r>
          </w:p>
        </w:tc>
        <w:tc>
          <w:tcPr>
            <w:tcW w:w="1725" w:type="dxa"/>
            <w:tcMar/>
          </w:tcPr>
          <w:p w:rsidRPr="00D53DBD" w:rsidR="003372AC" w:rsidRDefault="003372AC" w14:paraId="4DDFC7D5" w14:textId="0DE05142">
            <w:pPr/>
            <w:r w:rsidRPr="6F2A27FD" w:rsidR="6D818747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Pr="00D53DBD" w:rsidR="003372AC" w:rsidRDefault="003372AC" w14:paraId="2248ACFC" w14:textId="6EF5F272">
            <w:pPr/>
            <w:r w:rsidRPr="6F2A27FD" w:rsidR="6D818747">
              <w:rPr>
                <w:sz w:val="24"/>
                <w:szCs w:val="24"/>
              </w:rPr>
              <w:t xml:space="preserve">A </w:t>
            </w:r>
            <w:r w:rsidRPr="6F2A27FD" w:rsidR="6D818747">
              <w:rPr>
                <w:sz w:val="24"/>
                <w:szCs w:val="24"/>
              </w:rPr>
              <w:t>tjedan</w:t>
            </w:r>
            <w:r w:rsidRPr="6F2A27FD" w:rsidR="6D818747">
              <w:rPr>
                <w:sz w:val="24"/>
                <w:szCs w:val="24"/>
              </w:rPr>
              <w:t xml:space="preserve">: </w:t>
            </w:r>
            <w:r w:rsidRPr="6F2A27FD" w:rsidR="6D818747">
              <w:rPr>
                <w:sz w:val="24"/>
                <w:szCs w:val="24"/>
              </w:rPr>
              <w:t>utorak</w:t>
            </w:r>
            <w:r w:rsidRPr="6F2A27FD" w:rsidR="6D818747">
              <w:rPr>
                <w:sz w:val="24"/>
                <w:szCs w:val="24"/>
              </w:rPr>
              <w:t>, 12.05-13.40</w:t>
            </w:r>
          </w:p>
          <w:p w:rsidRPr="00D53DBD" w:rsidR="003372AC" w:rsidP="6F2A27FD" w:rsidRDefault="003372AC" w14:paraId="4859AAD2" w14:textId="0C5A4FAA">
            <w:pPr>
              <w:pStyle w:val="Normal"/>
            </w:pPr>
            <w:r w:rsidRPr="6F2A27FD" w:rsidR="6D818747">
              <w:rPr>
                <w:sz w:val="24"/>
                <w:szCs w:val="24"/>
              </w:rPr>
              <w:t xml:space="preserve">B </w:t>
            </w:r>
            <w:r w:rsidRPr="6F2A27FD" w:rsidR="6D818747">
              <w:rPr>
                <w:sz w:val="24"/>
                <w:szCs w:val="24"/>
              </w:rPr>
              <w:t>tjedan</w:t>
            </w:r>
            <w:r w:rsidRPr="6F2A27FD" w:rsidR="6D818747">
              <w:rPr>
                <w:sz w:val="24"/>
                <w:szCs w:val="24"/>
              </w:rPr>
              <w:t xml:space="preserve">: </w:t>
            </w:r>
            <w:r w:rsidRPr="6F2A27FD" w:rsidR="76376818">
              <w:rPr>
                <w:sz w:val="24"/>
                <w:szCs w:val="24"/>
              </w:rPr>
              <w:t>12.05-13.40</w:t>
            </w:r>
          </w:p>
          <w:p w:rsidRPr="00D53DBD" w:rsidR="003372AC" w:rsidRDefault="003372AC" w14:paraId="1D021432" w14:textId="68B3C96B">
            <w:pPr>
              <w:rPr>
                <w:sz w:val="24"/>
                <w:szCs w:val="24"/>
              </w:rPr>
            </w:pPr>
          </w:p>
        </w:tc>
      </w:tr>
      <w:tr w:rsidRPr="00D53DBD" w:rsidR="003372AC" w:rsidTr="4E8B3331" w14:paraId="1CDEDDB7" w14:textId="77777777">
        <w:tc>
          <w:tcPr>
            <w:tcW w:w="1725" w:type="dxa"/>
            <w:tcMar/>
          </w:tcPr>
          <w:p w:rsidRPr="00D53DBD" w:rsidR="003372AC" w:rsidRDefault="0061290B" w14:paraId="2C3B0559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15.</w:t>
            </w:r>
          </w:p>
        </w:tc>
        <w:tc>
          <w:tcPr>
            <w:tcW w:w="1727" w:type="dxa"/>
            <w:tcMar/>
          </w:tcPr>
          <w:p w:rsidRPr="00D53DBD" w:rsidR="003372AC" w:rsidRDefault="003372AC" w14:paraId="6F48E3F2" w14:textId="0145EA03">
            <w:pPr/>
            <w:r w:rsidRPr="6F2A27FD" w:rsidR="1E09D680">
              <w:rPr>
                <w:sz w:val="24"/>
                <w:szCs w:val="24"/>
              </w:rPr>
              <w:t>Snježan Hasnaš</w:t>
            </w:r>
          </w:p>
        </w:tc>
        <w:tc>
          <w:tcPr>
            <w:tcW w:w="1726" w:type="dxa"/>
            <w:tcMar/>
          </w:tcPr>
          <w:p w:rsidRPr="00D53DBD" w:rsidR="003372AC" w:rsidRDefault="003372AC" w14:paraId="5A5DB918" w14:textId="2F71A374">
            <w:pPr/>
            <w:r w:rsidRPr="5C07C4EF" w:rsidR="1EDEBB27">
              <w:rPr>
                <w:sz w:val="24"/>
                <w:szCs w:val="24"/>
              </w:rPr>
              <w:t>Građanski</w:t>
            </w:r>
            <w:r w:rsidRPr="5C07C4EF" w:rsidR="1EDEBB27">
              <w:rPr>
                <w:sz w:val="24"/>
                <w:szCs w:val="24"/>
              </w:rPr>
              <w:t xml:space="preserve"> </w:t>
            </w:r>
            <w:r w:rsidRPr="5C07C4EF" w:rsidR="1EDEBB27">
              <w:rPr>
                <w:sz w:val="24"/>
                <w:szCs w:val="24"/>
              </w:rPr>
              <w:t>odgoj</w:t>
            </w:r>
          </w:p>
        </w:tc>
        <w:tc>
          <w:tcPr>
            <w:tcW w:w="1725" w:type="dxa"/>
            <w:tcMar/>
          </w:tcPr>
          <w:p w:rsidRPr="00D53DBD" w:rsidR="003372AC" w:rsidRDefault="003372AC" w14:paraId="5892A310" w14:textId="08A5FD27">
            <w:pPr/>
            <w:r w:rsidRPr="6F2A27FD" w:rsidR="1E09D680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Pr="00D53DBD" w:rsidR="003372AC" w:rsidRDefault="003372AC" w14:paraId="7B82D420" w14:textId="1101EBBF">
            <w:pPr/>
            <w:r w:rsidRPr="6F2A27FD" w:rsidR="1E09D680">
              <w:rPr>
                <w:sz w:val="24"/>
                <w:szCs w:val="24"/>
              </w:rPr>
              <w:t xml:space="preserve">A tjedan: </w:t>
            </w:r>
          </w:p>
          <w:p w:rsidRPr="00D53DBD" w:rsidR="003372AC" w:rsidRDefault="003372AC" w14:paraId="14875B8D" w14:textId="658C7D90">
            <w:pPr/>
            <w:r w:rsidRPr="6F2A27FD" w:rsidR="1E09D680">
              <w:rPr>
                <w:sz w:val="24"/>
                <w:szCs w:val="24"/>
              </w:rPr>
              <w:t>Srijeda</w:t>
            </w:r>
            <w:r w:rsidRPr="6F2A27FD" w:rsidR="1E09D680">
              <w:rPr>
                <w:sz w:val="24"/>
                <w:szCs w:val="24"/>
              </w:rPr>
              <w:t xml:space="preserve"> (12.55-13.40)</w:t>
            </w:r>
          </w:p>
          <w:p w:rsidRPr="00D53DBD" w:rsidR="003372AC" w:rsidRDefault="003372AC" w14:paraId="0C867262" w14:textId="2EDC951A">
            <w:pPr/>
            <w:r w:rsidRPr="6F2A27FD" w:rsidR="1E09D680">
              <w:rPr>
                <w:sz w:val="24"/>
                <w:szCs w:val="24"/>
              </w:rPr>
              <w:t xml:space="preserve">B </w:t>
            </w:r>
            <w:r w:rsidRPr="6F2A27FD" w:rsidR="1E09D680">
              <w:rPr>
                <w:sz w:val="24"/>
                <w:szCs w:val="24"/>
              </w:rPr>
              <w:t>tjedan</w:t>
            </w:r>
            <w:r w:rsidRPr="6F2A27FD" w:rsidR="1E09D680">
              <w:rPr>
                <w:sz w:val="24"/>
                <w:szCs w:val="24"/>
              </w:rPr>
              <w:t xml:space="preserve"> (12.55-13.40)</w:t>
            </w:r>
          </w:p>
        </w:tc>
      </w:tr>
      <w:tr w:rsidRPr="00D53DBD" w:rsidR="003372AC" w:rsidTr="4E8B3331" w14:paraId="3B97F17D" w14:textId="77777777">
        <w:tc>
          <w:tcPr>
            <w:tcW w:w="1725" w:type="dxa"/>
            <w:tcMar/>
          </w:tcPr>
          <w:p w:rsidRPr="00D53DBD" w:rsidR="003372AC" w:rsidRDefault="0061290B" w14:paraId="2CEC6D3B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16.</w:t>
            </w:r>
          </w:p>
        </w:tc>
        <w:tc>
          <w:tcPr>
            <w:tcW w:w="1727" w:type="dxa"/>
            <w:tcMar/>
          </w:tcPr>
          <w:p w:rsidRPr="00D53DBD" w:rsidR="003372AC" w:rsidP="7409CDE2" w:rsidRDefault="003372AC" w14:paraId="0527294F" w14:textId="02CBBADA">
            <w:pPr/>
            <w:r w:rsidRPr="53A92CDA" w:rsidR="2E343237">
              <w:rPr>
                <w:sz w:val="24"/>
                <w:szCs w:val="24"/>
              </w:rPr>
              <w:t>Matea Čolak</w:t>
            </w:r>
          </w:p>
        </w:tc>
        <w:tc>
          <w:tcPr>
            <w:tcW w:w="1726" w:type="dxa"/>
            <w:tcMar/>
          </w:tcPr>
          <w:p w:rsidRPr="00D53DBD" w:rsidR="003372AC" w:rsidP="7409CDE2" w:rsidRDefault="003372AC" w14:paraId="4A686A01" w14:textId="4F4DF0F6">
            <w:pPr/>
            <w:r w:rsidRPr="53A92CDA" w:rsidR="2E343237">
              <w:rPr>
                <w:sz w:val="24"/>
                <w:szCs w:val="24"/>
              </w:rPr>
              <w:t>Likovna</w:t>
            </w:r>
            <w:r w:rsidRPr="53A92CDA" w:rsidR="2E343237">
              <w:rPr>
                <w:sz w:val="24"/>
                <w:szCs w:val="24"/>
              </w:rPr>
              <w:t xml:space="preserve"> grupa</w:t>
            </w:r>
          </w:p>
        </w:tc>
        <w:tc>
          <w:tcPr>
            <w:tcW w:w="1725" w:type="dxa"/>
            <w:tcMar/>
          </w:tcPr>
          <w:p w:rsidRPr="00D53DBD" w:rsidR="003372AC" w:rsidP="7409CDE2" w:rsidRDefault="003372AC" w14:paraId="22B78BF2" w14:textId="5B5A0B39">
            <w:pPr/>
            <w:r w:rsidRPr="4C5BD373" w:rsidR="6E79D27B">
              <w:rPr>
                <w:sz w:val="24"/>
                <w:szCs w:val="24"/>
              </w:rPr>
              <w:t>105</w:t>
            </w:r>
          </w:p>
        </w:tc>
        <w:tc>
          <w:tcPr>
            <w:tcW w:w="1872" w:type="dxa"/>
            <w:tcMar/>
          </w:tcPr>
          <w:p w:rsidRPr="00D53DBD" w:rsidR="003372AC" w:rsidRDefault="003372AC" w14:paraId="584CC6E4" w14:textId="652AA841">
            <w:pPr/>
            <w:r w:rsidRPr="4C5BD373" w:rsidR="221E0D5A">
              <w:rPr>
                <w:sz w:val="24"/>
                <w:szCs w:val="24"/>
              </w:rPr>
              <w:t xml:space="preserve">A </w:t>
            </w:r>
            <w:r w:rsidRPr="4C5BD373" w:rsidR="221E0D5A">
              <w:rPr>
                <w:sz w:val="24"/>
                <w:szCs w:val="24"/>
              </w:rPr>
              <w:t>tjedan</w:t>
            </w:r>
            <w:r w:rsidRPr="4C5BD373" w:rsidR="221E0D5A">
              <w:rPr>
                <w:sz w:val="24"/>
                <w:szCs w:val="24"/>
              </w:rPr>
              <w:t xml:space="preserve">: </w:t>
            </w:r>
          </w:p>
          <w:p w:rsidR="28C34A8C" w:rsidRDefault="28C34A8C" w14:paraId="4450C581" w14:textId="16C217FB">
            <w:r w:rsidRPr="4C5BD373" w:rsidR="28C34A8C">
              <w:rPr>
                <w:sz w:val="24"/>
                <w:szCs w:val="24"/>
              </w:rPr>
              <w:t>Ponedjeljak</w:t>
            </w:r>
            <w:r w:rsidRPr="4C5BD373" w:rsidR="28C34A8C">
              <w:rPr>
                <w:sz w:val="24"/>
                <w:szCs w:val="24"/>
              </w:rPr>
              <w:t xml:space="preserve"> (12:</w:t>
            </w:r>
            <w:r w:rsidRPr="4C5BD373" w:rsidR="1932F344">
              <w:rPr>
                <w:sz w:val="24"/>
                <w:szCs w:val="24"/>
              </w:rPr>
              <w:t>55</w:t>
            </w:r>
            <w:r w:rsidRPr="4C5BD373" w:rsidR="28C34A8C">
              <w:rPr>
                <w:sz w:val="24"/>
                <w:szCs w:val="24"/>
              </w:rPr>
              <w:t>-13:40)</w:t>
            </w:r>
          </w:p>
          <w:p w:rsidRPr="00D53DBD" w:rsidR="003372AC" w:rsidRDefault="003372AC" w14:paraId="269C1C7D" w14:textId="400A64D3">
            <w:pPr/>
            <w:r w:rsidRPr="53A92CDA" w:rsidR="2E343237">
              <w:rPr>
                <w:sz w:val="24"/>
                <w:szCs w:val="24"/>
              </w:rPr>
              <w:t>Petak (12:05-13.40)</w:t>
            </w:r>
          </w:p>
          <w:p w:rsidRPr="00D53DBD" w:rsidR="003372AC" w:rsidRDefault="003372AC" w14:paraId="7466DE05" w14:textId="22758F51">
            <w:pPr/>
            <w:r w:rsidRPr="53A92CDA" w:rsidR="2E343237">
              <w:rPr>
                <w:sz w:val="24"/>
                <w:szCs w:val="24"/>
              </w:rPr>
              <w:t>B tjedan:</w:t>
            </w:r>
          </w:p>
          <w:p w:rsidRPr="00D53DBD" w:rsidR="003372AC" w:rsidRDefault="003372AC" w14:paraId="51A484E1" w14:textId="2A2DBAC6">
            <w:pPr/>
            <w:r w:rsidRPr="4C5BD373" w:rsidR="221E0D5A">
              <w:rPr>
                <w:sz w:val="24"/>
                <w:szCs w:val="24"/>
              </w:rPr>
              <w:t>Utorak</w:t>
            </w:r>
            <w:r w:rsidRPr="4C5BD373" w:rsidR="221E0D5A">
              <w:rPr>
                <w:sz w:val="24"/>
                <w:szCs w:val="24"/>
              </w:rPr>
              <w:t xml:space="preserve"> (12:05 – 13:40)</w:t>
            </w:r>
          </w:p>
          <w:p w:rsidRPr="00D53DBD" w:rsidR="003372AC" w:rsidRDefault="003372AC" w14:paraId="768085BF" w14:textId="47979061">
            <w:pPr/>
            <w:r w:rsidRPr="4C5BD373" w:rsidR="5C59D10F">
              <w:rPr>
                <w:sz w:val="24"/>
                <w:szCs w:val="24"/>
              </w:rPr>
              <w:t>Petak (12:55-13:40)</w:t>
            </w:r>
          </w:p>
        </w:tc>
      </w:tr>
      <w:tr w:rsidRPr="00D53DBD" w:rsidR="003372AC" w:rsidTr="4E8B3331" w14:paraId="3F3CE5A5" w14:textId="77777777">
        <w:trPr>
          <w:trHeight w:val="300"/>
        </w:trPr>
        <w:tc>
          <w:tcPr>
            <w:tcW w:w="1725" w:type="dxa"/>
            <w:tcMar/>
          </w:tcPr>
          <w:p w:rsidRPr="00D53DBD" w:rsidR="003372AC" w:rsidRDefault="0061290B" w14:paraId="4F18210D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17.</w:t>
            </w:r>
          </w:p>
        </w:tc>
        <w:tc>
          <w:tcPr>
            <w:tcW w:w="1727" w:type="dxa"/>
            <w:tcMar/>
          </w:tcPr>
          <w:p w:rsidRPr="00D53DBD" w:rsidR="003372AC" w:rsidRDefault="003372AC" w14:paraId="6BB8C4FD" w14:textId="31C963AC">
            <w:pPr/>
            <w:r w:rsidRPr="4D8BE274" w:rsidR="734E38AC">
              <w:rPr>
                <w:sz w:val="24"/>
                <w:szCs w:val="24"/>
              </w:rPr>
              <w:t>Željka Octenjak</w:t>
            </w:r>
          </w:p>
        </w:tc>
        <w:tc>
          <w:tcPr>
            <w:tcW w:w="1726" w:type="dxa"/>
            <w:tcMar/>
          </w:tcPr>
          <w:p w:rsidRPr="00D53DBD" w:rsidR="003372AC" w:rsidRDefault="003372AC" w14:paraId="2A6A12E0" w14:textId="2BC2D5FF">
            <w:pPr/>
            <w:r w:rsidRPr="4D8BE274" w:rsidR="734E38AC">
              <w:rPr>
                <w:sz w:val="24"/>
                <w:szCs w:val="24"/>
              </w:rPr>
              <w:t>Čuvari tradicije</w:t>
            </w:r>
          </w:p>
        </w:tc>
        <w:tc>
          <w:tcPr>
            <w:tcW w:w="1725" w:type="dxa"/>
            <w:tcMar/>
          </w:tcPr>
          <w:p w:rsidRPr="00D53DBD" w:rsidR="003372AC" w:rsidRDefault="003372AC" w14:paraId="4262E3AE" w14:textId="6ED824E1">
            <w:pPr/>
            <w:r w:rsidRPr="4D8BE274" w:rsidR="734E38AC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Pr="00D53DBD" w:rsidR="003372AC" w:rsidRDefault="003372AC" w14:paraId="3E575105" w14:textId="39D08A01">
            <w:pPr/>
            <w:r w:rsidRPr="4D8BE274" w:rsidR="734E38AC">
              <w:rPr>
                <w:sz w:val="24"/>
                <w:szCs w:val="24"/>
              </w:rPr>
              <w:t xml:space="preserve">A: </w:t>
            </w:r>
            <w:r w:rsidRPr="4D8BE274" w:rsidR="734E38AC">
              <w:rPr>
                <w:sz w:val="24"/>
                <w:szCs w:val="24"/>
              </w:rPr>
              <w:t>ponedjeljak</w:t>
            </w:r>
            <w:r w:rsidRPr="4D8BE274" w:rsidR="734E38AC">
              <w:rPr>
                <w:sz w:val="24"/>
                <w:szCs w:val="24"/>
              </w:rPr>
              <w:t xml:space="preserve"> 12:05-13:40</w:t>
            </w:r>
          </w:p>
          <w:p w:rsidRPr="00D53DBD" w:rsidR="003372AC" w:rsidRDefault="003372AC" w14:paraId="66C56EEA" w14:textId="6AC09B6F">
            <w:pPr/>
            <w:r w:rsidRPr="4D8BE274" w:rsidR="734E38AC">
              <w:rPr>
                <w:sz w:val="24"/>
                <w:szCs w:val="24"/>
              </w:rPr>
              <w:t xml:space="preserve">B: </w:t>
            </w:r>
            <w:r w:rsidRPr="4D8BE274" w:rsidR="734E38AC">
              <w:rPr>
                <w:sz w:val="24"/>
                <w:szCs w:val="24"/>
              </w:rPr>
              <w:t>petak</w:t>
            </w:r>
            <w:r w:rsidRPr="4D8BE274" w:rsidR="734E38AC">
              <w:rPr>
                <w:sz w:val="24"/>
                <w:szCs w:val="24"/>
              </w:rPr>
              <w:t xml:space="preserve"> 11:15 – 12:50</w:t>
            </w:r>
          </w:p>
        </w:tc>
      </w:tr>
      <w:tr w:rsidRPr="00D53DBD" w:rsidR="003372AC" w:rsidTr="4E8B3331" w14:paraId="51653731" w14:textId="77777777">
        <w:tc>
          <w:tcPr>
            <w:tcW w:w="1725" w:type="dxa"/>
            <w:tcMar/>
          </w:tcPr>
          <w:p w:rsidRPr="00D53DBD" w:rsidR="003372AC" w:rsidRDefault="0061290B" w14:paraId="1E42AE3B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18.</w:t>
            </w:r>
          </w:p>
        </w:tc>
        <w:tc>
          <w:tcPr>
            <w:tcW w:w="1727" w:type="dxa"/>
            <w:tcMar/>
          </w:tcPr>
          <w:p w:rsidRPr="00D53DBD" w:rsidR="003372AC" w:rsidRDefault="003372AC" w14:paraId="7F22C540" w14:textId="18146041">
            <w:pPr/>
            <w:r w:rsidRPr="4D8BE274" w:rsidR="6E396835">
              <w:rPr>
                <w:sz w:val="24"/>
                <w:szCs w:val="24"/>
              </w:rPr>
              <w:t>Željka Octenjak</w:t>
            </w:r>
          </w:p>
        </w:tc>
        <w:tc>
          <w:tcPr>
            <w:tcW w:w="1726" w:type="dxa"/>
            <w:tcMar/>
          </w:tcPr>
          <w:p w:rsidRPr="00D53DBD" w:rsidR="003372AC" w:rsidRDefault="003372AC" w14:paraId="73F634D0" w14:textId="23835054">
            <w:pPr/>
            <w:r w:rsidRPr="4D8BE274" w:rsidR="6E396835">
              <w:rPr>
                <w:sz w:val="24"/>
                <w:szCs w:val="24"/>
              </w:rPr>
              <w:t>Vezilje</w:t>
            </w:r>
          </w:p>
        </w:tc>
        <w:tc>
          <w:tcPr>
            <w:tcW w:w="1725" w:type="dxa"/>
            <w:tcMar/>
          </w:tcPr>
          <w:p w:rsidRPr="00D53DBD" w:rsidR="003372AC" w:rsidRDefault="003372AC" w14:paraId="47550679" w14:textId="190E95C0">
            <w:pPr/>
            <w:r w:rsidRPr="4D8BE274" w:rsidR="6E396835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Pr="00D53DBD" w:rsidR="003372AC" w:rsidRDefault="003372AC" w14:paraId="4C5C99E1" w14:textId="2F0922C6">
            <w:pPr/>
            <w:r w:rsidRPr="4D8BE274" w:rsidR="6E396835">
              <w:rPr>
                <w:sz w:val="24"/>
                <w:szCs w:val="24"/>
              </w:rPr>
              <w:t>A:srijeda</w:t>
            </w:r>
            <w:r w:rsidRPr="4D8BE274" w:rsidR="6E396835">
              <w:rPr>
                <w:sz w:val="24"/>
                <w:szCs w:val="24"/>
              </w:rPr>
              <w:t xml:space="preserve"> 12:05-13:40</w:t>
            </w:r>
          </w:p>
          <w:p w:rsidRPr="00D53DBD" w:rsidR="003372AC" w:rsidRDefault="003372AC" w14:paraId="23E633FD" w14:textId="322128D8">
            <w:pPr/>
            <w:r w:rsidRPr="4D8BE274" w:rsidR="6E396835">
              <w:rPr>
                <w:sz w:val="24"/>
                <w:szCs w:val="24"/>
              </w:rPr>
              <w:t xml:space="preserve">B: </w:t>
            </w:r>
            <w:r w:rsidRPr="4D8BE274" w:rsidR="6E396835">
              <w:rPr>
                <w:sz w:val="24"/>
                <w:szCs w:val="24"/>
              </w:rPr>
              <w:t>srijeda</w:t>
            </w:r>
            <w:r w:rsidRPr="4D8BE274" w:rsidR="6E396835">
              <w:rPr>
                <w:sz w:val="24"/>
                <w:szCs w:val="24"/>
              </w:rPr>
              <w:t xml:space="preserve"> 12:05 – 13:40</w:t>
            </w:r>
          </w:p>
        </w:tc>
      </w:tr>
      <w:tr w:rsidRPr="00D53DBD" w:rsidR="003372AC" w:rsidTr="4E8B3331" w14:paraId="450B6CAF" w14:textId="77777777">
        <w:tc>
          <w:tcPr>
            <w:tcW w:w="1725" w:type="dxa"/>
            <w:tcMar/>
          </w:tcPr>
          <w:p w:rsidRPr="00D53DBD" w:rsidR="003372AC" w:rsidRDefault="0061290B" w14:paraId="33033B2D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19.</w:t>
            </w:r>
          </w:p>
        </w:tc>
        <w:tc>
          <w:tcPr>
            <w:tcW w:w="1727" w:type="dxa"/>
            <w:tcMar/>
          </w:tcPr>
          <w:p w:rsidRPr="00D53DBD" w:rsidR="003372AC" w:rsidRDefault="003372AC" w14:paraId="1E02082A" w14:textId="537A7C24">
            <w:pPr/>
            <w:r w:rsidRPr="35FFBA57" w:rsidR="43233FE7">
              <w:rPr>
                <w:sz w:val="24"/>
                <w:szCs w:val="24"/>
              </w:rPr>
              <w:t>Ivan Fajdetić</w:t>
            </w:r>
          </w:p>
        </w:tc>
        <w:tc>
          <w:tcPr>
            <w:tcW w:w="1726" w:type="dxa"/>
            <w:tcMar/>
          </w:tcPr>
          <w:p w:rsidRPr="00D53DBD" w:rsidR="003372AC" w:rsidRDefault="003372AC" w14:paraId="4EFFEC6D" w14:textId="68EC54FF">
            <w:pPr/>
            <w:r w:rsidRPr="35FFBA57" w:rsidR="1D3C4BD7">
              <w:rPr>
                <w:sz w:val="24"/>
                <w:szCs w:val="24"/>
              </w:rPr>
              <w:t>“P.I.R.-</w:t>
            </w:r>
            <w:r w:rsidRPr="35FFBA57" w:rsidR="1D3C4BD7">
              <w:rPr>
                <w:sz w:val="24"/>
                <w:szCs w:val="24"/>
              </w:rPr>
              <w:t>Promatraj</w:t>
            </w:r>
            <w:r w:rsidRPr="35FFBA57" w:rsidR="1D3C4BD7">
              <w:rPr>
                <w:sz w:val="24"/>
                <w:szCs w:val="24"/>
              </w:rPr>
              <w:t xml:space="preserve">, istražuj, </w:t>
            </w:r>
            <w:r w:rsidRPr="35FFBA57" w:rsidR="1D3C4BD7">
              <w:rPr>
                <w:sz w:val="24"/>
                <w:szCs w:val="24"/>
              </w:rPr>
              <w:t>rasti</w:t>
            </w:r>
            <w:r w:rsidRPr="35FFBA57" w:rsidR="1D3C4BD7">
              <w:rPr>
                <w:sz w:val="24"/>
                <w:szCs w:val="24"/>
              </w:rPr>
              <w:t>”-STEM</w:t>
            </w:r>
          </w:p>
        </w:tc>
        <w:tc>
          <w:tcPr>
            <w:tcW w:w="1725" w:type="dxa"/>
            <w:tcMar/>
          </w:tcPr>
          <w:p w:rsidRPr="00D53DBD" w:rsidR="003372AC" w:rsidRDefault="003372AC" w14:paraId="4B1E0224" w14:textId="1625E40C">
            <w:pPr/>
            <w:r w:rsidRPr="35FFBA57" w:rsidR="43233FE7">
              <w:rPr>
                <w:sz w:val="24"/>
                <w:szCs w:val="24"/>
              </w:rPr>
              <w:t>105</w:t>
            </w:r>
          </w:p>
        </w:tc>
        <w:tc>
          <w:tcPr>
            <w:tcW w:w="1872" w:type="dxa"/>
            <w:tcMar/>
          </w:tcPr>
          <w:p w:rsidRPr="00D53DBD" w:rsidR="003372AC" w:rsidRDefault="003372AC" w14:paraId="5944F22C" w14:textId="71B20E18">
            <w:pPr/>
            <w:r w:rsidRPr="35FFBA57" w:rsidR="5631320D">
              <w:rPr>
                <w:sz w:val="24"/>
                <w:szCs w:val="24"/>
              </w:rPr>
              <w:t>A: petak</w:t>
            </w:r>
            <w:r>
              <w:br/>
            </w:r>
            <w:r w:rsidRPr="35FFBA57" w:rsidR="50153537">
              <w:rPr>
                <w:sz w:val="24"/>
                <w:szCs w:val="24"/>
              </w:rPr>
              <w:t>13:45-16:10</w:t>
            </w:r>
            <w:r>
              <w:br/>
            </w:r>
            <w:r w:rsidRPr="35FFBA57" w:rsidR="7DC99423">
              <w:rPr>
                <w:sz w:val="24"/>
                <w:szCs w:val="24"/>
              </w:rPr>
              <w:t>B: petak</w:t>
            </w:r>
            <w:r>
              <w:br/>
            </w:r>
            <w:r w:rsidRPr="35FFBA57" w:rsidR="2406A2B5">
              <w:rPr>
                <w:sz w:val="24"/>
                <w:szCs w:val="24"/>
              </w:rPr>
              <w:t>14:35-17:00</w:t>
            </w:r>
          </w:p>
        </w:tc>
      </w:tr>
      <w:tr w:rsidRPr="00D53DBD" w:rsidR="003372AC" w:rsidTr="4E8B3331" w14:paraId="18ACBC7F" w14:textId="77777777">
        <w:tc>
          <w:tcPr>
            <w:tcW w:w="1725" w:type="dxa"/>
            <w:tcMar/>
          </w:tcPr>
          <w:p w:rsidRPr="00D53DBD" w:rsidR="003372AC" w:rsidRDefault="0061290B" w14:paraId="62554239" w14:textId="77777777">
            <w:pPr>
              <w:rPr>
                <w:sz w:val="24"/>
                <w:szCs w:val="24"/>
              </w:rPr>
            </w:pPr>
            <w:r w:rsidRPr="00D53DBD">
              <w:rPr>
                <w:sz w:val="24"/>
                <w:szCs w:val="24"/>
              </w:rPr>
              <w:t>20.</w:t>
            </w:r>
          </w:p>
        </w:tc>
        <w:tc>
          <w:tcPr>
            <w:tcW w:w="1727" w:type="dxa"/>
            <w:tcMar/>
          </w:tcPr>
          <w:p w:rsidRPr="00D53DBD" w:rsidR="003372AC" w:rsidRDefault="003372AC" w14:paraId="7BDA7DF0" w14:textId="7FFFD7C7">
            <w:pPr/>
            <w:r w:rsidRPr="336B18A2" w:rsidR="366457B7">
              <w:rPr>
                <w:sz w:val="24"/>
                <w:szCs w:val="24"/>
              </w:rPr>
              <w:t>Domagoj Čvek</w:t>
            </w:r>
          </w:p>
        </w:tc>
        <w:tc>
          <w:tcPr>
            <w:tcW w:w="1726" w:type="dxa"/>
            <w:tcMar/>
          </w:tcPr>
          <w:p w:rsidRPr="00D53DBD" w:rsidR="003372AC" w:rsidRDefault="003372AC" w14:paraId="081E5C59" w14:textId="4D3C283B">
            <w:pPr/>
            <w:r w:rsidRPr="336B18A2" w:rsidR="366457B7">
              <w:rPr>
                <w:sz w:val="24"/>
                <w:szCs w:val="24"/>
              </w:rPr>
              <w:t>STEM - Robotika</w:t>
            </w:r>
          </w:p>
        </w:tc>
        <w:tc>
          <w:tcPr>
            <w:tcW w:w="1725" w:type="dxa"/>
            <w:tcMar/>
          </w:tcPr>
          <w:p w:rsidRPr="00D53DBD" w:rsidR="003372AC" w:rsidRDefault="003372AC" w14:paraId="0FC97510" w14:textId="6BA73F59">
            <w:pPr/>
            <w:r w:rsidRPr="336B18A2" w:rsidR="366457B7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Pr="00D53DBD" w:rsidR="003372AC" w:rsidP="336B18A2" w:rsidRDefault="003372AC" w14:paraId="3E9C992A" w14:textId="114D194D">
            <w:pPr>
              <w:pStyle w:val="Normal"/>
            </w:pPr>
            <w:r w:rsidRPr="4E8B3331" w:rsidR="44746C6F">
              <w:rPr>
                <w:sz w:val="24"/>
                <w:szCs w:val="24"/>
              </w:rPr>
              <w:t xml:space="preserve">A </w:t>
            </w:r>
            <w:r w:rsidRPr="4E8B3331" w:rsidR="44746C6F">
              <w:rPr>
                <w:sz w:val="24"/>
                <w:szCs w:val="24"/>
              </w:rPr>
              <w:t>i</w:t>
            </w:r>
            <w:r w:rsidRPr="4E8B3331" w:rsidR="44746C6F">
              <w:rPr>
                <w:sz w:val="24"/>
                <w:szCs w:val="24"/>
              </w:rPr>
              <w:t xml:space="preserve"> B: </w:t>
            </w:r>
            <w:r w:rsidRPr="4E8B3331" w:rsidR="44746C6F">
              <w:rPr>
                <w:sz w:val="24"/>
                <w:szCs w:val="24"/>
              </w:rPr>
              <w:t>četvrtak</w:t>
            </w:r>
            <w:r w:rsidRPr="4E8B3331" w:rsidR="44746C6F">
              <w:rPr>
                <w:sz w:val="24"/>
                <w:szCs w:val="24"/>
              </w:rPr>
              <w:t xml:space="preserve"> 12.55 - 1</w:t>
            </w:r>
            <w:r w:rsidRPr="4E8B3331" w:rsidR="6CD60DEF">
              <w:rPr>
                <w:sz w:val="24"/>
                <w:szCs w:val="24"/>
              </w:rPr>
              <w:t>4</w:t>
            </w:r>
            <w:r w:rsidRPr="4E8B3331" w:rsidR="44746C6F">
              <w:rPr>
                <w:sz w:val="24"/>
                <w:szCs w:val="24"/>
              </w:rPr>
              <w:t>.</w:t>
            </w:r>
            <w:r w:rsidRPr="4E8B3331" w:rsidR="1AF6CC25">
              <w:rPr>
                <w:sz w:val="24"/>
                <w:szCs w:val="24"/>
              </w:rPr>
              <w:t>3</w:t>
            </w:r>
            <w:r w:rsidRPr="4E8B3331" w:rsidR="44746C6F">
              <w:rPr>
                <w:sz w:val="24"/>
                <w:szCs w:val="24"/>
              </w:rPr>
              <w:t xml:space="preserve">0 </w:t>
            </w:r>
          </w:p>
        </w:tc>
      </w:tr>
      <w:tr w:rsidR="5C07C4EF" w:rsidTr="4E8B3331" w14:paraId="5E7F162F">
        <w:trPr>
          <w:trHeight w:val="300"/>
        </w:trPr>
        <w:tc>
          <w:tcPr>
            <w:tcW w:w="1725" w:type="dxa"/>
            <w:tcMar/>
          </w:tcPr>
          <w:p w:rsidR="50E7C87C" w:rsidP="5C07C4EF" w:rsidRDefault="50E7C87C" w14:paraId="17B5B1E9" w14:textId="7133BBE8">
            <w:pPr>
              <w:pStyle w:val="Normal"/>
            </w:pPr>
            <w:r w:rsidRPr="5C07C4EF" w:rsidR="50E7C87C">
              <w:rPr>
                <w:sz w:val="24"/>
                <w:szCs w:val="24"/>
              </w:rPr>
              <w:t>21.</w:t>
            </w:r>
          </w:p>
        </w:tc>
        <w:tc>
          <w:tcPr>
            <w:tcW w:w="1727" w:type="dxa"/>
            <w:tcMar/>
          </w:tcPr>
          <w:p w:rsidR="7A8CBC57" w:rsidP="5C07C4EF" w:rsidRDefault="7A8CBC57" w14:paraId="73A8390E" w14:textId="393ECB73">
            <w:pPr>
              <w:pStyle w:val="Normal"/>
            </w:pPr>
            <w:r w:rsidRPr="5C07C4EF" w:rsidR="7A8CBC57">
              <w:rPr>
                <w:sz w:val="24"/>
                <w:szCs w:val="24"/>
              </w:rPr>
              <w:t>Domagoj Čvek</w:t>
            </w:r>
          </w:p>
        </w:tc>
        <w:tc>
          <w:tcPr>
            <w:tcW w:w="1726" w:type="dxa"/>
            <w:tcMar/>
          </w:tcPr>
          <w:p w:rsidR="7A8CBC57" w:rsidRDefault="7A8CBC57" w14:paraId="6E1A08C8" w14:textId="22C94820">
            <w:r w:rsidRPr="5C07C4EF" w:rsidR="7A8CBC57">
              <w:rPr>
                <w:sz w:val="24"/>
                <w:szCs w:val="24"/>
              </w:rPr>
              <w:t>STEM - “P.I.R.</w:t>
            </w:r>
            <w:r w:rsidRPr="5C07C4EF" w:rsidR="7A8CBC57">
              <w:rPr>
                <w:sz w:val="24"/>
                <w:szCs w:val="24"/>
              </w:rPr>
              <w:t>-Promatra</w:t>
            </w:r>
            <w:r w:rsidRPr="5C07C4EF" w:rsidR="7A8CBC57">
              <w:rPr>
                <w:sz w:val="24"/>
                <w:szCs w:val="24"/>
              </w:rPr>
              <w:t>j,</w:t>
            </w:r>
            <w:r w:rsidRPr="5C07C4EF" w:rsidR="7A8CBC57">
              <w:rPr>
                <w:sz w:val="24"/>
                <w:szCs w:val="24"/>
              </w:rPr>
              <w:t xml:space="preserve"> istražu</w:t>
            </w:r>
            <w:r w:rsidRPr="5C07C4EF" w:rsidR="7A8CBC57">
              <w:rPr>
                <w:sz w:val="24"/>
                <w:szCs w:val="24"/>
              </w:rPr>
              <w:t>j,</w:t>
            </w:r>
            <w:r w:rsidRPr="5C07C4EF" w:rsidR="7A8CBC57">
              <w:rPr>
                <w:sz w:val="24"/>
                <w:szCs w:val="24"/>
              </w:rPr>
              <w:t xml:space="preserve"> rast</w:t>
            </w:r>
            <w:r w:rsidRPr="5C07C4EF" w:rsidR="7A8CBC57">
              <w:rPr>
                <w:sz w:val="24"/>
                <w:szCs w:val="24"/>
              </w:rPr>
              <w:t>i”</w:t>
            </w:r>
          </w:p>
          <w:p w:rsidR="5C07C4EF" w:rsidP="5C07C4EF" w:rsidRDefault="5C07C4EF" w14:paraId="5D4B4D56" w14:textId="32A7FF0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725" w:type="dxa"/>
            <w:tcMar/>
          </w:tcPr>
          <w:p w:rsidR="7A8CBC57" w:rsidP="5C07C4EF" w:rsidRDefault="7A8CBC57" w14:paraId="6DDE3DE0" w14:textId="4E0ECF36">
            <w:pPr>
              <w:pStyle w:val="Normal"/>
            </w:pPr>
            <w:r w:rsidRPr="5C07C4EF" w:rsidR="7A8CBC57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="7A8CBC57" w:rsidP="5C07C4EF" w:rsidRDefault="7A8CBC57" w14:paraId="67684384" w14:textId="61452FF1">
            <w:pPr>
              <w:pStyle w:val="Normal"/>
            </w:pPr>
            <w:r w:rsidRPr="4E8B3331" w:rsidR="78E01CBE">
              <w:rPr>
                <w:sz w:val="24"/>
                <w:szCs w:val="24"/>
              </w:rPr>
              <w:t xml:space="preserve">A </w:t>
            </w:r>
            <w:r w:rsidRPr="4E8B3331" w:rsidR="78E01CBE">
              <w:rPr>
                <w:sz w:val="24"/>
                <w:szCs w:val="24"/>
              </w:rPr>
              <w:t>i</w:t>
            </w:r>
            <w:r w:rsidRPr="4E8B3331" w:rsidR="78E01CBE">
              <w:rPr>
                <w:sz w:val="24"/>
                <w:szCs w:val="24"/>
              </w:rPr>
              <w:t xml:space="preserve"> B: </w:t>
            </w:r>
            <w:r w:rsidRPr="4E8B3331" w:rsidR="3FFF416B">
              <w:rPr>
                <w:sz w:val="24"/>
                <w:szCs w:val="24"/>
              </w:rPr>
              <w:t>srijeda</w:t>
            </w:r>
            <w:r w:rsidRPr="4E8B3331" w:rsidR="3FFF416B">
              <w:rPr>
                <w:sz w:val="24"/>
                <w:szCs w:val="24"/>
              </w:rPr>
              <w:t xml:space="preserve"> 12.55 - 1</w:t>
            </w:r>
            <w:r w:rsidRPr="4E8B3331" w:rsidR="19295AEA">
              <w:rPr>
                <w:sz w:val="24"/>
                <w:szCs w:val="24"/>
              </w:rPr>
              <w:t>4</w:t>
            </w:r>
            <w:r w:rsidRPr="4E8B3331" w:rsidR="3FFF416B">
              <w:rPr>
                <w:sz w:val="24"/>
                <w:szCs w:val="24"/>
              </w:rPr>
              <w:t>.</w:t>
            </w:r>
            <w:r w:rsidRPr="4E8B3331" w:rsidR="52A0BAE0">
              <w:rPr>
                <w:sz w:val="24"/>
                <w:szCs w:val="24"/>
              </w:rPr>
              <w:t>3</w:t>
            </w:r>
            <w:r w:rsidRPr="4E8B3331" w:rsidR="3FFF416B">
              <w:rPr>
                <w:sz w:val="24"/>
                <w:szCs w:val="24"/>
              </w:rPr>
              <w:t>0</w:t>
            </w:r>
          </w:p>
        </w:tc>
      </w:tr>
      <w:tr w:rsidR="641BB525" w:rsidTr="4E8B3331" w14:paraId="08B286C2">
        <w:trPr>
          <w:trHeight w:val="300"/>
        </w:trPr>
        <w:tc>
          <w:tcPr>
            <w:tcW w:w="1725" w:type="dxa"/>
            <w:tcMar/>
          </w:tcPr>
          <w:p w:rsidR="641BB525" w:rsidP="641BB525" w:rsidRDefault="641BB525" w14:paraId="28DD7AF8" w14:textId="60D49973">
            <w:pPr>
              <w:rPr>
                <w:sz w:val="24"/>
                <w:szCs w:val="24"/>
              </w:rPr>
            </w:pPr>
            <w:r w:rsidRPr="5C07C4EF" w:rsidR="2C2A3A57">
              <w:rPr>
                <w:sz w:val="24"/>
                <w:szCs w:val="24"/>
              </w:rPr>
              <w:t>2</w:t>
            </w:r>
            <w:r w:rsidRPr="5C07C4EF" w:rsidR="18229A1D">
              <w:rPr>
                <w:sz w:val="24"/>
                <w:szCs w:val="24"/>
              </w:rPr>
              <w:t>2</w:t>
            </w:r>
            <w:r w:rsidRPr="5C07C4EF" w:rsidR="2C2A3A57">
              <w:rPr>
                <w:sz w:val="24"/>
                <w:szCs w:val="24"/>
              </w:rPr>
              <w:t>.</w:t>
            </w:r>
          </w:p>
        </w:tc>
        <w:tc>
          <w:tcPr>
            <w:tcW w:w="1727" w:type="dxa"/>
            <w:tcMar/>
          </w:tcPr>
          <w:p w:rsidR="5728FEF1" w:rsidRDefault="5728FEF1" w14:paraId="3A453ADC" w14:textId="4EB3FFAB">
            <w:r w:rsidRPr="641BB525" w:rsidR="5728FEF1">
              <w:rPr>
                <w:sz w:val="24"/>
                <w:szCs w:val="24"/>
              </w:rPr>
              <w:t>Melita Mira Petrić</w:t>
            </w:r>
          </w:p>
        </w:tc>
        <w:tc>
          <w:tcPr>
            <w:tcW w:w="1726" w:type="dxa"/>
            <w:tcMar/>
          </w:tcPr>
          <w:p w:rsidR="5728FEF1" w:rsidRDefault="5728FEF1" w14:paraId="1568513C" w14:textId="566FED7D">
            <w:r w:rsidRPr="641BB525" w:rsidR="5728FEF1">
              <w:rPr>
                <w:sz w:val="24"/>
                <w:szCs w:val="24"/>
              </w:rPr>
              <w:t>PJEVAČKI ZBOR</w:t>
            </w:r>
          </w:p>
        </w:tc>
        <w:tc>
          <w:tcPr>
            <w:tcW w:w="1725" w:type="dxa"/>
            <w:tcMar/>
          </w:tcPr>
          <w:p w:rsidR="5728FEF1" w:rsidRDefault="5728FEF1" w14:paraId="2E6C4C51" w14:textId="6EAEFD77">
            <w:r w:rsidRPr="641BB525" w:rsidR="5728FEF1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="5728FEF1" w:rsidP="641BB525" w:rsidRDefault="5728FEF1" w14:paraId="33F599DB" w14:textId="6B23DF24">
            <w:pPr>
              <w:pStyle w:val="Normal"/>
            </w:pPr>
            <w:r w:rsidRPr="641BB525" w:rsidR="5728FEF1">
              <w:rPr>
                <w:sz w:val="24"/>
                <w:szCs w:val="24"/>
              </w:rPr>
              <w:t>A tjedan</w:t>
            </w:r>
          </w:p>
          <w:p w:rsidR="5728FEF1" w:rsidP="641BB525" w:rsidRDefault="5728FEF1" w14:paraId="675DA0F0" w14:textId="693A5D92">
            <w:pPr>
              <w:pStyle w:val="Normal"/>
            </w:pPr>
            <w:r w:rsidRPr="641BB525" w:rsidR="5728FEF1">
              <w:rPr>
                <w:sz w:val="24"/>
                <w:szCs w:val="24"/>
              </w:rPr>
              <w:t>četvrtak</w:t>
            </w:r>
            <w:r w:rsidRPr="641BB525" w:rsidR="5728FEF1">
              <w:rPr>
                <w:sz w:val="24"/>
                <w:szCs w:val="24"/>
              </w:rPr>
              <w:t xml:space="preserve"> </w:t>
            </w:r>
          </w:p>
          <w:p w:rsidR="5728FEF1" w:rsidP="641BB525" w:rsidRDefault="5728FEF1" w14:paraId="2AC38478" w14:textId="1D9EC1C3">
            <w:pPr>
              <w:pStyle w:val="Normal"/>
            </w:pPr>
            <w:r w:rsidRPr="641BB525" w:rsidR="5728FEF1">
              <w:rPr>
                <w:sz w:val="24"/>
                <w:szCs w:val="24"/>
              </w:rPr>
              <w:t>12.05 -13.40</w:t>
            </w:r>
          </w:p>
          <w:p w:rsidR="5728FEF1" w:rsidP="641BB525" w:rsidRDefault="5728FEF1" w14:paraId="1750AEEF" w14:textId="7A30D565">
            <w:pPr>
              <w:pStyle w:val="Normal"/>
            </w:pPr>
            <w:r w:rsidRPr="641BB525" w:rsidR="5728FEF1">
              <w:rPr>
                <w:sz w:val="24"/>
                <w:szCs w:val="24"/>
              </w:rPr>
              <w:t>B tjedan</w:t>
            </w:r>
          </w:p>
          <w:p w:rsidR="5728FEF1" w:rsidP="641BB525" w:rsidRDefault="5728FEF1" w14:paraId="2ED45562" w14:textId="16A1FF7A">
            <w:pPr>
              <w:pStyle w:val="Normal"/>
            </w:pPr>
            <w:r w:rsidRPr="641BB525" w:rsidR="5728FEF1">
              <w:rPr>
                <w:sz w:val="24"/>
                <w:szCs w:val="24"/>
              </w:rPr>
              <w:t>ponedjeljak</w:t>
            </w:r>
            <w:r w:rsidRPr="641BB525" w:rsidR="5728FEF1">
              <w:rPr>
                <w:sz w:val="24"/>
                <w:szCs w:val="24"/>
              </w:rPr>
              <w:t xml:space="preserve"> </w:t>
            </w:r>
            <w:r w:rsidRPr="641BB525" w:rsidR="5728FEF1">
              <w:rPr>
                <w:sz w:val="24"/>
                <w:szCs w:val="24"/>
              </w:rPr>
              <w:t>i</w:t>
            </w:r>
            <w:r w:rsidRPr="641BB525" w:rsidR="5728FEF1">
              <w:rPr>
                <w:sz w:val="24"/>
                <w:szCs w:val="24"/>
              </w:rPr>
              <w:t xml:space="preserve"> </w:t>
            </w:r>
            <w:r w:rsidRPr="641BB525" w:rsidR="5728FEF1">
              <w:rPr>
                <w:sz w:val="24"/>
                <w:szCs w:val="24"/>
              </w:rPr>
              <w:t>četvrtak</w:t>
            </w:r>
            <w:r w:rsidRPr="641BB525" w:rsidR="5728FEF1">
              <w:rPr>
                <w:sz w:val="24"/>
                <w:szCs w:val="24"/>
              </w:rPr>
              <w:t xml:space="preserve"> </w:t>
            </w:r>
          </w:p>
          <w:p w:rsidR="5728FEF1" w:rsidP="641BB525" w:rsidRDefault="5728FEF1" w14:paraId="21A8CE11" w14:textId="635C2D68">
            <w:pPr>
              <w:pStyle w:val="Normal"/>
            </w:pPr>
            <w:r w:rsidRPr="641BB525" w:rsidR="5728FEF1">
              <w:rPr>
                <w:sz w:val="24"/>
                <w:szCs w:val="24"/>
              </w:rPr>
              <w:t>12.55 - 13.40</w:t>
            </w:r>
          </w:p>
        </w:tc>
      </w:tr>
      <w:tr w:rsidR="641BB525" w:rsidTr="4E8B3331" w14:paraId="57977D8B">
        <w:trPr>
          <w:trHeight w:val="300"/>
        </w:trPr>
        <w:tc>
          <w:tcPr>
            <w:tcW w:w="1725" w:type="dxa"/>
            <w:tcMar/>
          </w:tcPr>
          <w:p w:rsidR="641BB525" w:rsidP="641BB525" w:rsidRDefault="641BB525" w14:paraId="6D919E8E" w14:textId="4FCFCF3D">
            <w:pPr>
              <w:rPr>
                <w:sz w:val="24"/>
                <w:szCs w:val="24"/>
              </w:rPr>
            </w:pPr>
            <w:r w:rsidRPr="5C07C4EF" w:rsidR="2C2A3A57">
              <w:rPr>
                <w:sz w:val="24"/>
                <w:szCs w:val="24"/>
              </w:rPr>
              <w:t>2</w:t>
            </w:r>
            <w:r w:rsidRPr="5C07C4EF" w:rsidR="5690D294">
              <w:rPr>
                <w:sz w:val="24"/>
                <w:szCs w:val="24"/>
              </w:rPr>
              <w:t>3</w:t>
            </w:r>
            <w:r w:rsidRPr="5C07C4EF" w:rsidR="2C2A3A57">
              <w:rPr>
                <w:sz w:val="24"/>
                <w:szCs w:val="24"/>
              </w:rPr>
              <w:t>.</w:t>
            </w:r>
          </w:p>
        </w:tc>
        <w:tc>
          <w:tcPr>
            <w:tcW w:w="1727" w:type="dxa"/>
            <w:tcMar/>
          </w:tcPr>
          <w:p w:rsidR="641BB525" w:rsidRDefault="641BB525" w14:paraId="0B6F4190" w14:textId="4EB3FFAB">
            <w:r w:rsidRPr="641BB525" w:rsidR="641BB525">
              <w:rPr>
                <w:sz w:val="24"/>
                <w:szCs w:val="24"/>
              </w:rPr>
              <w:t>Melita Mira Petrić</w:t>
            </w:r>
          </w:p>
        </w:tc>
        <w:tc>
          <w:tcPr>
            <w:tcW w:w="1726" w:type="dxa"/>
            <w:tcMar/>
          </w:tcPr>
          <w:p w:rsidR="4EB008A4" w:rsidP="641BB525" w:rsidRDefault="4EB008A4" w14:paraId="1C334D60" w14:textId="5055BF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41BB525" w:rsidR="4EB008A4">
              <w:rPr>
                <w:sz w:val="24"/>
                <w:szCs w:val="24"/>
              </w:rPr>
              <w:t>UDARALJKE</w:t>
            </w:r>
          </w:p>
        </w:tc>
        <w:tc>
          <w:tcPr>
            <w:tcW w:w="1725" w:type="dxa"/>
            <w:tcMar/>
          </w:tcPr>
          <w:p w:rsidR="4EB008A4" w:rsidRDefault="4EB008A4" w14:paraId="32C51413" w14:textId="6C25947C">
            <w:r w:rsidRPr="641BB525" w:rsidR="4EB008A4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="4EB008A4" w:rsidP="641BB525" w:rsidRDefault="4EB008A4" w14:paraId="64BF43AD" w14:textId="2FBD1D41">
            <w:pPr>
              <w:pStyle w:val="Normal"/>
            </w:pPr>
            <w:r w:rsidRPr="641BB525" w:rsidR="4EB008A4">
              <w:rPr>
                <w:sz w:val="24"/>
                <w:szCs w:val="24"/>
              </w:rPr>
              <w:t xml:space="preserve">A </w:t>
            </w:r>
            <w:r w:rsidRPr="641BB525" w:rsidR="4EB008A4">
              <w:rPr>
                <w:sz w:val="24"/>
                <w:szCs w:val="24"/>
              </w:rPr>
              <w:t>i</w:t>
            </w:r>
            <w:r w:rsidRPr="641BB525" w:rsidR="4EB008A4">
              <w:rPr>
                <w:sz w:val="24"/>
                <w:szCs w:val="24"/>
              </w:rPr>
              <w:t xml:space="preserve"> B tjedan</w:t>
            </w:r>
          </w:p>
          <w:p w:rsidR="4EB008A4" w:rsidP="641BB525" w:rsidRDefault="4EB008A4" w14:paraId="6DF06B54" w14:textId="0C1DFE03">
            <w:pPr>
              <w:pStyle w:val="Normal"/>
            </w:pPr>
            <w:r w:rsidRPr="641BB525" w:rsidR="4EB008A4">
              <w:rPr>
                <w:sz w:val="24"/>
                <w:szCs w:val="24"/>
              </w:rPr>
              <w:t>srijeda</w:t>
            </w:r>
          </w:p>
          <w:p w:rsidR="4EB008A4" w:rsidP="641BB525" w:rsidRDefault="4EB008A4" w14:paraId="652B0EE2" w14:textId="516B474A">
            <w:pPr>
              <w:pStyle w:val="Normal"/>
            </w:pPr>
            <w:r w:rsidRPr="641BB525" w:rsidR="4EB008A4">
              <w:rPr>
                <w:sz w:val="24"/>
                <w:szCs w:val="24"/>
              </w:rPr>
              <w:t>12.55 - 13.40</w:t>
            </w:r>
          </w:p>
        </w:tc>
      </w:tr>
      <w:tr w:rsidR="5C07C4EF" w:rsidTr="4E8B3331" w14:paraId="16A9B062">
        <w:trPr>
          <w:trHeight w:val="300"/>
        </w:trPr>
        <w:tc>
          <w:tcPr>
            <w:tcW w:w="1725" w:type="dxa"/>
            <w:tcMar/>
          </w:tcPr>
          <w:p w:rsidR="5C07C4EF" w:rsidP="5C07C4EF" w:rsidRDefault="5C07C4EF" w14:paraId="4A4E11D9" w14:textId="7D73BA2D">
            <w:pPr>
              <w:pStyle w:val="Normal"/>
            </w:pPr>
            <w:r w:rsidRPr="3A943DDB" w:rsidR="1479CC68">
              <w:rPr>
                <w:sz w:val="24"/>
                <w:szCs w:val="24"/>
              </w:rPr>
              <w:t>24.</w:t>
            </w:r>
          </w:p>
        </w:tc>
        <w:tc>
          <w:tcPr>
            <w:tcW w:w="1727" w:type="dxa"/>
            <w:tcMar/>
          </w:tcPr>
          <w:p w:rsidR="5C07C4EF" w:rsidP="5C07C4EF" w:rsidRDefault="5C07C4EF" w14:paraId="3D3E0614" w14:textId="0FAAD3BB">
            <w:pPr>
              <w:pStyle w:val="Normal"/>
            </w:pPr>
            <w:r w:rsidRPr="3A943DDB" w:rsidR="1479CC68">
              <w:rPr>
                <w:sz w:val="24"/>
                <w:szCs w:val="24"/>
              </w:rPr>
              <w:t>Marina Habzin</w:t>
            </w:r>
          </w:p>
        </w:tc>
        <w:tc>
          <w:tcPr>
            <w:tcW w:w="1726" w:type="dxa"/>
            <w:tcMar/>
          </w:tcPr>
          <w:p w:rsidR="5C07C4EF" w:rsidP="5C07C4EF" w:rsidRDefault="5C07C4EF" w14:paraId="34A68D2D" w14:textId="5CB4847E">
            <w:pPr>
              <w:pStyle w:val="Normal"/>
              <w:spacing w:line="240" w:lineRule="auto"/>
              <w:jc w:val="left"/>
            </w:pPr>
            <w:r w:rsidRPr="3A943DDB" w:rsidR="1479CC68">
              <w:rPr>
                <w:sz w:val="24"/>
                <w:szCs w:val="24"/>
              </w:rPr>
              <w:t>Kreativno-keramičarska</w:t>
            </w:r>
            <w:r w:rsidRPr="3A943DDB" w:rsidR="1479CC68">
              <w:rPr>
                <w:sz w:val="24"/>
                <w:szCs w:val="24"/>
              </w:rPr>
              <w:t xml:space="preserve"> grupa</w:t>
            </w:r>
          </w:p>
        </w:tc>
        <w:tc>
          <w:tcPr>
            <w:tcW w:w="1725" w:type="dxa"/>
            <w:tcMar/>
          </w:tcPr>
          <w:p w:rsidR="5C07C4EF" w:rsidP="5C07C4EF" w:rsidRDefault="5C07C4EF" w14:paraId="0776CB32" w14:textId="0771AEFC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872" w:type="dxa"/>
            <w:tcMar/>
          </w:tcPr>
          <w:p w:rsidR="5C07C4EF" w:rsidP="3A943DDB" w:rsidRDefault="5C07C4EF" w14:paraId="645856EE" w14:textId="778FF951">
            <w:pPr>
              <w:pStyle w:val="Normal"/>
              <w:ind w:left="0"/>
            </w:pPr>
            <w:r w:rsidRPr="3A943DDB" w:rsidR="1479CC68">
              <w:rPr>
                <w:sz w:val="24"/>
                <w:szCs w:val="24"/>
              </w:rPr>
              <w:t>A.tjedan</w:t>
            </w:r>
            <w:r w:rsidRPr="3A943DDB" w:rsidR="1479CC68">
              <w:rPr>
                <w:sz w:val="24"/>
                <w:szCs w:val="24"/>
              </w:rPr>
              <w:t xml:space="preserve">, </w:t>
            </w:r>
            <w:r w:rsidRPr="3A943DDB" w:rsidR="1479CC68">
              <w:rPr>
                <w:sz w:val="24"/>
                <w:szCs w:val="24"/>
              </w:rPr>
              <w:t>četvrtak</w:t>
            </w:r>
            <w:r w:rsidRPr="3A943DDB" w:rsidR="1479CC68">
              <w:rPr>
                <w:sz w:val="24"/>
                <w:szCs w:val="24"/>
              </w:rPr>
              <w:t xml:space="preserve"> 12:05-13:40</w:t>
            </w:r>
          </w:p>
        </w:tc>
      </w:tr>
      <w:tr w:rsidR="5C07C4EF" w:rsidTr="4E8B3331" w14:paraId="79A9DC11">
        <w:trPr>
          <w:trHeight w:val="1680"/>
        </w:trPr>
        <w:tc>
          <w:tcPr>
            <w:tcW w:w="1725" w:type="dxa"/>
            <w:tcMar/>
          </w:tcPr>
          <w:p w:rsidR="5C07C4EF" w:rsidP="5C07C4EF" w:rsidRDefault="5C07C4EF" w14:paraId="0462F758" w14:textId="27EF6341">
            <w:pPr>
              <w:pStyle w:val="Normal"/>
            </w:pPr>
            <w:r w:rsidRPr="4E8B3331" w:rsidR="08236B83">
              <w:rPr>
                <w:sz w:val="24"/>
                <w:szCs w:val="24"/>
              </w:rPr>
              <w:t>25.</w:t>
            </w:r>
          </w:p>
        </w:tc>
        <w:tc>
          <w:tcPr>
            <w:tcW w:w="1727" w:type="dxa"/>
            <w:tcMar/>
          </w:tcPr>
          <w:p w:rsidR="5C07C4EF" w:rsidP="5C07C4EF" w:rsidRDefault="5C07C4EF" w14:paraId="0178E2C3" w14:textId="16BC1A99">
            <w:pPr>
              <w:pStyle w:val="Normal"/>
            </w:pPr>
            <w:r w:rsidRPr="4E8B3331" w:rsidR="69B26399">
              <w:rPr>
                <w:sz w:val="24"/>
                <w:szCs w:val="24"/>
              </w:rPr>
              <w:t>Danijel Tirić</w:t>
            </w:r>
          </w:p>
        </w:tc>
        <w:tc>
          <w:tcPr>
            <w:tcW w:w="1726" w:type="dxa"/>
            <w:tcMar/>
          </w:tcPr>
          <w:p w:rsidR="5C07C4EF" w:rsidP="5C07C4EF" w:rsidRDefault="5C07C4EF" w14:paraId="16F35D9E" w14:textId="6236DCBC">
            <w:pPr>
              <w:pStyle w:val="Normal"/>
              <w:spacing w:line="240" w:lineRule="auto"/>
              <w:jc w:val="left"/>
            </w:pPr>
            <w:r w:rsidRPr="4E8B3331" w:rsidR="69B26399">
              <w:rPr>
                <w:sz w:val="24"/>
                <w:szCs w:val="24"/>
              </w:rPr>
              <w:t>Stolni</w:t>
            </w:r>
            <w:r w:rsidRPr="4E8B3331" w:rsidR="69B26399">
              <w:rPr>
                <w:sz w:val="24"/>
                <w:szCs w:val="24"/>
              </w:rPr>
              <w:t xml:space="preserve"> tenis</w:t>
            </w:r>
          </w:p>
        </w:tc>
        <w:tc>
          <w:tcPr>
            <w:tcW w:w="1725" w:type="dxa"/>
            <w:tcMar/>
          </w:tcPr>
          <w:p w:rsidR="5C07C4EF" w:rsidP="5C07C4EF" w:rsidRDefault="5C07C4EF" w14:paraId="7CB09F38" w14:textId="468D475A">
            <w:pPr>
              <w:pStyle w:val="Normal"/>
            </w:pPr>
            <w:r w:rsidRPr="4E8B3331" w:rsidR="69B26399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="5C07C4EF" w:rsidP="5C07C4EF" w:rsidRDefault="5C07C4EF" w14:paraId="13191FDA" w14:textId="366E3E31">
            <w:pPr>
              <w:pStyle w:val="Normal"/>
              <w:rPr>
                <w:sz w:val="24"/>
                <w:szCs w:val="24"/>
              </w:rPr>
            </w:pPr>
            <w:r w:rsidRPr="4E8B3331" w:rsidR="79968B84">
              <w:rPr>
                <w:sz w:val="24"/>
                <w:szCs w:val="24"/>
              </w:rPr>
              <w:t>A.tjedan</w:t>
            </w:r>
            <w:r w:rsidRPr="4E8B3331" w:rsidR="79968B84">
              <w:rPr>
                <w:sz w:val="24"/>
                <w:szCs w:val="24"/>
              </w:rPr>
              <w:t xml:space="preserve">, </w:t>
            </w:r>
            <w:r w:rsidRPr="4E8B3331" w:rsidR="3A94891B">
              <w:rPr>
                <w:sz w:val="24"/>
                <w:szCs w:val="24"/>
              </w:rPr>
              <w:t>ponedjeljak</w:t>
            </w:r>
            <w:r w:rsidRPr="4E8B3331" w:rsidR="7E3F9C30">
              <w:rPr>
                <w:sz w:val="24"/>
                <w:szCs w:val="24"/>
              </w:rPr>
              <w:t xml:space="preserve"> 13:</w:t>
            </w:r>
            <w:r w:rsidRPr="4E8B3331" w:rsidR="3A94891B">
              <w:rPr>
                <w:sz w:val="24"/>
                <w:szCs w:val="24"/>
              </w:rPr>
              <w:t xml:space="preserve"> 05-13</w:t>
            </w:r>
            <w:r w:rsidRPr="4E8B3331" w:rsidR="0C40689A">
              <w:rPr>
                <w:sz w:val="24"/>
                <w:szCs w:val="24"/>
              </w:rPr>
              <w:t xml:space="preserve">.40  </w:t>
            </w:r>
            <w:r w:rsidRPr="4E8B3331" w:rsidR="18C7FC28">
              <w:rPr>
                <w:sz w:val="24"/>
                <w:szCs w:val="24"/>
              </w:rPr>
              <w:t xml:space="preserve"> </w:t>
            </w:r>
            <w:r w:rsidRPr="4E8B3331" w:rsidR="18C7FC28">
              <w:rPr>
                <w:sz w:val="24"/>
                <w:szCs w:val="24"/>
              </w:rPr>
              <w:t>B.tjedan</w:t>
            </w:r>
            <w:r w:rsidRPr="4E8B3331" w:rsidR="18C7FC28">
              <w:rPr>
                <w:sz w:val="24"/>
                <w:szCs w:val="24"/>
              </w:rPr>
              <w:t xml:space="preserve">, </w:t>
            </w:r>
            <w:r w:rsidRPr="4E8B3331" w:rsidR="18C7FC28">
              <w:rPr>
                <w:sz w:val="24"/>
                <w:szCs w:val="24"/>
              </w:rPr>
              <w:t>pe</w:t>
            </w:r>
            <w:r w:rsidRPr="4E8B3331" w:rsidR="3706691E">
              <w:rPr>
                <w:sz w:val="24"/>
                <w:szCs w:val="24"/>
              </w:rPr>
              <w:t>tak</w:t>
            </w:r>
            <w:r w:rsidRPr="4E8B3331" w:rsidR="3706691E">
              <w:rPr>
                <w:sz w:val="24"/>
                <w:szCs w:val="24"/>
              </w:rPr>
              <w:t xml:space="preserve"> 12</w:t>
            </w:r>
            <w:r w:rsidRPr="4E8B3331" w:rsidR="29B5F710">
              <w:rPr>
                <w:sz w:val="24"/>
                <w:szCs w:val="24"/>
              </w:rPr>
              <w:t>:</w:t>
            </w:r>
            <w:r w:rsidRPr="4E8B3331" w:rsidR="3706691E">
              <w:rPr>
                <w:sz w:val="24"/>
                <w:szCs w:val="24"/>
              </w:rPr>
              <w:t>05</w:t>
            </w:r>
            <w:r w:rsidRPr="4E8B3331" w:rsidR="5B1D9897">
              <w:rPr>
                <w:sz w:val="24"/>
                <w:szCs w:val="24"/>
              </w:rPr>
              <w:t>-</w:t>
            </w:r>
            <w:r w:rsidRPr="4E8B3331" w:rsidR="3706691E">
              <w:rPr>
                <w:sz w:val="24"/>
                <w:szCs w:val="24"/>
              </w:rPr>
              <w:t>13</w:t>
            </w:r>
            <w:r w:rsidRPr="4E8B3331" w:rsidR="113D49B4">
              <w:rPr>
                <w:sz w:val="24"/>
                <w:szCs w:val="24"/>
              </w:rPr>
              <w:t>:40</w:t>
            </w:r>
          </w:p>
        </w:tc>
      </w:tr>
      <w:tr w:rsidR="4E8B3331" w:rsidTr="4E8B3331" w14:paraId="344B154D">
        <w:trPr>
          <w:trHeight w:val="300"/>
        </w:trPr>
        <w:tc>
          <w:tcPr>
            <w:tcW w:w="1725" w:type="dxa"/>
            <w:tcMar/>
          </w:tcPr>
          <w:p w:rsidR="0F3758C0" w:rsidP="4E8B3331" w:rsidRDefault="0F3758C0" w14:paraId="228C6287" w14:textId="345BF185">
            <w:pPr>
              <w:pStyle w:val="Normal"/>
            </w:pPr>
            <w:r w:rsidRPr="4E8B3331" w:rsidR="0F3758C0">
              <w:rPr>
                <w:sz w:val="24"/>
                <w:szCs w:val="24"/>
              </w:rPr>
              <w:t>26.</w:t>
            </w:r>
          </w:p>
        </w:tc>
        <w:tc>
          <w:tcPr>
            <w:tcW w:w="1727" w:type="dxa"/>
            <w:tcMar/>
          </w:tcPr>
          <w:p w:rsidR="08FC9958" w:rsidP="4E8B3331" w:rsidRDefault="08FC9958" w14:paraId="2185160E" w14:textId="3320AB79">
            <w:pPr>
              <w:pStyle w:val="Normal"/>
            </w:pPr>
            <w:r w:rsidRPr="4E8B3331" w:rsidR="08FC9958">
              <w:rPr>
                <w:sz w:val="24"/>
                <w:szCs w:val="24"/>
              </w:rPr>
              <w:t>Jelena Magoš Kuten i Ivana Kolar</w:t>
            </w:r>
          </w:p>
        </w:tc>
        <w:tc>
          <w:tcPr>
            <w:tcW w:w="1726" w:type="dxa"/>
            <w:tcMar/>
          </w:tcPr>
          <w:p w:rsidR="08FC9958" w:rsidP="4E8B3331" w:rsidRDefault="08FC9958" w14:paraId="6C669987" w14:textId="0B5DE7ED">
            <w:pPr>
              <w:pStyle w:val="Normal"/>
              <w:spacing w:line="240" w:lineRule="auto"/>
              <w:jc w:val="left"/>
            </w:pPr>
            <w:r w:rsidRPr="4E8B3331" w:rsidR="08FC9958">
              <w:rPr>
                <w:sz w:val="24"/>
                <w:szCs w:val="24"/>
              </w:rPr>
              <w:t>Volonterski klub</w:t>
            </w:r>
          </w:p>
        </w:tc>
        <w:tc>
          <w:tcPr>
            <w:tcW w:w="1725" w:type="dxa"/>
            <w:tcMar/>
          </w:tcPr>
          <w:p w:rsidR="08FC9958" w:rsidP="4E8B3331" w:rsidRDefault="08FC9958" w14:paraId="705C1B51" w14:textId="5796CF27">
            <w:pPr>
              <w:pStyle w:val="Normal"/>
            </w:pPr>
            <w:r w:rsidRPr="4E8B3331" w:rsidR="08FC9958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="08FC9958" w:rsidP="4E8B3331" w:rsidRDefault="08FC9958" w14:paraId="796DF2FE" w14:textId="25FE54B8">
            <w:pPr>
              <w:pStyle w:val="Normal"/>
              <w:spacing w:line="240" w:lineRule="auto"/>
              <w:jc w:val="left"/>
            </w:pPr>
            <w:r w:rsidRPr="4E8B3331" w:rsidR="08FC9958">
              <w:rPr>
                <w:sz w:val="24"/>
                <w:szCs w:val="24"/>
              </w:rPr>
              <w:t xml:space="preserve">A tjedan </w:t>
            </w:r>
          </w:p>
          <w:p w:rsidR="08FC9958" w:rsidP="4E8B3331" w:rsidRDefault="08FC9958" w14:paraId="63C8264B" w14:textId="47DCF33C">
            <w:pPr>
              <w:pStyle w:val="Normal"/>
              <w:spacing w:line="240" w:lineRule="auto"/>
              <w:jc w:val="left"/>
            </w:pPr>
            <w:r w:rsidRPr="4E8B3331" w:rsidR="08FC9958">
              <w:rPr>
                <w:sz w:val="24"/>
                <w:szCs w:val="24"/>
              </w:rPr>
              <w:t>Petak, 6. sat 12:05 – 13:40</w:t>
            </w:r>
          </w:p>
          <w:p w:rsidR="08FC9958" w:rsidP="4E8B3331" w:rsidRDefault="08FC9958" w14:paraId="25D264CD" w14:textId="3E36A875">
            <w:pPr>
              <w:pStyle w:val="Normal"/>
              <w:spacing w:line="240" w:lineRule="auto"/>
              <w:jc w:val="left"/>
            </w:pPr>
            <w:r w:rsidRPr="4E8B3331" w:rsidR="08FC9958">
              <w:rPr>
                <w:sz w:val="24"/>
                <w:szCs w:val="24"/>
              </w:rPr>
              <w:t xml:space="preserve">B </w:t>
            </w:r>
            <w:r w:rsidRPr="4E8B3331" w:rsidR="08FC9958">
              <w:rPr>
                <w:sz w:val="24"/>
                <w:szCs w:val="24"/>
              </w:rPr>
              <w:t>tjedan</w:t>
            </w:r>
            <w:r w:rsidRPr="4E8B3331" w:rsidR="08FC9958">
              <w:rPr>
                <w:sz w:val="24"/>
                <w:szCs w:val="24"/>
              </w:rPr>
              <w:t xml:space="preserve"> </w:t>
            </w:r>
            <w:r w:rsidRPr="4E8B3331" w:rsidR="08FC9958">
              <w:rPr>
                <w:sz w:val="24"/>
                <w:szCs w:val="24"/>
              </w:rPr>
              <w:t>petak</w:t>
            </w:r>
            <w:r w:rsidRPr="4E8B3331" w:rsidR="08FC9958">
              <w:rPr>
                <w:sz w:val="24"/>
                <w:szCs w:val="24"/>
              </w:rPr>
              <w:t>, 12: 55 – 13:40</w:t>
            </w:r>
          </w:p>
          <w:p w:rsidR="1C40D02C" w:rsidP="4E8B3331" w:rsidRDefault="1C40D02C" w14:paraId="100F140F" w14:textId="785EC066">
            <w:pPr>
              <w:pStyle w:val="Normal"/>
              <w:spacing w:line="240" w:lineRule="auto"/>
              <w:jc w:val="left"/>
            </w:pPr>
            <w:r w:rsidRPr="4E8B3331" w:rsidR="1C40D02C">
              <w:rPr>
                <w:sz w:val="24"/>
                <w:szCs w:val="24"/>
              </w:rPr>
              <w:t>I po potrebi</w:t>
            </w:r>
          </w:p>
        </w:tc>
      </w:tr>
      <w:tr w:rsidR="5C07C4EF" w:rsidTr="4E8B3331" w14:paraId="5D868B3B">
        <w:trPr>
          <w:trHeight w:val="300"/>
        </w:trPr>
        <w:tc>
          <w:tcPr>
            <w:tcW w:w="1725" w:type="dxa"/>
            <w:tcMar/>
          </w:tcPr>
          <w:p w:rsidR="5C07C4EF" w:rsidP="5C07C4EF" w:rsidRDefault="5C07C4EF" w14:paraId="29576C24" w14:textId="61955454">
            <w:pPr>
              <w:pStyle w:val="Normal"/>
            </w:pPr>
            <w:r w:rsidRPr="4E8B3331" w:rsidR="06D7A30C">
              <w:rPr>
                <w:sz w:val="24"/>
                <w:szCs w:val="24"/>
              </w:rPr>
              <w:t>2</w:t>
            </w:r>
            <w:r w:rsidRPr="4E8B3331" w:rsidR="6A314457">
              <w:rPr>
                <w:sz w:val="24"/>
                <w:szCs w:val="24"/>
              </w:rPr>
              <w:t>7.</w:t>
            </w:r>
          </w:p>
        </w:tc>
        <w:tc>
          <w:tcPr>
            <w:tcW w:w="1727" w:type="dxa"/>
            <w:tcMar/>
          </w:tcPr>
          <w:p w:rsidR="5C07C4EF" w:rsidP="5C07C4EF" w:rsidRDefault="5C07C4EF" w14:paraId="19C7E22D" w14:textId="47F47608">
            <w:pPr>
              <w:pStyle w:val="Normal"/>
            </w:pPr>
            <w:r w:rsidRPr="4E8B3331" w:rsidR="06D7A30C">
              <w:rPr>
                <w:sz w:val="24"/>
                <w:szCs w:val="24"/>
              </w:rPr>
              <w:t>Jela Bulat</w:t>
            </w:r>
          </w:p>
        </w:tc>
        <w:tc>
          <w:tcPr>
            <w:tcW w:w="1726" w:type="dxa"/>
            <w:tcMar/>
          </w:tcPr>
          <w:p w:rsidR="5C07C4EF" w:rsidP="5C07C4EF" w:rsidRDefault="5C07C4EF" w14:paraId="5F02F141" w14:textId="36531536">
            <w:pPr>
              <w:pStyle w:val="Normal"/>
              <w:spacing w:line="240" w:lineRule="auto"/>
              <w:jc w:val="left"/>
            </w:pPr>
            <w:r w:rsidRPr="4E8B3331" w:rsidR="06D7A30C">
              <w:rPr>
                <w:sz w:val="24"/>
                <w:szCs w:val="24"/>
              </w:rPr>
              <w:t>Eksperimentalna kemija</w:t>
            </w:r>
          </w:p>
        </w:tc>
        <w:tc>
          <w:tcPr>
            <w:tcW w:w="1725" w:type="dxa"/>
            <w:tcMar/>
          </w:tcPr>
          <w:p w:rsidR="5C07C4EF" w:rsidP="5C07C4EF" w:rsidRDefault="5C07C4EF" w14:paraId="150A5520" w14:textId="1537FBEF">
            <w:pPr>
              <w:pStyle w:val="Normal"/>
            </w:pPr>
            <w:r w:rsidRPr="4E8B3331" w:rsidR="06D7A30C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="5C07C4EF" w:rsidP="4E8B3331" w:rsidRDefault="5C07C4EF" w14:paraId="5CADEFC1" w14:textId="531A18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8B3331" w:rsidR="06D7A30C">
              <w:rPr>
                <w:sz w:val="24"/>
                <w:szCs w:val="24"/>
              </w:rPr>
              <w:t>A</w:t>
            </w:r>
            <w:r w:rsidRPr="4E8B3331" w:rsidR="6CD19D32">
              <w:rPr>
                <w:sz w:val="24"/>
                <w:szCs w:val="24"/>
              </w:rPr>
              <w:t xml:space="preserve"> </w:t>
            </w:r>
            <w:r w:rsidRPr="4E8B3331" w:rsidR="06D7A30C">
              <w:rPr>
                <w:sz w:val="24"/>
                <w:szCs w:val="24"/>
              </w:rPr>
              <w:t>tjedan</w:t>
            </w:r>
            <w:r>
              <w:br/>
            </w:r>
            <w:r w:rsidRPr="4E8B3331" w:rsidR="06D7A30C">
              <w:rPr>
                <w:sz w:val="24"/>
                <w:szCs w:val="24"/>
              </w:rPr>
              <w:t xml:space="preserve"> </w:t>
            </w:r>
            <w:r w:rsidRPr="4E8B3331" w:rsidR="63B17A37">
              <w:rPr>
                <w:sz w:val="24"/>
                <w:szCs w:val="24"/>
              </w:rPr>
              <w:t>četvrtak</w:t>
            </w:r>
            <w:r w:rsidRPr="4E8B3331" w:rsidR="06D7A30C">
              <w:rPr>
                <w:sz w:val="24"/>
                <w:szCs w:val="24"/>
              </w:rPr>
              <w:t xml:space="preserve"> </w:t>
            </w:r>
            <w:r w:rsidRPr="4E8B3331" w:rsidR="70EEB6D5">
              <w:rPr>
                <w:sz w:val="24"/>
                <w:szCs w:val="24"/>
              </w:rPr>
              <w:t>(</w:t>
            </w:r>
            <w:r w:rsidRPr="4E8B3331" w:rsidR="06D7A30C">
              <w:rPr>
                <w:sz w:val="24"/>
                <w:szCs w:val="24"/>
              </w:rPr>
              <w:t>12:55_1</w:t>
            </w:r>
            <w:r w:rsidRPr="4E8B3331" w:rsidR="6A90893F">
              <w:rPr>
                <w:sz w:val="24"/>
                <w:szCs w:val="24"/>
              </w:rPr>
              <w:t>3</w:t>
            </w:r>
            <w:r w:rsidRPr="4E8B3331" w:rsidR="06D7A30C">
              <w:rPr>
                <w:sz w:val="24"/>
                <w:szCs w:val="24"/>
              </w:rPr>
              <w:t>:</w:t>
            </w:r>
            <w:r w:rsidRPr="4E8B3331" w:rsidR="469E9352">
              <w:rPr>
                <w:sz w:val="24"/>
                <w:szCs w:val="24"/>
              </w:rPr>
              <w:t>4</w:t>
            </w:r>
            <w:r w:rsidRPr="4E8B3331" w:rsidR="06D7A30C">
              <w:rPr>
                <w:sz w:val="24"/>
                <w:szCs w:val="24"/>
              </w:rPr>
              <w:t>0</w:t>
            </w:r>
            <w:r w:rsidRPr="4E8B3331" w:rsidR="4E9D4388">
              <w:rPr>
                <w:sz w:val="24"/>
                <w:szCs w:val="24"/>
              </w:rPr>
              <w:t>)</w:t>
            </w:r>
          </w:p>
          <w:p w:rsidR="5C07C4EF" w:rsidP="5C07C4EF" w:rsidRDefault="5C07C4EF" w14:paraId="16CA57C8" w14:textId="2689F63C">
            <w:pPr>
              <w:pStyle w:val="Normal"/>
            </w:pPr>
            <w:r w:rsidRPr="4E8B3331" w:rsidR="06D7A30C">
              <w:rPr>
                <w:sz w:val="24"/>
                <w:szCs w:val="24"/>
              </w:rPr>
              <w:t xml:space="preserve">B </w:t>
            </w:r>
            <w:r w:rsidRPr="4E8B3331" w:rsidR="06D7A30C">
              <w:rPr>
                <w:sz w:val="24"/>
                <w:szCs w:val="24"/>
              </w:rPr>
              <w:t>tjedan</w:t>
            </w:r>
            <w:r w:rsidRPr="4E8B3331" w:rsidR="06D7A30C">
              <w:rPr>
                <w:sz w:val="24"/>
                <w:szCs w:val="24"/>
              </w:rPr>
              <w:t xml:space="preserve"> </w:t>
            </w:r>
            <w:r w:rsidRPr="4E8B3331" w:rsidR="7920A808">
              <w:rPr>
                <w:sz w:val="24"/>
                <w:szCs w:val="24"/>
              </w:rPr>
              <w:t>četvrtak</w:t>
            </w:r>
            <w:r w:rsidRPr="4E8B3331" w:rsidR="7920A808">
              <w:rPr>
                <w:sz w:val="24"/>
                <w:szCs w:val="24"/>
              </w:rPr>
              <w:t xml:space="preserve"> (12:55_13:40)</w:t>
            </w:r>
          </w:p>
        </w:tc>
      </w:tr>
      <w:tr w:rsidR="4E8B3331" w:rsidTr="4E8B3331" w14:paraId="00D32C84">
        <w:trPr>
          <w:trHeight w:val="300"/>
        </w:trPr>
        <w:tc>
          <w:tcPr>
            <w:tcW w:w="1725" w:type="dxa"/>
            <w:tcMar/>
          </w:tcPr>
          <w:p w:rsidR="4E8B3331" w:rsidP="4E8B3331" w:rsidRDefault="4E8B3331" w14:paraId="6823365B" w14:textId="171B41F2">
            <w:pPr>
              <w:pStyle w:val="Normal"/>
              <w:rPr>
                <w:sz w:val="24"/>
                <w:szCs w:val="24"/>
              </w:rPr>
            </w:pPr>
            <w:r w:rsidRPr="4E8B3331" w:rsidR="4E8B3331">
              <w:rPr>
                <w:sz w:val="24"/>
                <w:szCs w:val="24"/>
              </w:rPr>
              <w:t>2</w:t>
            </w:r>
            <w:r w:rsidRPr="4E8B3331" w:rsidR="1ABBA55E">
              <w:rPr>
                <w:sz w:val="24"/>
                <w:szCs w:val="24"/>
              </w:rPr>
              <w:t>8.</w:t>
            </w:r>
          </w:p>
        </w:tc>
        <w:tc>
          <w:tcPr>
            <w:tcW w:w="1727" w:type="dxa"/>
            <w:tcMar/>
          </w:tcPr>
          <w:p w:rsidR="39F7AF07" w:rsidP="4E8B3331" w:rsidRDefault="39F7AF07" w14:paraId="06308595" w14:textId="54D1D47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8B3331" w:rsidR="39F7AF07">
              <w:rPr>
                <w:sz w:val="24"/>
                <w:szCs w:val="24"/>
              </w:rPr>
              <w:t>Kristina Čerkez</w:t>
            </w:r>
          </w:p>
        </w:tc>
        <w:tc>
          <w:tcPr>
            <w:tcW w:w="1726" w:type="dxa"/>
            <w:tcMar/>
          </w:tcPr>
          <w:p w:rsidR="39F7AF07" w:rsidP="4E8B3331" w:rsidRDefault="39F7AF07" w14:paraId="3003DFEB" w14:textId="2F33624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8B3331" w:rsidR="39F7AF07">
              <w:rPr>
                <w:sz w:val="24"/>
                <w:szCs w:val="24"/>
              </w:rPr>
              <w:t>Mladi</w:t>
            </w:r>
            <w:r w:rsidRPr="4E8B3331" w:rsidR="39F7AF07">
              <w:rPr>
                <w:sz w:val="24"/>
                <w:szCs w:val="24"/>
              </w:rPr>
              <w:t xml:space="preserve"> geografi</w:t>
            </w:r>
          </w:p>
        </w:tc>
        <w:tc>
          <w:tcPr>
            <w:tcW w:w="1725" w:type="dxa"/>
            <w:tcMar/>
          </w:tcPr>
          <w:p w:rsidR="39F7AF07" w:rsidP="4E8B3331" w:rsidRDefault="39F7AF07" w14:paraId="714599EF" w14:textId="0750EC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8B3331" w:rsidR="39F7AF07">
              <w:rPr>
                <w:sz w:val="24"/>
                <w:szCs w:val="24"/>
              </w:rPr>
              <w:t>105</w:t>
            </w:r>
          </w:p>
        </w:tc>
        <w:tc>
          <w:tcPr>
            <w:tcW w:w="1872" w:type="dxa"/>
            <w:tcMar/>
          </w:tcPr>
          <w:p w:rsidR="4E8B3331" w:rsidP="4E8B3331" w:rsidRDefault="4E8B3331" w14:paraId="6FFCD839" w14:textId="09214A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4E8B3331" w:rsidR="4E8B3331">
              <w:rPr>
                <w:sz w:val="24"/>
                <w:szCs w:val="24"/>
              </w:rPr>
              <w:t>A tjedan</w:t>
            </w:r>
            <w:r>
              <w:br/>
            </w:r>
            <w:r w:rsidRPr="4E8B3331" w:rsidR="4E8B3331">
              <w:rPr>
                <w:sz w:val="24"/>
                <w:szCs w:val="24"/>
              </w:rPr>
              <w:t xml:space="preserve"> </w:t>
            </w:r>
            <w:r w:rsidRPr="4E8B3331" w:rsidR="0CB2F55A">
              <w:rPr>
                <w:sz w:val="24"/>
                <w:szCs w:val="24"/>
              </w:rPr>
              <w:t>srijeda</w:t>
            </w:r>
            <w:r w:rsidRPr="4E8B3331" w:rsidR="0CB2F55A">
              <w:rPr>
                <w:sz w:val="24"/>
                <w:szCs w:val="24"/>
              </w:rPr>
              <w:t xml:space="preserve">, </w:t>
            </w:r>
            <w:r w:rsidRPr="4E8B3331" w:rsidR="0CB2F55A">
              <w:rPr>
                <w:sz w:val="24"/>
                <w:szCs w:val="24"/>
              </w:rPr>
              <w:t>četvrtak</w:t>
            </w:r>
            <w:r w:rsidRPr="4E8B3331" w:rsidR="0CB2F55A">
              <w:rPr>
                <w:sz w:val="24"/>
                <w:szCs w:val="24"/>
              </w:rPr>
              <w:t xml:space="preserve">, </w:t>
            </w:r>
            <w:r w:rsidRPr="4E8B3331" w:rsidR="0CB2F55A">
              <w:rPr>
                <w:sz w:val="24"/>
                <w:szCs w:val="24"/>
              </w:rPr>
              <w:t>petak</w:t>
            </w:r>
            <w:r w:rsidRPr="4E8B3331" w:rsidR="4B2C09F1">
              <w:rPr>
                <w:sz w:val="24"/>
                <w:szCs w:val="24"/>
              </w:rPr>
              <w:t xml:space="preserve"> 12:55 – 13:40</w:t>
            </w:r>
          </w:p>
          <w:p w:rsidR="4E8B3331" w:rsidP="4E8B3331" w:rsidRDefault="4E8B3331" w14:paraId="37CFFCC0" w14:textId="30D2E602">
            <w:pPr>
              <w:pStyle w:val="Normal"/>
            </w:pPr>
            <w:r w:rsidRPr="4E8B3331" w:rsidR="4E8B3331">
              <w:rPr>
                <w:sz w:val="24"/>
                <w:szCs w:val="24"/>
              </w:rPr>
              <w:t xml:space="preserve">B </w:t>
            </w:r>
            <w:r w:rsidRPr="4E8B3331" w:rsidR="4E8B3331">
              <w:rPr>
                <w:sz w:val="24"/>
                <w:szCs w:val="24"/>
              </w:rPr>
              <w:t>tjedan</w:t>
            </w:r>
            <w:r w:rsidRPr="4E8B3331" w:rsidR="4E8B3331">
              <w:rPr>
                <w:sz w:val="24"/>
                <w:szCs w:val="24"/>
              </w:rPr>
              <w:t xml:space="preserve"> </w:t>
            </w:r>
          </w:p>
          <w:p w:rsidR="1D3BC850" w:rsidP="4E8B3331" w:rsidRDefault="1D3BC850" w14:paraId="4E37BDA8" w14:textId="04939173">
            <w:pPr>
              <w:pStyle w:val="Normal"/>
            </w:pPr>
            <w:r w:rsidRPr="4E8B3331" w:rsidR="1D3BC850">
              <w:rPr>
                <w:sz w:val="24"/>
                <w:szCs w:val="24"/>
              </w:rPr>
              <w:t>Ponedjelja</w:t>
            </w:r>
          </w:p>
          <w:p w:rsidR="4E8B3331" w:rsidP="4E8B3331" w:rsidRDefault="4E8B3331" w14:paraId="1EDC280A" w14:textId="4B30A6E2">
            <w:pPr>
              <w:pStyle w:val="Normal"/>
            </w:pPr>
            <w:r w:rsidRPr="4E8B3331" w:rsidR="4E8B3331">
              <w:rPr>
                <w:sz w:val="24"/>
                <w:szCs w:val="24"/>
              </w:rPr>
              <w:t>četvrtak</w:t>
            </w:r>
            <w:r w:rsidRPr="4E8B3331" w:rsidR="6E3E8F6F">
              <w:rPr>
                <w:sz w:val="24"/>
                <w:szCs w:val="24"/>
              </w:rPr>
              <w:t>, petak 12:55 – 13:40</w:t>
            </w:r>
            <w:r w:rsidRPr="4E8B3331" w:rsidR="4E8B3331">
              <w:rPr>
                <w:sz w:val="24"/>
                <w:szCs w:val="24"/>
              </w:rPr>
              <w:t xml:space="preserve"> </w:t>
            </w:r>
          </w:p>
        </w:tc>
      </w:tr>
      <w:tr w:rsidR="4E8B3331" w:rsidTr="4E8B3331" w14:paraId="4790AF3A">
        <w:trPr>
          <w:trHeight w:val="300"/>
        </w:trPr>
        <w:tc>
          <w:tcPr>
            <w:tcW w:w="1725" w:type="dxa"/>
            <w:tcMar/>
          </w:tcPr>
          <w:p w:rsidR="624A2A98" w:rsidP="4E8B3331" w:rsidRDefault="624A2A98" w14:paraId="64336AFF" w14:textId="627BF203">
            <w:pPr>
              <w:pStyle w:val="Normal"/>
            </w:pPr>
            <w:r w:rsidRPr="4E8B3331" w:rsidR="624A2A98">
              <w:rPr>
                <w:sz w:val="24"/>
                <w:szCs w:val="24"/>
              </w:rPr>
              <w:t>29.</w:t>
            </w:r>
          </w:p>
          <w:p w:rsidR="4E8B3331" w:rsidP="4E8B3331" w:rsidRDefault="4E8B3331" w14:paraId="71BC9175" w14:textId="07DF02F2">
            <w:pPr>
              <w:pStyle w:val="Normal"/>
              <w:rPr>
                <w:sz w:val="24"/>
                <w:szCs w:val="24"/>
              </w:rPr>
            </w:pPr>
          </w:p>
          <w:p w:rsidR="4E8B3331" w:rsidP="4E8B3331" w:rsidRDefault="4E8B3331" w14:paraId="0A42CB9F" w14:textId="7CFE56C1">
            <w:pPr>
              <w:pStyle w:val="Normal"/>
              <w:rPr>
                <w:sz w:val="24"/>
                <w:szCs w:val="24"/>
              </w:rPr>
            </w:pPr>
          </w:p>
          <w:p w:rsidR="4E8B3331" w:rsidP="4E8B3331" w:rsidRDefault="4E8B3331" w14:paraId="3CE70F7F" w14:textId="0A8A3D52">
            <w:pPr>
              <w:pStyle w:val="Normal"/>
              <w:rPr>
                <w:sz w:val="24"/>
                <w:szCs w:val="24"/>
              </w:rPr>
            </w:pPr>
          </w:p>
          <w:p w:rsidR="4E8B3331" w:rsidP="4E8B3331" w:rsidRDefault="4E8B3331" w14:paraId="09D335AE" w14:textId="200F4462">
            <w:pPr>
              <w:pStyle w:val="Normal"/>
              <w:rPr>
                <w:sz w:val="24"/>
                <w:szCs w:val="24"/>
              </w:rPr>
            </w:pPr>
          </w:p>
          <w:p w:rsidR="4E8B3331" w:rsidP="4E8B3331" w:rsidRDefault="4E8B3331" w14:paraId="63635909" w14:textId="02B1DFC5">
            <w:pPr>
              <w:pStyle w:val="Normal"/>
              <w:rPr>
                <w:sz w:val="24"/>
                <w:szCs w:val="24"/>
              </w:rPr>
            </w:pPr>
          </w:p>
          <w:p w:rsidR="4E8B3331" w:rsidP="4E8B3331" w:rsidRDefault="4E8B3331" w14:paraId="1EFB6920" w14:textId="6A33799B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727" w:type="dxa"/>
            <w:tcMar/>
          </w:tcPr>
          <w:p w:rsidR="3C7EC0AE" w:rsidP="4E8B3331" w:rsidRDefault="3C7EC0AE" w14:paraId="07614411" w14:textId="13CE13D9">
            <w:pPr>
              <w:pStyle w:val="Normal"/>
              <w:spacing w:line="240" w:lineRule="auto"/>
              <w:jc w:val="left"/>
            </w:pPr>
            <w:r w:rsidRPr="4E8B3331" w:rsidR="3C7EC0AE">
              <w:rPr>
                <w:sz w:val="24"/>
                <w:szCs w:val="24"/>
              </w:rPr>
              <w:t>Valentina Novosel</w:t>
            </w:r>
          </w:p>
        </w:tc>
        <w:tc>
          <w:tcPr>
            <w:tcW w:w="1726" w:type="dxa"/>
            <w:tcMar/>
          </w:tcPr>
          <w:p w:rsidR="3C7EC0AE" w:rsidP="4E8B3331" w:rsidRDefault="3C7EC0AE" w14:paraId="3E4BB1F0" w14:textId="16C33B83">
            <w:pPr>
              <w:pStyle w:val="Normal"/>
              <w:spacing w:line="240" w:lineRule="auto"/>
              <w:jc w:val="left"/>
            </w:pPr>
            <w:r w:rsidRPr="4E8B3331" w:rsidR="3C7EC0AE">
              <w:rPr>
                <w:sz w:val="24"/>
                <w:szCs w:val="24"/>
              </w:rPr>
              <w:t>Deutsch ist ein Plus</w:t>
            </w:r>
          </w:p>
        </w:tc>
        <w:tc>
          <w:tcPr>
            <w:tcW w:w="1725" w:type="dxa"/>
            <w:tcMar/>
          </w:tcPr>
          <w:p w:rsidR="3C7EC0AE" w:rsidP="4E8B3331" w:rsidRDefault="3C7EC0AE" w14:paraId="6D6B0871" w14:textId="3D8E7298">
            <w:pPr>
              <w:pStyle w:val="Normal"/>
              <w:spacing w:line="240" w:lineRule="auto"/>
              <w:jc w:val="left"/>
            </w:pPr>
            <w:r w:rsidRPr="4E8B3331" w:rsidR="3C7EC0AE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="3C7EC0AE" w:rsidP="4E8B3331" w:rsidRDefault="3C7EC0AE" w14:paraId="0276140C" w14:textId="5230316D">
            <w:pPr>
              <w:pStyle w:val="Normal"/>
              <w:spacing w:line="240" w:lineRule="auto"/>
              <w:jc w:val="left"/>
            </w:pPr>
            <w:r w:rsidRPr="4E8B3331" w:rsidR="3C7EC0AE">
              <w:rPr>
                <w:sz w:val="24"/>
                <w:szCs w:val="24"/>
              </w:rPr>
              <w:t>Srijeda</w:t>
            </w:r>
            <w:r w:rsidRPr="4E8B3331" w:rsidR="3C7EC0AE">
              <w:rPr>
                <w:sz w:val="24"/>
                <w:szCs w:val="24"/>
              </w:rPr>
              <w:t xml:space="preserve"> </w:t>
            </w:r>
            <w:r>
              <w:br/>
            </w:r>
            <w:r w:rsidRPr="4E8B3331" w:rsidR="5457EC85">
              <w:rPr>
                <w:sz w:val="24"/>
                <w:szCs w:val="24"/>
              </w:rPr>
              <w:t xml:space="preserve">A </w:t>
            </w:r>
            <w:r w:rsidRPr="4E8B3331" w:rsidR="5457EC85">
              <w:rPr>
                <w:sz w:val="24"/>
                <w:szCs w:val="24"/>
              </w:rPr>
              <w:t>tjedan</w:t>
            </w:r>
            <w:r w:rsidRPr="4E8B3331" w:rsidR="5457EC85">
              <w:rPr>
                <w:sz w:val="24"/>
                <w:szCs w:val="24"/>
              </w:rPr>
              <w:t xml:space="preserve"> – 09:25-10:10</w:t>
            </w:r>
          </w:p>
          <w:p w:rsidR="5457EC85" w:rsidP="4E8B3331" w:rsidRDefault="5457EC85" w14:paraId="666118D9" w14:textId="69198A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8B3331" w:rsidR="5457EC85">
              <w:rPr>
                <w:sz w:val="24"/>
                <w:szCs w:val="24"/>
              </w:rPr>
              <w:t xml:space="preserve">B </w:t>
            </w:r>
            <w:r w:rsidRPr="4E8B3331" w:rsidR="5457EC85">
              <w:rPr>
                <w:sz w:val="24"/>
                <w:szCs w:val="24"/>
              </w:rPr>
              <w:t>tjedan</w:t>
            </w:r>
            <w:r w:rsidRPr="4E8B3331" w:rsidR="5457EC85">
              <w:rPr>
                <w:sz w:val="24"/>
                <w:szCs w:val="24"/>
              </w:rPr>
              <w:t xml:space="preserve"> – 15:25 – 16:10</w:t>
            </w:r>
          </w:p>
        </w:tc>
      </w:tr>
      <w:tr w:rsidR="4E8B3331" w:rsidTr="4E8B3331" w14:paraId="1604B565">
        <w:trPr>
          <w:trHeight w:val="300"/>
        </w:trPr>
        <w:tc>
          <w:tcPr>
            <w:tcW w:w="1725" w:type="dxa"/>
            <w:tcMar/>
          </w:tcPr>
          <w:p w:rsidR="648DD881" w:rsidP="4E8B3331" w:rsidRDefault="648DD881" w14:paraId="3D75FB58" w14:textId="6E58386E">
            <w:pPr>
              <w:pStyle w:val="Normal"/>
            </w:pPr>
            <w:r w:rsidRPr="4E8B3331" w:rsidR="648DD881">
              <w:rPr>
                <w:sz w:val="24"/>
                <w:szCs w:val="24"/>
              </w:rPr>
              <w:t>30.</w:t>
            </w:r>
          </w:p>
        </w:tc>
        <w:tc>
          <w:tcPr>
            <w:tcW w:w="1727" w:type="dxa"/>
            <w:tcMar/>
          </w:tcPr>
          <w:p w:rsidR="648DD881" w:rsidP="4E8B3331" w:rsidRDefault="648DD881" w14:paraId="4D1AC72C" w14:textId="52C5E414">
            <w:pPr>
              <w:pStyle w:val="Normal"/>
              <w:spacing w:line="240" w:lineRule="auto"/>
              <w:jc w:val="left"/>
            </w:pPr>
            <w:r w:rsidRPr="4E8B3331" w:rsidR="648DD881">
              <w:rPr>
                <w:sz w:val="24"/>
                <w:szCs w:val="24"/>
              </w:rPr>
              <w:t>Danijela Eranović</w:t>
            </w:r>
          </w:p>
        </w:tc>
        <w:tc>
          <w:tcPr>
            <w:tcW w:w="1726" w:type="dxa"/>
            <w:tcMar/>
          </w:tcPr>
          <w:p w:rsidR="648DD881" w:rsidP="4E8B3331" w:rsidRDefault="648DD881" w14:paraId="4E118858" w14:textId="1643C173">
            <w:pPr>
              <w:pStyle w:val="Normal"/>
              <w:spacing w:line="240" w:lineRule="auto"/>
              <w:jc w:val="left"/>
            </w:pPr>
            <w:r w:rsidRPr="4E8B3331" w:rsidR="648DD881">
              <w:rPr>
                <w:sz w:val="24"/>
                <w:szCs w:val="24"/>
              </w:rPr>
              <w:t>Odbojka</w:t>
            </w:r>
          </w:p>
        </w:tc>
        <w:tc>
          <w:tcPr>
            <w:tcW w:w="1725" w:type="dxa"/>
            <w:tcMar/>
          </w:tcPr>
          <w:p w:rsidR="648DD881" w:rsidP="4E8B3331" w:rsidRDefault="648DD881" w14:paraId="2E632C7B" w14:textId="108C98EE">
            <w:pPr>
              <w:pStyle w:val="Normal"/>
              <w:spacing w:line="240" w:lineRule="auto"/>
              <w:jc w:val="left"/>
            </w:pPr>
            <w:r w:rsidRPr="4E8B3331" w:rsidR="648DD881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="4DD0D1B9" w:rsidP="4E8B3331" w:rsidRDefault="4DD0D1B9" w14:paraId="5D297305" w14:textId="2A1F46A3">
            <w:pPr>
              <w:pStyle w:val="Normal"/>
              <w:spacing w:line="240" w:lineRule="auto"/>
              <w:jc w:val="left"/>
            </w:pPr>
            <w:r w:rsidRPr="4E8B3331" w:rsidR="4DD0D1B9">
              <w:rPr>
                <w:sz w:val="24"/>
                <w:szCs w:val="24"/>
              </w:rPr>
              <w:t>A tjedan-ponedjeljak-12:05-13:35</w:t>
            </w:r>
          </w:p>
          <w:p w:rsidR="4DD0D1B9" w:rsidP="4E8B3331" w:rsidRDefault="4DD0D1B9" w14:paraId="69F93D02" w14:textId="3A3199E1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4E8B3331" w:rsidR="4DD0D1B9">
              <w:rPr>
                <w:sz w:val="24"/>
                <w:szCs w:val="24"/>
              </w:rPr>
              <w:t>B tjedan- utorak-12:05-13:35</w:t>
            </w:r>
          </w:p>
          <w:p w:rsidR="4E8B3331" w:rsidP="4E8B3331" w:rsidRDefault="4E8B3331" w14:paraId="5A5F3A29" w14:textId="1B90805A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4E8B3331" w:rsidTr="4E8B3331" w14:paraId="1EE4E2EE">
        <w:trPr>
          <w:trHeight w:val="300"/>
        </w:trPr>
        <w:tc>
          <w:tcPr>
            <w:tcW w:w="1725" w:type="dxa"/>
            <w:tcMar/>
          </w:tcPr>
          <w:p w:rsidR="648DD881" w:rsidP="4E8B3331" w:rsidRDefault="648DD881" w14:paraId="4ADCB6B6" w14:textId="6F2BC55B">
            <w:pPr>
              <w:pStyle w:val="Normal"/>
            </w:pPr>
            <w:r w:rsidRPr="4E8B3331" w:rsidR="648DD881">
              <w:rPr>
                <w:sz w:val="24"/>
                <w:szCs w:val="24"/>
              </w:rPr>
              <w:t>31.</w:t>
            </w:r>
          </w:p>
        </w:tc>
        <w:tc>
          <w:tcPr>
            <w:tcW w:w="1727" w:type="dxa"/>
            <w:tcMar/>
          </w:tcPr>
          <w:p w:rsidR="648DD881" w:rsidP="4E8B3331" w:rsidRDefault="648DD881" w14:paraId="42733750" w14:textId="1D8A949C">
            <w:pPr>
              <w:pStyle w:val="Normal"/>
              <w:spacing w:line="240" w:lineRule="auto"/>
              <w:jc w:val="left"/>
            </w:pPr>
            <w:r w:rsidRPr="4E8B3331" w:rsidR="648DD881">
              <w:rPr>
                <w:sz w:val="24"/>
                <w:szCs w:val="24"/>
              </w:rPr>
              <w:t>Danijela Eranović</w:t>
            </w:r>
          </w:p>
        </w:tc>
        <w:tc>
          <w:tcPr>
            <w:tcW w:w="1726" w:type="dxa"/>
            <w:tcMar/>
          </w:tcPr>
          <w:p w:rsidR="648DD881" w:rsidP="4E8B3331" w:rsidRDefault="648DD881" w14:paraId="4D6814F6" w14:textId="1C4CAB93">
            <w:pPr>
              <w:pStyle w:val="Normal"/>
              <w:spacing w:line="240" w:lineRule="auto"/>
              <w:jc w:val="left"/>
            </w:pPr>
            <w:r w:rsidRPr="4E8B3331" w:rsidR="648DD881">
              <w:rPr>
                <w:sz w:val="24"/>
                <w:szCs w:val="24"/>
              </w:rPr>
              <w:t>Atletika</w:t>
            </w:r>
          </w:p>
        </w:tc>
        <w:tc>
          <w:tcPr>
            <w:tcW w:w="1725" w:type="dxa"/>
            <w:tcMar/>
          </w:tcPr>
          <w:p w:rsidR="648DD881" w:rsidP="4E8B3331" w:rsidRDefault="648DD881" w14:paraId="2A6F919A" w14:textId="367FCC3A">
            <w:pPr>
              <w:pStyle w:val="Normal"/>
              <w:spacing w:line="240" w:lineRule="auto"/>
              <w:jc w:val="left"/>
            </w:pPr>
            <w:r w:rsidRPr="4E8B3331" w:rsidR="648DD881">
              <w:rPr>
                <w:sz w:val="24"/>
                <w:szCs w:val="24"/>
              </w:rPr>
              <w:t>70</w:t>
            </w:r>
          </w:p>
        </w:tc>
        <w:tc>
          <w:tcPr>
            <w:tcW w:w="1872" w:type="dxa"/>
            <w:tcMar/>
          </w:tcPr>
          <w:p w:rsidR="07491962" w:rsidP="4E8B3331" w:rsidRDefault="07491962" w14:paraId="749CD57D" w14:textId="3ADCA9F7">
            <w:pPr>
              <w:pStyle w:val="Normal"/>
              <w:spacing w:line="240" w:lineRule="auto"/>
              <w:jc w:val="left"/>
            </w:pPr>
            <w:r w:rsidRPr="4E8B3331" w:rsidR="07491962">
              <w:rPr>
                <w:sz w:val="24"/>
                <w:szCs w:val="24"/>
              </w:rPr>
              <w:t xml:space="preserve"> </w:t>
            </w:r>
            <w:r w:rsidRPr="4E8B3331" w:rsidR="07491962">
              <w:rPr>
                <w:sz w:val="24"/>
                <w:szCs w:val="24"/>
              </w:rPr>
              <w:t>A tjedan-</w:t>
            </w:r>
            <w:r w:rsidRPr="4E8B3331" w:rsidR="34958715">
              <w:rPr>
                <w:sz w:val="24"/>
                <w:szCs w:val="24"/>
              </w:rPr>
              <w:t>p</w:t>
            </w:r>
            <w:r w:rsidRPr="4E8B3331" w:rsidR="7B46C3E2">
              <w:rPr>
                <w:sz w:val="24"/>
                <w:szCs w:val="24"/>
              </w:rPr>
              <w:t>etak</w:t>
            </w:r>
            <w:r w:rsidRPr="4E8B3331" w:rsidR="34958715">
              <w:rPr>
                <w:sz w:val="24"/>
                <w:szCs w:val="24"/>
              </w:rPr>
              <w:t>-</w:t>
            </w:r>
            <w:r w:rsidRPr="4E8B3331" w:rsidR="07491962">
              <w:rPr>
                <w:sz w:val="24"/>
                <w:szCs w:val="24"/>
              </w:rPr>
              <w:t>12</w:t>
            </w:r>
            <w:r w:rsidRPr="4E8B3331" w:rsidR="1D0525D2">
              <w:rPr>
                <w:sz w:val="24"/>
                <w:szCs w:val="24"/>
              </w:rPr>
              <w:t>:</w:t>
            </w:r>
            <w:r w:rsidRPr="4E8B3331" w:rsidR="07491962">
              <w:rPr>
                <w:sz w:val="24"/>
                <w:szCs w:val="24"/>
              </w:rPr>
              <w:t>05-13:35</w:t>
            </w:r>
          </w:p>
          <w:p w:rsidR="4EDD44FD" w:rsidP="4E8B3331" w:rsidRDefault="4EDD44FD" w14:paraId="5463EB0A" w14:textId="66C10DC0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4E8B3331" w:rsidR="4EDD44FD">
              <w:rPr>
                <w:sz w:val="24"/>
                <w:szCs w:val="24"/>
              </w:rPr>
              <w:t xml:space="preserve">B </w:t>
            </w:r>
            <w:r w:rsidRPr="4E8B3331" w:rsidR="4EDD44FD">
              <w:rPr>
                <w:sz w:val="24"/>
                <w:szCs w:val="24"/>
              </w:rPr>
              <w:t>tj</w:t>
            </w:r>
            <w:r w:rsidRPr="4E8B3331" w:rsidR="6A80D821">
              <w:rPr>
                <w:sz w:val="24"/>
                <w:szCs w:val="24"/>
              </w:rPr>
              <w:t>e</w:t>
            </w:r>
            <w:r w:rsidRPr="4E8B3331" w:rsidR="4EDD44FD">
              <w:rPr>
                <w:sz w:val="24"/>
                <w:szCs w:val="24"/>
              </w:rPr>
              <w:t>dan</w:t>
            </w:r>
            <w:r w:rsidRPr="4E8B3331" w:rsidR="6334FCD1">
              <w:rPr>
                <w:sz w:val="24"/>
                <w:szCs w:val="24"/>
              </w:rPr>
              <w:t>-</w:t>
            </w:r>
            <w:r w:rsidRPr="4E8B3331" w:rsidR="4EDD44FD">
              <w:rPr>
                <w:sz w:val="24"/>
                <w:szCs w:val="24"/>
              </w:rPr>
              <w:t xml:space="preserve"> </w:t>
            </w:r>
            <w:r w:rsidRPr="4E8B3331" w:rsidR="45B52677">
              <w:rPr>
                <w:sz w:val="24"/>
                <w:szCs w:val="24"/>
              </w:rPr>
              <w:t>četvrtak</w:t>
            </w:r>
            <w:r w:rsidRPr="4E8B3331" w:rsidR="6E95C822">
              <w:rPr>
                <w:sz w:val="24"/>
                <w:szCs w:val="24"/>
              </w:rPr>
              <w:t>-12:05-13:35</w:t>
            </w:r>
          </w:p>
          <w:p w:rsidR="4E8B3331" w:rsidP="4E8B3331" w:rsidRDefault="4E8B3331" w14:paraId="7710C491" w14:textId="1BD2BC11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4E8B3331" w:rsidTr="4E8B3331" w14:paraId="2AB7A209">
        <w:trPr>
          <w:trHeight w:val="300"/>
        </w:trPr>
        <w:tc>
          <w:tcPr>
            <w:tcW w:w="1725" w:type="dxa"/>
            <w:tcMar/>
          </w:tcPr>
          <w:p w:rsidR="06548D47" w:rsidP="4E8B3331" w:rsidRDefault="06548D47" w14:paraId="1E1DA044" w14:textId="62BA635D">
            <w:pPr>
              <w:pStyle w:val="Normal"/>
            </w:pPr>
            <w:r w:rsidRPr="4E8B3331" w:rsidR="06548D47">
              <w:rPr>
                <w:sz w:val="24"/>
                <w:szCs w:val="24"/>
              </w:rPr>
              <w:t>32.</w:t>
            </w:r>
          </w:p>
        </w:tc>
        <w:tc>
          <w:tcPr>
            <w:tcW w:w="1727" w:type="dxa"/>
            <w:tcMar/>
          </w:tcPr>
          <w:p w:rsidR="06548D47" w:rsidP="4E8B3331" w:rsidRDefault="06548D47" w14:paraId="35306091" w14:textId="7C1EDF9B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>Ivana Kolar</w:t>
            </w:r>
          </w:p>
        </w:tc>
        <w:tc>
          <w:tcPr>
            <w:tcW w:w="1726" w:type="dxa"/>
            <w:tcMar/>
          </w:tcPr>
          <w:p w:rsidR="06548D47" w:rsidP="4E8B3331" w:rsidRDefault="06548D47" w14:paraId="39164719" w14:textId="4492561F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>eTwinning</w:t>
            </w:r>
          </w:p>
        </w:tc>
        <w:tc>
          <w:tcPr>
            <w:tcW w:w="1725" w:type="dxa"/>
            <w:tcMar/>
          </w:tcPr>
          <w:p w:rsidR="06548D47" w:rsidP="4E8B3331" w:rsidRDefault="06548D47" w14:paraId="7E260613" w14:textId="4286CB9D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="06548D47" w:rsidP="4E8B3331" w:rsidRDefault="06548D47" w14:paraId="442C129E" w14:textId="64C2AD9A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 xml:space="preserve">A </w:t>
            </w:r>
            <w:r w:rsidRPr="4E8B3331" w:rsidR="06548D47">
              <w:rPr>
                <w:sz w:val="24"/>
                <w:szCs w:val="24"/>
              </w:rPr>
              <w:t>tjedan</w:t>
            </w:r>
            <w:r w:rsidRPr="4E8B3331" w:rsidR="06548D47">
              <w:rPr>
                <w:sz w:val="24"/>
                <w:szCs w:val="24"/>
              </w:rPr>
              <w:t xml:space="preserve"> </w:t>
            </w:r>
          </w:p>
          <w:p w:rsidR="06548D47" w:rsidP="4E8B3331" w:rsidRDefault="06548D47" w14:paraId="0B21DF0F" w14:textId="3A726E66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>srijeda</w:t>
            </w:r>
            <w:r w:rsidRPr="4E8B3331" w:rsidR="06548D47">
              <w:rPr>
                <w:sz w:val="24"/>
                <w:szCs w:val="24"/>
              </w:rPr>
              <w:t xml:space="preserve"> </w:t>
            </w:r>
          </w:p>
          <w:p w:rsidR="06548D47" w:rsidP="4E8B3331" w:rsidRDefault="06548D47" w14:paraId="614A0283" w14:textId="5075E396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>12.05-12.50</w:t>
            </w:r>
          </w:p>
          <w:p w:rsidR="06548D47" w:rsidP="4E8B3331" w:rsidRDefault="06548D47" w14:paraId="73783814" w14:textId="214C3D80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 xml:space="preserve">B </w:t>
            </w:r>
            <w:r w:rsidRPr="4E8B3331" w:rsidR="06548D47">
              <w:rPr>
                <w:sz w:val="24"/>
                <w:szCs w:val="24"/>
              </w:rPr>
              <w:t>tjedan</w:t>
            </w:r>
            <w:r w:rsidRPr="4E8B3331" w:rsidR="06548D47">
              <w:rPr>
                <w:sz w:val="24"/>
                <w:szCs w:val="24"/>
              </w:rPr>
              <w:t xml:space="preserve"> </w:t>
            </w:r>
          </w:p>
          <w:p w:rsidR="06548D47" w:rsidP="4E8B3331" w:rsidRDefault="06548D47" w14:paraId="5E4C5A6F" w14:textId="248261AC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>srijeda</w:t>
            </w:r>
            <w:r w:rsidRPr="4E8B3331" w:rsidR="06548D47">
              <w:rPr>
                <w:sz w:val="24"/>
                <w:szCs w:val="24"/>
              </w:rPr>
              <w:t xml:space="preserve"> </w:t>
            </w:r>
          </w:p>
          <w:p w:rsidR="06548D47" w:rsidP="4E8B3331" w:rsidRDefault="06548D47" w14:paraId="1432AC3D" w14:textId="0CA37D19">
            <w:pPr>
              <w:pStyle w:val="Normal"/>
              <w:spacing w:line="240" w:lineRule="auto"/>
              <w:jc w:val="left"/>
            </w:pPr>
            <w:r w:rsidRPr="4E8B3331" w:rsidR="06548D47">
              <w:rPr>
                <w:sz w:val="24"/>
                <w:szCs w:val="24"/>
              </w:rPr>
              <w:t>12.50-13.35</w:t>
            </w:r>
          </w:p>
        </w:tc>
      </w:tr>
      <w:tr w:rsidR="4E8B3331" w:rsidTr="4E8B3331" w14:paraId="0389C66D">
        <w:trPr>
          <w:trHeight w:val="300"/>
        </w:trPr>
        <w:tc>
          <w:tcPr>
            <w:tcW w:w="1725" w:type="dxa"/>
            <w:tcMar/>
          </w:tcPr>
          <w:p w:rsidR="4F3E5D80" w:rsidP="4E8B3331" w:rsidRDefault="4F3E5D80" w14:paraId="4F40F864" w14:textId="42A12C26">
            <w:pPr>
              <w:pStyle w:val="Normal"/>
            </w:pPr>
            <w:r w:rsidRPr="4E8B3331" w:rsidR="4F3E5D80">
              <w:rPr>
                <w:sz w:val="24"/>
                <w:szCs w:val="24"/>
              </w:rPr>
              <w:t xml:space="preserve">33. </w:t>
            </w:r>
          </w:p>
        </w:tc>
        <w:tc>
          <w:tcPr>
            <w:tcW w:w="1727" w:type="dxa"/>
            <w:tcMar/>
          </w:tcPr>
          <w:p w:rsidR="4F3E5D80" w:rsidP="4E8B3331" w:rsidRDefault="4F3E5D80" w14:paraId="7DEBE0D9" w14:textId="00FCAD8D">
            <w:pPr>
              <w:pStyle w:val="Normal"/>
              <w:spacing w:line="240" w:lineRule="auto"/>
              <w:jc w:val="left"/>
            </w:pPr>
            <w:r w:rsidRPr="4E8B3331" w:rsidR="4F3E5D80">
              <w:rPr>
                <w:sz w:val="24"/>
                <w:szCs w:val="24"/>
              </w:rPr>
              <w:t>Karlo Leš</w:t>
            </w:r>
          </w:p>
        </w:tc>
        <w:tc>
          <w:tcPr>
            <w:tcW w:w="1726" w:type="dxa"/>
            <w:tcMar/>
          </w:tcPr>
          <w:p w:rsidR="4F3E5D80" w:rsidP="4E8B3331" w:rsidRDefault="4F3E5D80" w14:paraId="79507099" w14:textId="3E15964F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4E8B3331" w:rsidR="4F3E5D80">
              <w:rPr>
                <w:sz w:val="24"/>
                <w:szCs w:val="24"/>
              </w:rPr>
              <w:t xml:space="preserve"> </w:t>
            </w:r>
            <w:r w:rsidRPr="4E8B3331" w:rsidR="4F3E5D80">
              <w:rPr>
                <w:sz w:val="24"/>
                <w:szCs w:val="24"/>
              </w:rPr>
              <w:t>Šah</w:t>
            </w:r>
            <w:r w:rsidRPr="4E8B3331" w:rsidR="4F3E5D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tcMar/>
          </w:tcPr>
          <w:p w:rsidR="4F3E5D80" w:rsidP="4E8B3331" w:rsidRDefault="4F3E5D80" w14:paraId="36B3FC87" w14:textId="3A9D8126">
            <w:pPr>
              <w:pStyle w:val="Normal"/>
              <w:spacing w:line="240" w:lineRule="auto"/>
              <w:jc w:val="left"/>
            </w:pPr>
            <w:r w:rsidRPr="4E8B3331" w:rsidR="4F3E5D80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="4F3E5D80" w:rsidP="4E8B3331" w:rsidRDefault="4F3E5D80" w14:paraId="58BFD401" w14:textId="4BE283A7">
            <w:pPr>
              <w:pStyle w:val="Normal"/>
              <w:spacing w:line="240" w:lineRule="auto"/>
              <w:jc w:val="left"/>
              <w:rPr>
                <w:sz w:val="24"/>
                <w:szCs w:val="24"/>
              </w:rPr>
            </w:pPr>
            <w:r w:rsidRPr="4E8B3331" w:rsidR="4F3E5D80">
              <w:rPr>
                <w:sz w:val="24"/>
                <w:szCs w:val="24"/>
              </w:rPr>
              <w:t xml:space="preserve">A </w:t>
            </w:r>
            <w:r w:rsidRPr="4E8B3331" w:rsidR="4F3E5D80">
              <w:rPr>
                <w:sz w:val="24"/>
                <w:szCs w:val="24"/>
              </w:rPr>
              <w:t>i</w:t>
            </w:r>
            <w:r w:rsidRPr="4E8B3331" w:rsidR="4F3E5D80">
              <w:rPr>
                <w:sz w:val="24"/>
                <w:szCs w:val="24"/>
              </w:rPr>
              <w:t xml:space="preserve"> B </w:t>
            </w:r>
            <w:r w:rsidRPr="4E8B3331" w:rsidR="4F3E5D80">
              <w:rPr>
                <w:sz w:val="24"/>
                <w:szCs w:val="24"/>
              </w:rPr>
              <w:t>tjedan</w:t>
            </w:r>
            <w:r w:rsidRPr="4E8B3331" w:rsidR="4F3E5D80">
              <w:rPr>
                <w:sz w:val="24"/>
                <w:szCs w:val="24"/>
              </w:rPr>
              <w:t xml:space="preserve"> </w:t>
            </w:r>
            <w:r w:rsidRPr="4E8B3331" w:rsidR="4F3E5D80">
              <w:rPr>
                <w:sz w:val="24"/>
                <w:szCs w:val="24"/>
              </w:rPr>
              <w:t>utorak</w:t>
            </w:r>
            <w:r w:rsidRPr="4E8B3331" w:rsidR="4F3E5D80">
              <w:rPr>
                <w:sz w:val="24"/>
                <w:szCs w:val="24"/>
              </w:rPr>
              <w:t xml:space="preserve"> 12:50- 13:35 </w:t>
            </w:r>
          </w:p>
        </w:tc>
      </w:tr>
      <w:tr w:rsidR="4E8B3331" w:rsidTr="4E8B3331" w14:paraId="4102DC87">
        <w:trPr>
          <w:trHeight w:val="300"/>
        </w:trPr>
        <w:tc>
          <w:tcPr>
            <w:tcW w:w="1725" w:type="dxa"/>
            <w:tcMar/>
          </w:tcPr>
          <w:p w:rsidR="4F3E5D80" w:rsidP="4E8B3331" w:rsidRDefault="4F3E5D80" w14:paraId="08D3854A" w14:textId="17F4D6E8">
            <w:pPr>
              <w:pStyle w:val="Normal"/>
            </w:pPr>
            <w:r w:rsidRPr="4E8B3331" w:rsidR="4F3E5D80">
              <w:rPr>
                <w:sz w:val="24"/>
                <w:szCs w:val="24"/>
              </w:rPr>
              <w:t xml:space="preserve">34. </w:t>
            </w:r>
          </w:p>
        </w:tc>
        <w:tc>
          <w:tcPr>
            <w:tcW w:w="1727" w:type="dxa"/>
            <w:tcMar/>
          </w:tcPr>
          <w:p w:rsidR="4F3E5D80" w:rsidP="4E8B3331" w:rsidRDefault="4F3E5D80" w14:paraId="0D3466E3" w14:textId="12EC39AA">
            <w:pPr>
              <w:pStyle w:val="Normal"/>
              <w:spacing w:line="240" w:lineRule="auto"/>
              <w:jc w:val="left"/>
            </w:pPr>
            <w:r w:rsidRPr="4E8B3331" w:rsidR="4F3E5D80">
              <w:rPr>
                <w:sz w:val="24"/>
                <w:szCs w:val="24"/>
              </w:rPr>
              <w:t>Karlo Leš</w:t>
            </w:r>
          </w:p>
        </w:tc>
        <w:tc>
          <w:tcPr>
            <w:tcW w:w="1726" w:type="dxa"/>
            <w:tcMar/>
          </w:tcPr>
          <w:p w:rsidR="4F3E5D80" w:rsidP="4E8B3331" w:rsidRDefault="4F3E5D80" w14:paraId="2D3CBCF0" w14:textId="2269E860">
            <w:pPr>
              <w:pStyle w:val="Normal"/>
              <w:spacing w:line="240" w:lineRule="auto"/>
              <w:jc w:val="left"/>
            </w:pPr>
            <w:r w:rsidRPr="4E8B3331" w:rsidR="4F3E5D80">
              <w:rPr>
                <w:sz w:val="24"/>
                <w:szCs w:val="24"/>
              </w:rPr>
              <w:t>Orijentacija</w:t>
            </w:r>
            <w:r w:rsidRPr="4E8B3331" w:rsidR="4F3E5D80">
              <w:rPr>
                <w:sz w:val="24"/>
                <w:szCs w:val="24"/>
              </w:rPr>
              <w:t xml:space="preserve"> na </w:t>
            </w:r>
            <w:r w:rsidRPr="4E8B3331" w:rsidR="4F3E5D80">
              <w:rPr>
                <w:sz w:val="24"/>
                <w:szCs w:val="24"/>
              </w:rPr>
              <w:t>karti</w:t>
            </w:r>
            <w:r w:rsidRPr="4E8B3331" w:rsidR="4F3E5D80">
              <w:rPr>
                <w:sz w:val="24"/>
                <w:szCs w:val="24"/>
              </w:rPr>
              <w:t xml:space="preserve"> </w:t>
            </w:r>
            <w:r w:rsidRPr="4E8B3331" w:rsidR="4F3E5D80">
              <w:rPr>
                <w:sz w:val="24"/>
                <w:szCs w:val="24"/>
              </w:rPr>
              <w:t>i</w:t>
            </w:r>
            <w:r w:rsidRPr="4E8B3331" w:rsidR="4F3E5D80">
              <w:rPr>
                <w:sz w:val="24"/>
                <w:szCs w:val="24"/>
              </w:rPr>
              <w:t xml:space="preserve"> u </w:t>
            </w:r>
            <w:r w:rsidRPr="4E8B3331" w:rsidR="4F3E5D80">
              <w:rPr>
                <w:sz w:val="24"/>
                <w:szCs w:val="24"/>
              </w:rPr>
              <w:t>prirodi</w:t>
            </w:r>
            <w:r w:rsidRPr="4E8B3331" w:rsidR="4F3E5D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tcMar/>
          </w:tcPr>
          <w:p w:rsidR="30C569D1" w:rsidP="4E8B3331" w:rsidRDefault="30C569D1" w14:paraId="28E7B862" w14:textId="24231684">
            <w:pPr>
              <w:pStyle w:val="Normal"/>
              <w:spacing w:line="240" w:lineRule="auto"/>
              <w:jc w:val="left"/>
            </w:pPr>
            <w:r w:rsidRPr="4E8B3331" w:rsidR="30C569D1">
              <w:rPr>
                <w:sz w:val="24"/>
                <w:szCs w:val="24"/>
              </w:rPr>
              <w:t>52</w:t>
            </w:r>
          </w:p>
        </w:tc>
        <w:tc>
          <w:tcPr>
            <w:tcW w:w="1872" w:type="dxa"/>
            <w:tcMar/>
          </w:tcPr>
          <w:p w:rsidR="30C569D1" w:rsidP="4E8B3331" w:rsidRDefault="30C569D1" w14:paraId="31E7D8EE" w14:textId="161923A6">
            <w:pPr>
              <w:pStyle w:val="Normal"/>
              <w:spacing w:line="240" w:lineRule="auto"/>
              <w:jc w:val="left"/>
            </w:pPr>
            <w:r w:rsidRPr="4E8B3331" w:rsidR="30C569D1">
              <w:rPr>
                <w:sz w:val="24"/>
                <w:szCs w:val="24"/>
              </w:rPr>
              <w:t xml:space="preserve">A </w:t>
            </w:r>
            <w:r w:rsidRPr="4E8B3331" w:rsidR="30C569D1">
              <w:rPr>
                <w:sz w:val="24"/>
                <w:szCs w:val="24"/>
              </w:rPr>
              <w:t>tjedan</w:t>
            </w:r>
            <w:r w:rsidRPr="4E8B3331" w:rsidR="30C569D1">
              <w:rPr>
                <w:sz w:val="24"/>
                <w:szCs w:val="24"/>
              </w:rPr>
              <w:t xml:space="preserve">- </w:t>
            </w:r>
            <w:r w:rsidRPr="4E8B3331" w:rsidR="30C569D1">
              <w:rPr>
                <w:sz w:val="24"/>
                <w:szCs w:val="24"/>
              </w:rPr>
              <w:t>petak</w:t>
            </w:r>
            <w:r w:rsidRPr="4E8B3331" w:rsidR="30C569D1">
              <w:rPr>
                <w:sz w:val="24"/>
                <w:szCs w:val="24"/>
              </w:rPr>
              <w:t xml:space="preserve"> 12:50- 13:40</w:t>
            </w:r>
          </w:p>
          <w:p w:rsidR="30C569D1" w:rsidP="4E8B3331" w:rsidRDefault="30C569D1" w14:paraId="73E757C7" w14:textId="37BE7D76">
            <w:pPr>
              <w:pStyle w:val="Normal"/>
              <w:spacing w:line="240" w:lineRule="auto"/>
              <w:jc w:val="left"/>
            </w:pPr>
            <w:r w:rsidRPr="4E8B3331" w:rsidR="30C569D1">
              <w:rPr>
                <w:sz w:val="24"/>
                <w:szCs w:val="24"/>
              </w:rPr>
              <w:t xml:space="preserve">B </w:t>
            </w:r>
            <w:r w:rsidRPr="4E8B3331" w:rsidR="30C569D1">
              <w:rPr>
                <w:sz w:val="24"/>
                <w:szCs w:val="24"/>
              </w:rPr>
              <w:t>tjedan</w:t>
            </w:r>
            <w:r w:rsidRPr="4E8B3331" w:rsidR="30C569D1">
              <w:rPr>
                <w:sz w:val="24"/>
                <w:szCs w:val="24"/>
              </w:rPr>
              <w:t xml:space="preserve">: </w:t>
            </w:r>
            <w:r w:rsidRPr="4E8B3331" w:rsidR="30C569D1">
              <w:rPr>
                <w:sz w:val="24"/>
                <w:szCs w:val="24"/>
              </w:rPr>
              <w:t>petak</w:t>
            </w:r>
            <w:r w:rsidRPr="4E8B3331" w:rsidR="30C569D1">
              <w:rPr>
                <w:sz w:val="24"/>
                <w:szCs w:val="24"/>
              </w:rPr>
              <w:t xml:space="preserve"> 12:50-14:30</w:t>
            </w:r>
          </w:p>
        </w:tc>
      </w:tr>
      <w:tr w:rsidR="4E8B3331" w:rsidTr="4E8B3331" w14:paraId="1F1402C3">
        <w:trPr>
          <w:trHeight w:val="300"/>
        </w:trPr>
        <w:tc>
          <w:tcPr>
            <w:tcW w:w="1725" w:type="dxa"/>
            <w:tcMar/>
          </w:tcPr>
          <w:p w:rsidR="53FD9312" w:rsidP="4E8B3331" w:rsidRDefault="53FD9312" w14:paraId="59637EAB" w14:textId="7732D028">
            <w:pPr>
              <w:pStyle w:val="Normal"/>
            </w:pPr>
            <w:r w:rsidRPr="4E8B3331" w:rsidR="53FD9312">
              <w:rPr>
                <w:sz w:val="24"/>
                <w:szCs w:val="24"/>
              </w:rPr>
              <w:t>35.</w:t>
            </w:r>
          </w:p>
        </w:tc>
        <w:tc>
          <w:tcPr>
            <w:tcW w:w="1727" w:type="dxa"/>
            <w:tcMar/>
          </w:tcPr>
          <w:p w:rsidR="53FD9312" w:rsidP="4E8B3331" w:rsidRDefault="53FD9312" w14:paraId="5B28E6AC" w14:textId="23BCAC45">
            <w:pPr>
              <w:pStyle w:val="Normal"/>
              <w:spacing w:line="240" w:lineRule="auto"/>
              <w:jc w:val="left"/>
            </w:pPr>
            <w:r w:rsidRPr="4E8B3331" w:rsidR="53FD9312">
              <w:rPr>
                <w:sz w:val="24"/>
                <w:szCs w:val="24"/>
              </w:rPr>
              <w:t>Jasmina Antolković</w:t>
            </w:r>
          </w:p>
        </w:tc>
        <w:tc>
          <w:tcPr>
            <w:tcW w:w="1726" w:type="dxa"/>
            <w:tcMar/>
          </w:tcPr>
          <w:p w:rsidR="53FD9312" w:rsidP="4E8B3331" w:rsidRDefault="53FD9312" w14:paraId="76EB56C9" w14:textId="6B9A3CF9">
            <w:pPr>
              <w:pStyle w:val="Normal"/>
              <w:spacing w:line="240" w:lineRule="auto"/>
              <w:jc w:val="left"/>
            </w:pPr>
            <w:r w:rsidRPr="4E8B3331" w:rsidR="53FD9312">
              <w:rPr>
                <w:sz w:val="24"/>
                <w:szCs w:val="24"/>
              </w:rPr>
              <w:t xml:space="preserve">Mali </w:t>
            </w:r>
            <w:r w:rsidRPr="4E8B3331" w:rsidR="53FD9312">
              <w:rPr>
                <w:sz w:val="24"/>
                <w:szCs w:val="24"/>
              </w:rPr>
              <w:t>čuvari</w:t>
            </w:r>
            <w:r w:rsidRPr="4E8B3331" w:rsidR="53FD9312">
              <w:rPr>
                <w:sz w:val="24"/>
                <w:szCs w:val="24"/>
              </w:rPr>
              <w:t xml:space="preserve"> prirode</w:t>
            </w:r>
          </w:p>
        </w:tc>
        <w:tc>
          <w:tcPr>
            <w:tcW w:w="1725" w:type="dxa"/>
            <w:tcMar/>
          </w:tcPr>
          <w:p w:rsidR="53FD9312" w:rsidP="4E8B3331" w:rsidRDefault="53FD9312" w14:paraId="500E01FB" w14:textId="56AF3186">
            <w:pPr>
              <w:pStyle w:val="Normal"/>
              <w:spacing w:line="240" w:lineRule="auto"/>
              <w:jc w:val="left"/>
            </w:pPr>
            <w:r w:rsidRPr="4E8B3331" w:rsidR="53FD9312">
              <w:rPr>
                <w:sz w:val="24"/>
                <w:szCs w:val="24"/>
              </w:rPr>
              <w:t>35</w:t>
            </w:r>
          </w:p>
        </w:tc>
        <w:tc>
          <w:tcPr>
            <w:tcW w:w="1872" w:type="dxa"/>
            <w:tcMar/>
          </w:tcPr>
          <w:p w:rsidR="53FD9312" w:rsidP="4E8B3331" w:rsidRDefault="53FD9312" w14:paraId="78F1120A" w14:textId="08D3F9F8">
            <w:pPr>
              <w:pStyle w:val="Normal"/>
              <w:spacing w:line="240" w:lineRule="auto"/>
              <w:jc w:val="left"/>
            </w:pPr>
            <w:r w:rsidRPr="4E8B3331" w:rsidR="53FD9312">
              <w:rPr>
                <w:sz w:val="24"/>
                <w:szCs w:val="24"/>
              </w:rPr>
              <w:t xml:space="preserve">A </w:t>
            </w:r>
            <w:r w:rsidRPr="4E8B3331" w:rsidR="53FD9312">
              <w:rPr>
                <w:sz w:val="24"/>
                <w:szCs w:val="24"/>
              </w:rPr>
              <w:t>tjedan</w:t>
            </w:r>
            <w:r w:rsidRPr="4E8B3331" w:rsidR="53FD9312">
              <w:rPr>
                <w:sz w:val="24"/>
                <w:szCs w:val="24"/>
              </w:rPr>
              <w:t xml:space="preserve"> - </w:t>
            </w:r>
            <w:r w:rsidRPr="4E8B3331" w:rsidR="53FD9312">
              <w:rPr>
                <w:sz w:val="24"/>
                <w:szCs w:val="24"/>
              </w:rPr>
              <w:t>petak</w:t>
            </w:r>
          </w:p>
          <w:p w:rsidR="53FD9312" w:rsidP="4E8B3331" w:rsidRDefault="53FD9312" w14:paraId="6329F3CE" w14:textId="1375CB30">
            <w:pPr>
              <w:pStyle w:val="Normal"/>
              <w:spacing w:line="240" w:lineRule="auto"/>
              <w:jc w:val="left"/>
            </w:pPr>
            <w:r w:rsidRPr="4E8B3331" w:rsidR="53FD9312">
              <w:rPr>
                <w:sz w:val="24"/>
                <w:szCs w:val="24"/>
              </w:rPr>
              <w:t>12:05 – 13:40</w:t>
            </w:r>
          </w:p>
        </w:tc>
      </w:tr>
    </w:tbl>
    <w:p w:rsidR="4E8B3331" w:rsidP="4E8B3331" w:rsidRDefault="4E8B3331" w14:paraId="7C991612" w14:textId="38710D5C">
      <w:pPr>
        <w:rPr>
          <w:sz w:val="24"/>
          <w:szCs w:val="24"/>
        </w:rPr>
      </w:pPr>
    </w:p>
    <w:sectPr w:rsidRPr="00D53DBD" w:rsidR="0061290B" w:rsidSect="00D53DBD">
      <w:pgSz w:w="12240" w:h="15840" w:orient="portrait"/>
      <w:pgMar w:top="1440" w:right="1800" w:bottom="1440" w:left="1800" w:header="720" w:footer="720" w:gutter="0"/>
      <w:pgBorders w:offsetFrom="page">
        <w:top w:val="flowersTiny" w:color="auto" w:sz="14" w:space="24"/>
        <w:left w:val="flowersTiny" w:color="auto" w:sz="14" w:space="24"/>
        <w:bottom w:val="flowersTiny" w:color="auto" w:sz="14" w:space="24"/>
        <w:right w:val="flowersTiny" w:color="auto" w:sz="14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0">
    <w:nsid w:val="b1a70e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cd01ad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1">
    <w:abstractNumId w:val="10"/>
  </w:num>
  <w:num w:numId="10">
    <w:abstractNumId w:val="9"/>
  </w:num>
  <w:num w:numId="1" w16cid:durableId="1458642775">
    <w:abstractNumId w:val="8"/>
  </w:num>
  <w:num w:numId="2" w16cid:durableId="1566405438">
    <w:abstractNumId w:val="6"/>
  </w:num>
  <w:num w:numId="3" w16cid:durableId="541097467">
    <w:abstractNumId w:val="5"/>
  </w:num>
  <w:num w:numId="4" w16cid:durableId="614404053">
    <w:abstractNumId w:val="4"/>
  </w:num>
  <w:num w:numId="5" w16cid:durableId="1500151458">
    <w:abstractNumId w:val="7"/>
  </w:num>
  <w:num w:numId="6" w16cid:durableId="688607894">
    <w:abstractNumId w:val="3"/>
  </w:num>
  <w:num w:numId="7" w16cid:durableId="1367176341">
    <w:abstractNumId w:val="2"/>
  </w:num>
  <w:num w:numId="8" w16cid:durableId="1021007629">
    <w:abstractNumId w:val="1"/>
  </w:num>
  <w:num w:numId="9" w16cid:durableId="502012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511"/>
    <w:rsid w:val="0006063C"/>
    <w:rsid w:val="0015074B"/>
    <w:rsid w:val="0029639D"/>
    <w:rsid w:val="00326F90"/>
    <w:rsid w:val="003372AC"/>
    <w:rsid w:val="003B05ED"/>
    <w:rsid w:val="0061290B"/>
    <w:rsid w:val="007219A4"/>
    <w:rsid w:val="00AA1D8D"/>
    <w:rsid w:val="00B47730"/>
    <w:rsid w:val="00CB0664"/>
    <w:rsid w:val="00D53DBD"/>
    <w:rsid w:val="00FC693F"/>
    <w:rsid w:val="013CC0F8"/>
    <w:rsid w:val="01B9790D"/>
    <w:rsid w:val="01F4A0C2"/>
    <w:rsid w:val="02DD5E38"/>
    <w:rsid w:val="0301741D"/>
    <w:rsid w:val="033EA66A"/>
    <w:rsid w:val="03CAA8EA"/>
    <w:rsid w:val="042BAA81"/>
    <w:rsid w:val="05D9C6DD"/>
    <w:rsid w:val="0635CFB2"/>
    <w:rsid w:val="0635CFB2"/>
    <w:rsid w:val="06548D47"/>
    <w:rsid w:val="0675B3E0"/>
    <w:rsid w:val="06D7A30C"/>
    <w:rsid w:val="07491962"/>
    <w:rsid w:val="0821A09B"/>
    <w:rsid w:val="08236B83"/>
    <w:rsid w:val="08394819"/>
    <w:rsid w:val="08A8AE6A"/>
    <w:rsid w:val="08FC9958"/>
    <w:rsid w:val="094D51A1"/>
    <w:rsid w:val="0A28E26C"/>
    <w:rsid w:val="0A28E26C"/>
    <w:rsid w:val="0A74385E"/>
    <w:rsid w:val="0AD41CB8"/>
    <w:rsid w:val="0BCEEA17"/>
    <w:rsid w:val="0BD6D1E6"/>
    <w:rsid w:val="0C40689A"/>
    <w:rsid w:val="0C520988"/>
    <w:rsid w:val="0CAA669F"/>
    <w:rsid w:val="0CB2F55A"/>
    <w:rsid w:val="0CE678A5"/>
    <w:rsid w:val="0E4818CA"/>
    <w:rsid w:val="0F013A81"/>
    <w:rsid w:val="0F3758C0"/>
    <w:rsid w:val="0F5B297A"/>
    <w:rsid w:val="0F660AB6"/>
    <w:rsid w:val="0F8C5BB8"/>
    <w:rsid w:val="105F2F06"/>
    <w:rsid w:val="10D3EC4E"/>
    <w:rsid w:val="113D49B4"/>
    <w:rsid w:val="11E09B00"/>
    <w:rsid w:val="12DBDC4B"/>
    <w:rsid w:val="13A5BD31"/>
    <w:rsid w:val="1401885E"/>
    <w:rsid w:val="142817D6"/>
    <w:rsid w:val="14646FE3"/>
    <w:rsid w:val="1479CC68"/>
    <w:rsid w:val="148906B0"/>
    <w:rsid w:val="1502B573"/>
    <w:rsid w:val="15D983D9"/>
    <w:rsid w:val="15ED05F2"/>
    <w:rsid w:val="16448E43"/>
    <w:rsid w:val="16E2D8AC"/>
    <w:rsid w:val="17859098"/>
    <w:rsid w:val="180AA3F9"/>
    <w:rsid w:val="181388DA"/>
    <w:rsid w:val="18229A1D"/>
    <w:rsid w:val="18C7FC28"/>
    <w:rsid w:val="18DC6FF5"/>
    <w:rsid w:val="18F1944B"/>
    <w:rsid w:val="19295AEA"/>
    <w:rsid w:val="1932F344"/>
    <w:rsid w:val="1AB81087"/>
    <w:rsid w:val="1ABBA55E"/>
    <w:rsid w:val="1AE023E6"/>
    <w:rsid w:val="1AF6CC25"/>
    <w:rsid w:val="1AFE822E"/>
    <w:rsid w:val="1B695458"/>
    <w:rsid w:val="1C2359B5"/>
    <w:rsid w:val="1C40D02C"/>
    <w:rsid w:val="1C433988"/>
    <w:rsid w:val="1CA40C54"/>
    <w:rsid w:val="1CB13E6E"/>
    <w:rsid w:val="1D0525D2"/>
    <w:rsid w:val="1D0EC890"/>
    <w:rsid w:val="1D18EFAA"/>
    <w:rsid w:val="1D3BC850"/>
    <w:rsid w:val="1D3C4BD7"/>
    <w:rsid w:val="1D873074"/>
    <w:rsid w:val="1D959A92"/>
    <w:rsid w:val="1DD26581"/>
    <w:rsid w:val="1DD2A5DA"/>
    <w:rsid w:val="1DF8DA93"/>
    <w:rsid w:val="1E09D680"/>
    <w:rsid w:val="1EDEBB27"/>
    <w:rsid w:val="1F0572F5"/>
    <w:rsid w:val="1F2B1A84"/>
    <w:rsid w:val="1FA24FBC"/>
    <w:rsid w:val="2084CA76"/>
    <w:rsid w:val="2129FCD4"/>
    <w:rsid w:val="213F39A2"/>
    <w:rsid w:val="21F3D123"/>
    <w:rsid w:val="21F3D123"/>
    <w:rsid w:val="221E0D5A"/>
    <w:rsid w:val="22F344EA"/>
    <w:rsid w:val="23370C6A"/>
    <w:rsid w:val="234050CD"/>
    <w:rsid w:val="23B4A64D"/>
    <w:rsid w:val="2406A2B5"/>
    <w:rsid w:val="24DD0A7B"/>
    <w:rsid w:val="24FA4A19"/>
    <w:rsid w:val="253E84E8"/>
    <w:rsid w:val="25449522"/>
    <w:rsid w:val="254EE447"/>
    <w:rsid w:val="26DD90ED"/>
    <w:rsid w:val="27461573"/>
    <w:rsid w:val="28715351"/>
    <w:rsid w:val="287BAFAF"/>
    <w:rsid w:val="2881BF2F"/>
    <w:rsid w:val="28C34A8C"/>
    <w:rsid w:val="29B5F710"/>
    <w:rsid w:val="2AB462E8"/>
    <w:rsid w:val="2AE2F7B2"/>
    <w:rsid w:val="2BEA0B44"/>
    <w:rsid w:val="2C2A3A57"/>
    <w:rsid w:val="2C54838D"/>
    <w:rsid w:val="2C7F955C"/>
    <w:rsid w:val="2C929B9C"/>
    <w:rsid w:val="2CC5498B"/>
    <w:rsid w:val="2E343237"/>
    <w:rsid w:val="2EAD8A8F"/>
    <w:rsid w:val="2EFD4B44"/>
    <w:rsid w:val="2F0B739A"/>
    <w:rsid w:val="2F62D0B6"/>
    <w:rsid w:val="2FDB58DB"/>
    <w:rsid w:val="30A09161"/>
    <w:rsid w:val="30C569D1"/>
    <w:rsid w:val="30F30BD3"/>
    <w:rsid w:val="3208565C"/>
    <w:rsid w:val="324F20D9"/>
    <w:rsid w:val="32CF4779"/>
    <w:rsid w:val="32DE2524"/>
    <w:rsid w:val="336865E8"/>
    <w:rsid w:val="336B18A2"/>
    <w:rsid w:val="33BFD45B"/>
    <w:rsid w:val="345DC8AA"/>
    <w:rsid w:val="34958715"/>
    <w:rsid w:val="34BA7804"/>
    <w:rsid w:val="34E2B594"/>
    <w:rsid w:val="352966C0"/>
    <w:rsid w:val="358A2008"/>
    <w:rsid w:val="35FFBA57"/>
    <w:rsid w:val="36250270"/>
    <w:rsid w:val="36250270"/>
    <w:rsid w:val="366457B7"/>
    <w:rsid w:val="3706691E"/>
    <w:rsid w:val="374CD70B"/>
    <w:rsid w:val="388F9B5B"/>
    <w:rsid w:val="38F57A82"/>
    <w:rsid w:val="38F5FD5A"/>
    <w:rsid w:val="39F7AF07"/>
    <w:rsid w:val="3A943DDB"/>
    <w:rsid w:val="3A94891B"/>
    <w:rsid w:val="3C09B221"/>
    <w:rsid w:val="3C09B221"/>
    <w:rsid w:val="3C1618A8"/>
    <w:rsid w:val="3C1618A8"/>
    <w:rsid w:val="3C3B50CA"/>
    <w:rsid w:val="3C7EC0AE"/>
    <w:rsid w:val="3E7343B6"/>
    <w:rsid w:val="3F70066A"/>
    <w:rsid w:val="3FAEB19E"/>
    <w:rsid w:val="3FAEB19E"/>
    <w:rsid w:val="3FD2AB62"/>
    <w:rsid w:val="3FFF416B"/>
    <w:rsid w:val="4108BD9C"/>
    <w:rsid w:val="41CB193B"/>
    <w:rsid w:val="41EE44E7"/>
    <w:rsid w:val="424928F8"/>
    <w:rsid w:val="424E7EAE"/>
    <w:rsid w:val="43171583"/>
    <w:rsid w:val="43233FE7"/>
    <w:rsid w:val="4324BE3C"/>
    <w:rsid w:val="44746C6F"/>
    <w:rsid w:val="44ECB6D7"/>
    <w:rsid w:val="44ECB6D7"/>
    <w:rsid w:val="4527013C"/>
    <w:rsid w:val="45470F0B"/>
    <w:rsid w:val="45AEB60E"/>
    <w:rsid w:val="45B52677"/>
    <w:rsid w:val="461914A0"/>
    <w:rsid w:val="4656B680"/>
    <w:rsid w:val="469AE0ED"/>
    <w:rsid w:val="469E9352"/>
    <w:rsid w:val="46A387CA"/>
    <w:rsid w:val="46AEACD4"/>
    <w:rsid w:val="46AEACD4"/>
    <w:rsid w:val="46D852DE"/>
    <w:rsid w:val="46E23444"/>
    <w:rsid w:val="46E23444"/>
    <w:rsid w:val="47CB01E6"/>
    <w:rsid w:val="47CB01E6"/>
    <w:rsid w:val="4909C7CA"/>
    <w:rsid w:val="49423C44"/>
    <w:rsid w:val="497189E4"/>
    <w:rsid w:val="49A5ABEA"/>
    <w:rsid w:val="49C98EF1"/>
    <w:rsid w:val="4A55AA0F"/>
    <w:rsid w:val="4A5E3138"/>
    <w:rsid w:val="4A96FAAE"/>
    <w:rsid w:val="4B2C09F1"/>
    <w:rsid w:val="4B47273B"/>
    <w:rsid w:val="4B47273B"/>
    <w:rsid w:val="4BF78F51"/>
    <w:rsid w:val="4C5BD373"/>
    <w:rsid w:val="4C815D0B"/>
    <w:rsid w:val="4D8BE274"/>
    <w:rsid w:val="4DD0D1B9"/>
    <w:rsid w:val="4E8B3331"/>
    <w:rsid w:val="4E9D4388"/>
    <w:rsid w:val="4EB008A4"/>
    <w:rsid w:val="4EDD44FD"/>
    <w:rsid w:val="4EE3A531"/>
    <w:rsid w:val="4F3E5D80"/>
    <w:rsid w:val="4F819AE3"/>
    <w:rsid w:val="4FF4C0F5"/>
    <w:rsid w:val="50153537"/>
    <w:rsid w:val="50E7C87C"/>
    <w:rsid w:val="51A2F7F7"/>
    <w:rsid w:val="51AB8F77"/>
    <w:rsid w:val="51AB8F77"/>
    <w:rsid w:val="5252552E"/>
    <w:rsid w:val="52A0BAE0"/>
    <w:rsid w:val="53A92CDA"/>
    <w:rsid w:val="53FD9312"/>
    <w:rsid w:val="5457EC85"/>
    <w:rsid w:val="54B80FCF"/>
    <w:rsid w:val="54F1FFC5"/>
    <w:rsid w:val="552F40B1"/>
    <w:rsid w:val="55E92673"/>
    <w:rsid w:val="55EDA5FE"/>
    <w:rsid w:val="55EDA5FE"/>
    <w:rsid w:val="5631320D"/>
    <w:rsid w:val="56332151"/>
    <w:rsid w:val="5690D294"/>
    <w:rsid w:val="57036D75"/>
    <w:rsid w:val="5728FEF1"/>
    <w:rsid w:val="57763877"/>
    <w:rsid w:val="57D0A630"/>
    <w:rsid w:val="589A4EDF"/>
    <w:rsid w:val="589A4EDF"/>
    <w:rsid w:val="58ED746D"/>
    <w:rsid w:val="590A1677"/>
    <w:rsid w:val="594D1F57"/>
    <w:rsid w:val="59BC4AFA"/>
    <w:rsid w:val="59F0B1A9"/>
    <w:rsid w:val="59F0B1A9"/>
    <w:rsid w:val="5A65CC8E"/>
    <w:rsid w:val="5A65EC19"/>
    <w:rsid w:val="5B1D9897"/>
    <w:rsid w:val="5B8F6957"/>
    <w:rsid w:val="5C07C4EF"/>
    <w:rsid w:val="5C0E7C74"/>
    <w:rsid w:val="5C1AF5BF"/>
    <w:rsid w:val="5C59D10F"/>
    <w:rsid w:val="5CB58E95"/>
    <w:rsid w:val="5D17FF04"/>
    <w:rsid w:val="5D2331B9"/>
    <w:rsid w:val="5DFE4012"/>
    <w:rsid w:val="5E43E443"/>
    <w:rsid w:val="5F627A77"/>
    <w:rsid w:val="6011FC8A"/>
    <w:rsid w:val="60BBC82D"/>
    <w:rsid w:val="610490C1"/>
    <w:rsid w:val="6140D4BE"/>
    <w:rsid w:val="61F38CCA"/>
    <w:rsid w:val="624A2A98"/>
    <w:rsid w:val="63033714"/>
    <w:rsid w:val="6334FCD1"/>
    <w:rsid w:val="63B17A37"/>
    <w:rsid w:val="641BB525"/>
    <w:rsid w:val="64858294"/>
    <w:rsid w:val="648DD881"/>
    <w:rsid w:val="6587348E"/>
    <w:rsid w:val="667A8FFA"/>
    <w:rsid w:val="6719DFB2"/>
    <w:rsid w:val="67D7E533"/>
    <w:rsid w:val="67DF5650"/>
    <w:rsid w:val="684B2985"/>
    <w:rsid w:val="68F87955"/>
    <w:rsid w:val="6927C060"/>
    <w:rsid w:val="696821F1"/>
    <w:rsid w:val="69B26399"/>
    <w:rsid w:val="6A314457"/>
    <w:rsid w:val="6A80D821"/>
    <w:rsid w:val="6A90893F"/>
    <w:rsid w:val="6A971673"/>
    <w:rsid w:val="6B0C4B07"/>
    <w:rsid w:val="6B2157A1"/>
    <w:rsid w:val="6BB43B4F"/>
    <w:rsid w:val="6C35DCCC"/>
    <w:rsid w:val="6C44C038"/>
    <w:rsid w:val="6CD19D32"/>
    <w:rsid w:val="6CD60DEF"/>
    <w:rsid w:val="6D818747"/>
    <w:rsid w:val="6DBE2FF8"/>
    <w:rsid w:val="6E396835"/>
    <w:rsid w:val="6E3E8F6F"/>
    <w:rsid w:val="6E79D27B"/>
    <w:rsid w:val="6E95C822"/>
    <w:rsid w:val="6F2A27FD"/>
    <w:rsid w:val="6F7EDBEA"/>
    <w:rsid w:val="6F8E2042"/>
    <w:rsid w:val="6FF763A1"/>
    <w:rsid w:val="6FF85F25"/>
    <w:rsid w:val="702DBED0"/>
    <w:rsid w:val="70D529DF"/>
    <w:rsid w:val="70D529DF"/>
    <w:rsid w:val="70EEB6D5"/>
    <w:rsid w:val="70F5EDD3"/>
    <w:rsid w:val="7136F620"/>
    <w:rsid w:val="71EE2AAB"/>
    <w:rsid w:val="7231A2A9"/>
    <w:rsid w:val="725F122A"/>
    <w:rsid w:val="734E38AC"/>
    <w:rsid w:val="735E05D3"/>
    <w:rsid w:val="73EE0A1C"/>
    <w:rsid w:val="7409CDE2"/>
    <w:rsid w:val="74439600"/>
    <w:rsid w:val="74A554F1"/>
    <w:rsid w:val="75714CD8"/>
    <w:rsid w:val="75E4A1F7"/>
    <w:rsid w:val="763740BA"/>
    <w:rsid w:val="76376818"/>
    <w:rsid w:val="765928D4"/>
    <w:rsid w:val="775EFE0D"/>
    <w:rsid w:val="778B1E13"/>
    <w:rsid w:val="778B1E13"/>
    <w:rsid w:val="77ADCCDE"/>
    <w:rsid w:val="789F0149"/>
    <w:rsid w:val="78CB6D59"/>
    <w:rsid w:val="78E01CBE"/>
    <w:rsid w:val="7920A808"/>
    <w:rsid w:val="793914DE"/>
    <w:rsid w:val="79968B84"/>
    <w:rsid w:val="79E1EA64"/>
    <w:rsid w:val="7A8C9C21"/>
    <w:rsid w:val="7A8CBC57"/>
    <w:rsid w:val="7AF192A4"/>
    <w:rsid w:val="7B46C3E2"/>
    <w:rsid w:val="7B70BDF1"/>
    <w:rsid w:val="7D1CB2BC"/>
    <w:rsid w:val="7D620B9D"/>
    <w:rsid w:val="7D620B9D"/>
    <w:rsid w:val="7D77F1F0"/>
    <w:rsid w:val="7DB6BA1F"/>
    <w:rsid w:val="7DC99423"/>
    <w:rsid w:val="7DEF6BB4"/>
    <w:rsid w:val="7E3F9C30"/>
    <w:rsid w:val="7EE73A2F"/>
    <w:rsid w:val="7F35E958"/>
    <w:rsid w:val="7F89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337EB"/>
  <w14:defaultImageDpi w14:val="300"/>
  <w15:docId w15:val="{DC764296-2AAA-4513-BC87-B66D6263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19" ma:contentTypeDescription="Stvaranje novog dokumenta." ma:contentTypeScope="" ma:versionID="ba5f170a4f18f8c9abadf02d70164709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825110e7640c2f94f30d6ff7c24f9a00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SATOVIINFORMACI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ATOVIINFORMACIJA" ma:index="25" nillable="true" ma:displayName="SATOVI INFORMACIJA" ma:description="https://carnet-my.sharepoint.com/:w:/g/personal/marina_habazin_skole_hr/EdjhZVntEqxIhXRnCvV9ZgkB-zKtoMC1RXOelYi3Fn6LKQ?e=Mm7Gi5" ma:format="Hyperlink" ma:internalName="SATOVIINFORMACIJ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a36482-70ac-400f-8fd0-241ecc39450f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TOVIINFORMACIJA xmlns="3498d0d5-97d2-42ca-9090-95be33117fb9">
      <Url xsi:nil="true"/>
      <Description xsi:nil="true"/>
    </SATOVIINFORMACIJA>
    <TaxCatchAll xmlns="c3d1f244-6952-471a-a14b-b439d1271939" xsi:nil="true"/>
    <lcf76f155ced4ddcb4097134ff3c332f xmlns="3498d0d5-97d2-42ca-9090-95be33117f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F77347-D106-484A-919E-D8D3FF2972B9}"/>
</file>

<file path=customXml/itemProps3.xml><?xml version="1.0" encoding="utf-8"?>
<ds:datastoreItem xmlns:ds="http://schemas.openxmlformats.org/officeDocument/2006/customXml" ds:itemID="{8AA9057D-7C34-4DCA-ABD4-B4EA3FB70B9B}"/>
</file>

<file path=customXml/itemProps4.xml><?xml version="1.0" encoding="utf-8"?>
<ds:datastoreItem xmlns:ds="http://schemas.openxmlformats.org/officeDocument/2006/customXml" ds:itemID="{64982B68-D3C4-48D7-ABD9-BC161346F8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Brigita Matekalo</lastModifiedBy>
  <revision>29</revision>
  <dcterms:created xsi:type="dcterms:W3CDTF">2026-08-28T11:33:00.0000000Z</dcterms:created>
  <dcterms:modified xsi:type="dcterms:W3CDTF">2026-09-29T12:44:32.3547462Z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  <property fmtid="{D5CDD505-2E9C-101B-9397-08002B2CF9AE}" pid="3" name="MediaServiceImageTags">
    <vt:lpwstr/>
  </property>
</Properties>
</file>