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D05982" w:rsidP="7292DFCF" w:rsidRDefault="252919E8" w14:paraId="6E47DB59" w14:textId="2439EE84">
      <w:pPr>
        <w:pStyle w:val="Naslov1"/>
        <w:ind w:left="2880"/>
        <w:rPr>
          <w:rFonts w:ascii="Times New Roman" w:hAnsi="Times New Roman" w:eastAsia="Times New Roman" w:cs="Times New Roman"/>
          <w:sz w:val="32"/>
          <w:szCs w:val="32"/>
          <w:highlight w:val="yellow"/>
        </w:rPr>
      </w:pPr>
      <w:r w:rsidRPr="727407FA" w:rsidR="727407FA">
        <w:rPr>
          <w:rFonts w:ascii="Times New Roman" w:hAnsi="Times New Roman" w:eastAsia="Times New Roman" w:cs="Times New Roman"/>
          <w:sz w:val="32"/>
          <w:szCs w:val="32"/>
          <w:highlight w:val="yellow"/>
        </w:rPr>
        <w:t xml:space="preserve"> Plan </w:t>
      </w:r>
      <w:r w:rsidRPr="727407FA" w:rsidR="727407FA">
        <w:rPr>
          <w:rFonts w:ascii="Times New Roman" w:hAnsi="Times New Roman" w:eastAsia="Times New Roman" w:cs="Times New Roman"/>
          <w:sz w:val="32"/>
          <w:szCs w:val="32"/>
          <w:highlight w:val="yellow"/>
        </w:rPr>
        <w:t>roditeljski</w:t>
      </w:r>
      <w:r w:rsidRPr="727407FA" w:rsidR="727407FA">
        <w:rPr>
          <w:rFonts w:ascii="Times New Roman" w:hAnsi="Times New Roman" w:eastAsia="Times New Roman" w:cs="Times New Roman"/>
          <w:sz w:val="32"/>
          <w:szCs w:val="32"/>
          <w:highlight w:val="yellow"/>
        </w:rPr>
        <w:t>h</w:t>
      </w:r>
      <w:r w:rsidRPr="727407FA" w:rsidR="727407FA">
        <w:rPr>
          <w:rFonts w:ascii="Times New Roman" w:hAnsi="Times New Roman" w:eastAsia="Times New Roman" w:cs="Times New Roman"/>
          <w:sz w:val="32"/>
          <w:szCs w:val="32"/>
          <w:highlight w:val="yellow"/>
        </w:rPr>
        <w:t xml:space="preserve"> </w:t>
      </w:r>
      <w:r w:rsidRPr="727407FA" w:rsidR="727407FA">
        <w:rPr>
          <w:rFonts w:ascii="Times New Roman" w:hAnsi="Times New Roman" w:eastAsia="Times New Roman" w:cs="Times New Roman"/>
          <w:sz w:val="32"/>
          <w:szCs w:val="32"/>
          <w:highlight w:val="yellow"/>
        </w:rPr>
        <w:t>sastanaka</w:t>
      </w:r>
      <w:r w:rsidRPr="727407FA" w:rsidR="727407FA">
        <w:rPr>
          <w:rFonts w:ascii="Times New Roman" w:hAnsi="Times New Roman" w:eastAsia="Times New Roman" w:cs="Times New Roman"/>
          <w:sz w:val="32"/>
          <w:szCs w:val="32"/>
          <w:highlight w:val="yellow"/>
        </w:rPr>
        <w:t xml:space="preserve"> </w:t>
      </w:r>
      <w:r w:rsidRPr="727407FA" w:rsidR="727407FA">
        <w:rPr>
          <w:rFonts w:ascii="Times New Roman" w:hAnsi="Times New Roman" w:eastAsia="Times New Roman" w:cs="Times New Roman"/>
          <w:sz w:val="32"/>
          <w:szCs w:val="32"/>
          <w:highlight w:val="yellow"/>
        </w:rPr>
        <w:t>2</w:t>
      </w:r>
      <w:r w:rsidRPr="727407FA" w:rsidR="727407FA">
        <w:rPr>
          <w:rFonts w:ascii="Times New Roman" w:hAnsi="Times New Roman" w:eastAsia="Times New Roman" w:cs="Times New Roman"/>
          <w:sz w:val="32"/>
          <w:szCs w:val="32"/>
          <w:highlight w:val="yellow"/>
        </w:rPr>
        <w:t>026. /202</w:t>
      </w:r>
      <w:r w:rsidRPr="727407FA" w:rsidR="727407FA">
        <w:rPr>
          <w:rFonts w:ascii="Times New Roman" w:hAnsi="Times New Roman" w:eastAsia="Times New Roman" w:cs="Times New Roman"/>
          <w:sz w:val="32"/>
          <w:szCs w:val="32"/>
          <w:highlight w:val="yellow"/>
        </w:rPr>
        <w:t>7.</w:t>
      </w:r>
      <w:r w:rsidRPr="727407FA" w:rsidR="727407FA">
        <w:rPr>
          <w:rFonts w:ascii="Times New Roman" w:hAnsi="Times New Roman" w:eastAsia="Times New Roman" w:cs="Times New Roman"/>
          <w:sz w:val="32"/>
          <w:szCs w:val="32"/>
          <w:highlight w:val="yellow"/>
        </w:rPr>
        <w:t xml:space="preserve"> -</w:t>
      </w:r>
      <w:r w:rsidRPr="727407FA" w:rsidR="727407FA">
        <w:rPr>
          <w:rFonts w:ascii="Times New Roman" w:hAnsi="Times New Roman" w:eastAsia="Times New Roman" w:cs="Times New Roman"/>
          <w:sz w:val="32"/>
          <w:szCs w:val="32"/>
          <w:highlight w:val="yellow"/>
        </w:rPr>
        <w:t>teme</w:t>
      </w:r>
    </w:p>
    <w:tbl>
      <w:tblPr>
        <w:tblStyle w:val="Reetkatablice"/>
        <w:tblW w:w="13069" w:type="dxa"/>
        <w:tblLook w:val="04A0" w:firstRow="1" w:lastRow="0" w:firstColumn="1" w:lastColumn="0" w:noHBand="0" w:noVBand="1"/>
      </w:tblPr>
      <w:tblGrid>
        <w:gridCol w:w="1440"/>
        <w:gridCol w:w="1492"/>
        <w:gridCol w:w="3105"/>
        <w:gridCol w:w="3150"/>
        <w:gridCol w:w="3882"/>
      </w:tblGrid>
      <w:tr w:rsidR="00D05982" w:rsidTr="6939E3B0" w14:paraId="41FCC3F3" w14:textId="77777777">
        <w:trPr>
          <w:trHeight w:val="300"/>
        </w:trPr>
        <w:tc>
          <w:tcPr>
            <w:tcW w:w="1440" w:type="dxa"/>
            <w:tcMar/>
          </w:tcPr>
          <w:p w:rsidR="00D05982" w:rsidRDefault="00757CBA" w14:paraId="29ED6611" w14:textId="77777777">
            <w:r>
              <w:t>Razred / Odjel</w:t>
            </w:r>
          </w:p>
        </w:tc>
        <w:tc>
          <w:tcPr>
            <w:tcW w:w="1492" w:type="dxa"/>
            <w:tcMar/>
          </w:tcPr>
          <w:p w:rsidR="00D05982" w:rsidRDefault="00757CBA" w14:paraId="68D69829" w14:textId="77777777">
            <w:r>
              <w:t>Razrednik/ca</w:t>
            </w:r>
          </w:p>
        </w:tc>
        <w:tc>
          <w:tcPr>
            <w:tcW w:w="3105" w:type="dxa"/>
            <w:tcMar/>
          </w:tcPr>
          <w:p w:rsidR="00D05982" w:rsidRDefault="00757CBA" w14:paraId="6F81A877" w14:textId="77777777">
            <w:r>
              <w:t>1. sastanak (IX.)</w:t>
            </w:r>
          </w:p>
        </w:tc>
        <w:tc>
          <w:tcPr>
            <w:tcW w:w="3150" w:type="dxa"/>
            <w:tcMar/>
          </w:tcPr>
          <w:p w:rsidR="00D05982" w:rsidRDefault="00757CBA" w14:paraId="7FB9C647" w14:textId="77777777">
            <w:r>
              <w:t>2. sastanak (I./II.)</w:t>
            </w:r>
          </w:p>
        </w:tc>
        <w:tc>
          <w:tcPr>
            <w:tcW w:w="3882" w:type="dxa"/>
            <w:tcMar/>
          </w:tcPr>
          <w:p w:rsidR="00D05982" w:rsidRDefault="00757CBA" w14:paraId="79BB4CB1" w14:textId="77777777">
            <w:r>
              <w:t>3. sastanak (V.)</w:t>
            </w:r>
          </w:p>
        </w:tc>
      </w:tr>
      <w:tr w:rsidR="00D05982" w:rsidTr="6939E3B0" w14:paraId="501C0DAA" w14:textId="77777777">
        <w:trPr>
          <w:trHeight w:val="315"/>
        </w:trPr>
        <w:tc>
          <w:tcPr>
            <w:tcW w:w="1440" w:type="dxa"/>
            <w:tcMar/>
          </w:tcPr>
          <w:p w:rsidR="00D05982" w:rsidRDefault="00757CBA" w14:paraId="6597220F" w14:textId="77777777">
            <w:r>
              <w:t>1.a</w:t>
            </w:r>
          </w:p>
        </w:tc>
        <w:tc>
          <w:tcPr>
            <w:tcW w:w="1492" w:type="dxa"/>
            <w:tcMar/>
          </w:tcPr>
          <w:p w:rsidR="00D05982" w:rsidRDefault="00757CBA" w14:paraId="6CECA79B" w14:textId="77777777">
            <w:r>
              <w:t>Željka Kramarić</w:t>
            </w:r>
          </w:p>
        </w:tc>
        <w:tc>
          <w:tcPr>
            <w:tcW w:w="3105" w:type="dxa"/>
            <w:tcMar/>
          </w:tcPr>
          <w:p w:rsidR="00D05982" w:rsidRDefault="00D05982" w14:paraId="47A18FF0" w14:textId="044B5157">
            <w:r w:rsidR="7292DFCF">
              <w:rPr/>
              <w:t>9.9.2026.</w:t>
            </w:r>
          </w:p>
          <w:p w:rsidR="00D05982" w:rsidRDefault="00D05982" w14:paraId="672A6659" w14:textId="5A6EF0E6">
            <w:r w:rsidR="7292DFCF">
              <w:rPr/>
              <w:t xml:space="preserve">Zakoni </w:t>
            </w:r>
            <w:r w:rsidR="7292DFCF">
              <w:rPr/>
              <w:t>i</w:t>
            </w:r>
            <w:r w:rsidR="7292DFCF">
              <w:rPr/>
              <w:t xml:space="preserve"> </w:t>
            </w:r>
            <w:r w:rsidR="7292DFCF">
              <w:rPr/>
              <w:t>pravilnici</w:t>
            </w:r>
            <w:r w:rsidR="7292DFCF">
              <w:rPr/>
              <w:t xml:space="preserve">, </w:t>
            </w:r>
            <w:r w:rsidR="7292DFCF">
              <w:rPr/>
              <w:t>kućni</w:t>
            </w:r>
            <w:r w:rsidR="7292DFCF">
              <w:rPr/>
              <w:t xml:space="preserve"> red </w:t>
            </w:r>
            <w:r w:rsidR="7292DFCF">
              <w:rPr/>
              <w:t>škole</w:t>
            </w:r>
            <w:r w:rsidR="7292DFCF">
              <w:rPr/>
              <w:t xml:space="preserve">, </w:t>
            </w:r>
            <w:r w:rsidR="7292DFCF">
              <w:rPr/>
              <w:t>terenska</w:t>
            </w:r>
            <w:r w:rsidR="7292DFCF">
              <w:rPr/>
              <w:t xml:space="preserve"> </w:t>
            </w:r>
            <w:r w:rsidR="7292DFCF">
              <w:rPr/>
              <w:t>nastava</w:t>
            </w:r>
            <w:r w:rsidR="7292DFCF">
              <w:rPr/>
              <w:t xml:space="preserve"> </w:t>
            </w:r>
            <w:r w:rsidR="7292DFCF">
              <w:rPr/>
              <w:t>(  plan</w:t>
            </w:r>
            <w:r w:rsidR="7292DFCF">
              <w:rPr/>
              <w:t>)</w:t>
            </w:r>
          </w:p>
        </w:tc>
        <w:tc>
          <w:tcPr>
            <w:tcW w:w="3150" w:type="dxa"/>
            <w:tcMar/>
          </w:tcPr>
          <w:p w:rsidR="00D05982" w:rsidRDefault="00D05982" w14:paraId="2AF2F636" w14:textId="794E4570">
            <w:r w:rsidR="7292DFCF">
              <w:rPr/>
              <w:t>Siječanj:</w:t>
            </w:r>
          </w:p>
          <w:p w:rsidR="00D05982" w:rsidRDefault="00D05982" w14:paraId="0A37501D" w14:textId="42D9430A">
            <w:r w:rsidR="7292DFCF">
              <w:rPr/>
              <w:t xml:space="preserve">Uspjeh </w:t>
            </w:r>
            <w:r w:rsidR="7292DFCF">
              <w:rPr/>
              <w:t>učenika</w:t>
            </w:r>
            <w:r w:rsidR="7292DFCF">
              <w:rPr/>
              <w:t xml:space="preserve"> u </w:t>
            </w:r>
            <w:r w:rsidR="7292DFCF">
              <w:rPr/>
              <w:t>prvom</w:t>
            </w:r>
            <w:r w:rsidR="7292DFCF">
              <w:rPr/>
              <w:t xml:space="preserve"> </w:t>
            </w:r>
            <w:r w:rsidR="7292DFCF">
              <w:rPr/>
              <w:t>obrazovnom</w:t>
            </w:r>
            <w:r w:rsidR="7292DFCF">
              <w:rPr/>
              <w:t xml:space="preserve"> razdoblju</w:t>
            </w:r>
          </w:p>
        </w:tc>
        <w:tc>
          <w:tcPr>
            <w:tcW w:w="3882" w:type="dxa"/>
            <w:tcMar/>
          </w:tcPr>
          <w:p w:rsidR="00D05982" w:rsidRDefault="00D05982" w14:paraId="0440781B" w14:textId="30E864DD">
            <w:r w:rsidR="7292DFCF">
              <w:rPr/>
              <w:t>Svibanj</w:t>
            </w:r>
            <w:r w:rsidR="7292DFCF">
              <w:rPr/>
              <w:t xml:space="preserve">: Analiza  </w:t>
            </w:r>
            <w:r w:rsidR="7292DFCF">
              <w:rPr/>
              <w:t>rada :</w:t>
            </w:r>
          </w:p>
          <w:p w:rsidR="00D05982" w:rsidRDefault="00D05982" w14:paraId="5DAB6C7B" w14:textId="37BB8E2A">
            <w:r w:rsidR="7292DFCF">
              <w:rPr/>
              <w:t>Što</w:t>
            </w:r>
            <w:r w:rsidR="7292DFCF">
              <w:rPr/>
              <w:t xml:space="preserve"> </w:t>
            </w:r>
            <w:r w:rsidR="7292DFCF">
              <w:rPr/>
              <w:t>smo</w:t>
            </w:r>
            <w:r w:rsidR="7292DFCF">
              <w:rPr/>
              <w:t xml:space="preserve"> </w:t>
            </w:r>
            <w:r w:rsidR="7292DFCF">
              <w:rPr/>
              <w:t>postigli</w:t>
            </w:r>
            <w:r w:rsidR="7292DFCF">
              <w:rPr/>
              <w:t xml:space="preserve">  u </w:t>
            </w:r>
            <w:r w:rsidR="7292DFCF">
              <w:rPr/>
              <w:t>prvom</w:t>
            </w:r>
            <w:r w:rsidR="7292DFCF">
              <w:rPr/>
              <w:t xml:space="preserve"> razredu</w:t>
            </w:r>
          </w:p>
        </w:tc>
      </w:tr>
      <w:tr w:rsidR="00D05982" w:rsidTr="6939E3B0" w14:paraId="62BAEFB0" w14:textId="77777777">
        <w:trPr>
          <w:trHeight w:val="300"/>
        </w:trPr>
        <w:tc>
          <w:tcPr>
            <w:tcW w:w="1440" w:type="dxa"/>
            <w:tcMar/>
          </w:tcPr>
          <w:p w:rsidR="00D05982" w:rsidRDefault="00757CBA" w14:paraId="53BDA29D" w14:textId="77777777">
            <w:r>
              <w:t>1.b</w:t>
            </w:r>
          </w:p>
        </w:tc>
        <w:tc>
          <w:tcPr>
            <w:tcW w:w="1492" w:type="dxa"/>
            <w:tcMar/>
          </w:tcPr>
          <w:p w:rsidR="00D05982" w:rsidRDefault="00757CBA" w14:paraId="11733EB6" w14:textId="77777777">
            <w:r>
              <w:t>Zrinka Bažant</w:t>
            </w:r>
          </w:p>
        </w:tc>
        <w:tc>
          <w:tcPr>
            <w:tcW w:w="3105" w:type="dxa"/>
            <w:tcMar/>
          </w:tcPr>
          <w:p w:rsidR="00D05982" w:rsidRDefault="00D05982" w14:paraId="20C7B473" w14:textId="044B5157">
            <w:r w:rsidR="727407FA">
              <w:rPr/>
              <w:t>9.9.2026.</w:t>
            </w:r>
          </w:p>
          <w:p w:rsidR="00D05982" w:rsidRDefault="00D05982" w14:paraId="5984F5D7" w14:textId="5A6EF0E6">
            <w:r w:rsidR="727407FA">
              <w:rPr/>
              <w:t>Zakoni i</w:t>
            </w:r>
            <w:r w:rsidR="727407FA">
              <w:rPr/>
              <w:t xml:space="preserve"> </w:t>
            </w:r>
            <w:r w:rsidR="727407FA">
              <w:rPr/>
              <w:t>pravilnici</w:t>
            </w:r>
            <w:r w:rsidR="727407FA">
              <w:rPr/>
              <w:t xml:space="preserve">, </w:t>
            </w:r>
            <w:r w:rsidR="727407FA">
              <w:rPr/>
              <w:t xml:space="preserve">kućni red </w:t>
            </w:r>
            <w:r w:rsidR="727407FA">
              <w:rPr/>
              <w:t>škole</w:t>
            </w:r>
            <w:r w:rsidR="727407FA">
              <w:rPr/>
              <w:t xml:space="preserve">, </w:t>
            </w:r>
            <w:r w:rsidR="727407FA">
              <w:rPr/>
              <w:t>terenska</w:t>
            </w:r>
            <w:r w:rsidR="727407FA">
              <w:rPr/>
              <w:t xml:space="preserve"> </w:t>
            </w:r>
            <w:r w:rsidR="727407FA">
              <w:rPr/>
              <w:t>nastava</w:t>
            </w:r>
            <w:r w:rsidR="727407FA">
              <w:rPr/>
              <w:t xml:space="preserve"> </w:t>
            </w:r>
            <w:r w:rsidR="727407FA">
              <w:rPr/>
              <w:t>(  plan</w:t>
            </w:r>
            <w:r w:rsidR="727407FA">
              <w:rPr/>
              <w:t>)</w:t>
            </w:r>
          </w:p>
          <w:p w:rsidR="00D05982" w:rsidRDefault="00D05982" w14:paraId="6A05A809" w14:textId="663B6A3F"/>
        </w:tc>
        <w:tc>
          <w:tcPr>
            <w:tcW w:w="3150" w:type="dxa"/>
            <w:tcMar/>
          </w:tcPr>
          <w:p w:rsidR="00D05982" w:rsidRDefault="00D05982" w14:paraId="2DF7449F" w14:textId="794E4570">
            <w:r w:rsidR="727407FA">
              <w:rPr/>
              <w:t>Siječanj:</w:t>
            </w:r>
          </w:p>
          <w:p w:rsidR="00D05982" w:rsidRDefault="00D05982" w14:paraId="38236AC8" w14:textId="42D9430A">
            <w:r w:rsidR="727407FA">
              <w:rPr/>
              <w:t>Uspjeh učenika u prvom</w:t>
            </w:r>
            <w:r w:rsidR="727407FA">
              <w:rPr/>
              <w:t xml:space="preserve"> </w:t>
            </w:r>
            <w:r w:rsidR="727407FA">
              <w:rPr/>
              <w:t>obrazovnom razdoblju</w:t>
            </w:r>
          </w:p>
          <w:p w:rsidR="00D05982" w:rsidRDefault="00D05982" w14:paraId="5A39BBE3" w14:textId="7DEB6974"/>
        </w:tc>
        <w:tc>
          <w:tcPr>
            <w:tcW w:w="3882" w:type="dxa"/>
            <w:tcMar/>
          </w:tcPr>
          <w:p w:rsidR="00D05982" w:rsidRDefault="00D05982" w14:paraId="4E782428" w14:textId="30E864DD">
            <w:r w:rsidR="727407FA">
              <w:rPr/>
              <w:t>Svibanj: Analiza  rada :</w:t>
            </w:r>
          </w:p>
          <w:p w:rsidR="00D05982" w:rsidP="727407FA" w:rsidRDefault="00D05982" w14:paraId="41C8F396" w14:textId="6FFA59D0">
            <w:pPr>
              <w:pStyle w:val="Normal"/>
            </w:pPr>
            <w:r w:rsidR="727407FA">
              <w:rPr/>
              <w:t>Što</w:t>
            </w:r>
            <w:r w:rsidR="727407FA">
              <w:rPr/>
              <w:t xml:space="preserve"> </w:t>
            </w:r>
            <w:r w:rsidR="727407FA">
              <w:rPr/>
              <w:t>smo</w:t>
            </w:r>
            <w:r w:rsidR="727407FA">
              <w:rPr/>
              <w:t xml:space="preserve"> </w:t>
            </w:r>
            <w:r w:rsidR="727407FA">
              <w:rPr/>
              <w:t>postigli  u prvom razredu</w:t>
            </w:r>
          </w:p>
        </w:tc>
      </w:tr>
      <w:tr w:rsidR="00D05982" w:rsidTr="6939E3B0" w14:paraId="44B8A4F4" w14:textId="77777777">
        <w:trPr>
          <w:trHeight w:val="1020"/>
        </w:trPr>
        <w:tc>
          <w:tcPr>
            <w:tcW w:w="1440" w:type="dxa"/>
            <w:tcMar/>
          </w:tcPr>
          <w:p w:rsidR="00D05982" w:rsidRDefault="00757CBA" w14:paraId="3C9F6CC0" w14:textId="77777777">
            <w:r>
              <w:t>1.c</w:t>
            </w:r>
          </w:p>
        </w:tc>
        <w:tc>
          <w:tcPr>
            <w:tcW w:w="1492" w:type="dxa"/>
            <w:tcMar/>
          </w:tcPr>
          <w:p w:rsidR="00D05982" w:rsidRDefault="00757CBA" w14:paraId="4D2913D3" w14:textId="77777777">
            <w:r>
              <w:t>Marija Klanac</w:t>
            </w:r>
          </w:p>
        </w:tc>
        <w:tc>
          <w:tcPr>
            <w:tcW w:w="3105" w:type="dxa"/>
            <w:tcMar/>
          </w:tcPr>
          <w:p w:rsidR="00D05982" w:rsidRDefault="00D05982" w14:paraId="79B902D0" w14:textId="044B5157">
            <w:r w:rsidR="7292DFCF">
              <w:rPr/>
              <w:t>9.9.2026.</w:t>
            </w:r>
          </w:p>
          <w:p w:rsidR="00D05982" w:rsidP="7292DFCF" w:rsidRDefault="00D05982" w14:paraId="0D0B940D" w14:textId="7CB22235">
            <w:pPr>
              <w:pStyle w:val="Normal"/>
            </w:pPr>
            <w:r w:rsidR="7292DFCF">
              <w:rPr/>
              <w:t xml:space="preserve">Zakon </w:t>
            </w:r>
            <w:r w:rsidR="7292DFCF">
              <w:rPr/>
              <w:t>i</w:t>
            </w:r>
            <w:r w:rsidR="7292DFCF">
              <w:rPr/>
              <w:t xml:space="preserve"> </w:t>
            </w:r>
            <w:r w:rsidR="7292DFCF">
              <w:rPr/>
              <w:t>pravilnici</w:t>
            </w:r>
            <w:r w:rsidR="7292DFCF">
              <w:rPr/>
              <w:t xml:space="preserve">, </w:t>
            </w:r>
            <w:r w:rsidR="7292DFCF">
              <w:rPr/>
              <w:t>kućni</w:t>
            </w:r>
            <w:r w:rsidR="7292DFCF">
              <w:rPr/>
              <w:t xml:space="preserve"> red </w:t>
            </w:r>
            <w:r w:rsidR="7292DFCF">
              <w:rPr/>
              <w:t>škole</w:t>
            </w:r>
            <w:r w:rsidR="7292DFCF">
              <w:rPr/>
              <w:t xml:space="preserve">, plan </w:t>
            </w:r>
            <w:r w:rsidR="7292DFCF">
              <w:rPr/>
              <w:t>izvanučioničke</w:t>
            </w:r>
            <w:r w:rsidR="7292DFCF">
              <w:rPr/>
              <w:t xml:space="preserve"> </w:t>
            </w:r>
            <w:r w:rsidR="7292DFCF">
              <w:rPr/>
              <w:t>nastave</w:t>
            </w:r>
          </w:p>
        </w:tc>
        <w:tc>
          <w:tcPr>
            <w:tcW w:w="3150" w:type="dxa"/>
            <w:tcMar/>
          </w:tcPr>
          <w:p w:rsidR="00D05982" w:rsidRDefault="00D05982" w14:paraId="5CF7FF3B" w14:textId="070CAC59">
            <w:r w:rsidR="7292DFCF">
              <w:rPr/>
              <w:t>prosinac/siječanj</w:t>
            </w:r>
          </w:p>
          <w:p w:rsidR="00D05982" w:rsidP="7292DFCF" w:rsidRDefault="00D05982" w14:paraId="3352C6CA" w14:textId="2E97CE55">
            <w:pPr>
              <w:pStyle w:val="Normal"/>
            </w:pPr>
          </w:p>
          <w:p w:rsidR="00D05982" w:rsidP="7292DFCF" w:rsidRDefault="00D05982" w14:paraId="0E27B00A" w14:textId="397CB20E">
            <w:pPr>
              <w:pStyle w:val="Normal"/>
            </w:pPr>
            <w:r w:rsidR="7292DFCF">
              <w:rPr/>
              <w:t>Poruke</w:t>
            </w:r>
            <w:r w:rsidR="7292DFCF">
              <w:rPr/>
              <w:t xml:space="preserve"> </w:t>
            </w:r>
            <w:r w:rsidR="7292DFCF">
              <w:rPr/>
              <w:t>koje</w:t>
            </w:r>
            <w:r w:rsidR="7292DFCF">
              <w:rPr/>
              <w:t xml:space="preserve"> </w:t>
            </w:r>
            <w:r w:rsidR="7292DFCF">
              <w:rPr/>
              <w:t>šaljemo</w:t>
            </w:r>
            <w:r w:rsidR="7292DFCF">
              <w:rPr/>
              <w:t xml:space="preserve"> djeci: odgojni stilovi</w:t>
            </w:r>
          </w:p>
        </w:tc>
        <w:tc>
          <w:tcPr>
            <w:tcW w:w="3882" w:type="dxa"/>
            <w:tcMar/>
          </w:tcPr>
          <w:p w:rsidR="00D05982" w:rsidRDefault="00D05982" w14:paraId="37748404" w14:textId="7ABA650B">
            <w:r w:rsidR="7292DFCF">
              <w:rPr/>
              <w:t>svibanj</w:t>
            </w:r>
          </w:p>
          <w:p w:rsidR="00D05982" w:rsidRDefault="00D05982" w14:paraId="376E45BB" w14:textId="13323589"/>
          <w:p w:rsidR="00D05982" w:rsidRDefault="00D05982" w14:paraId="756DDEEF" w14:textId="346BFCCC">
            <w:r w:rsidR="7292DFCF">
              <w:rPr/>
              <w:t>(Ne)</w:t>
            </w:r>
            <w:r w:rsidR="7292DFCF">
              <w:rPr/>
              <w:t>djelotvorna</w:t>
            </w:r>
            <w:r w:rsidR="7292DFCF">
              <w:rPr/>
              <w:t xml:space="preserve"> </w:t>
            </w:r>
            <w:r w:rsidR="7292DFCF">
              <w:rPr/>
              <w:t>ponašanja</w:t>
            </w:r>
            <w:r w:rsidR="7292DFCF">
              <w:rPr/>
              <w:t xml:space="preserve"> u odgoju</w:t>
            </w:r>
          </w:p>
          <w:p w:rsidR="00D05982" w:rsidRDefault="00D05982" w14:paraId="60061E4C" w14:textId="06461844">
            <w:r w:rsidR="7292DFCF">
              <w:rPr/>
              <w:t>Analiza rada tijekom nastavne godine</w:t>
            </w:r>
          </w:p>
        </w:tc>
      </w:tr>
      <w:tr w:rsidR="00D05982" w:rsidTr="6939E3B0" w14:paraId="370A7C07" w14:textId="77777777">
        <w:trPr>
          <w:trHeight w:val="300"/>
        </w:trPr>
        <w:tc>
          <w:tcPr>
            <w:tcW w:w="1440" w:type="dxa"/>
            <w:tcMar/>
          </w:tcPr>
          <w:p w:rsidR="00D05982" w:rsidRDefault="00757CBA" w14:paraId="4CF3D049" w14:textId="77777777">
            <w:r>
              <w:t>2.a</w:t>
            </w:r>
          </w:p>
        </w:tc>
        <w:tc>
          <w:tcPr>
            <w:tcW w:w="1492" w:type="dxa"/>
            <w:tcMar/>
          </w:tcPr>
          <w:p w:rsidR="00D05982" w:rsidRDefault="00757CBA" w14:paraId="687A95C0" w14:textId="77777777">
            <w:r>
              <w:t>Ana Kitner</w:t>
            </w:r>
          </w:p>
        </w:tc>
        <w:tc>
          <w:tcPr>
            <w:tcW w:w="3105" w:type="dxa"/>
            <w:tcMar/>
          </w:tcPr>
          <w:p w:rsidR="00D05982" w:rsidRDefault="00D05982" w14:paraId="0749DA89" w14:textId="666597BF">
            <w:r w:rsidR="727407FA">
              <w:rPr/>
              <w:t>Zakoni i pravilnici</w:t>
            </w:r>
            <w:r w:rsidR="727407FA">
              <w:rPr/>
              <w:t xml:space="preserve"> </w:t>
            </w:r>
          </w:p>
          <w:p w:rsidR="00D05982" w:rsidRDefault="00D05982" w14:paraId="11361383" w14:textId="6C68859F">
            <w:r w:rsidR="727407FA">
              <w:rPr/>
              <w:t>Kalendar rada</w:t>
            </w:r>
          </w:p>
          <w:p w:rsidR="00D05982" w:rsidRDefault="00D05982" w14:paraId="4F77199C" w14:textId="16C87F17">
            <w:r w:rsidR="727407FA">
              <w:rPr/>
              <w:t>Kućni red škole</w:t>
            </w:r>
          </w:p>
          <w:p w:rsidR="00D05982" w:rsidP="727407FA" w:rsidRDefault="00D05982" w14:paraId="4B94D5A5" w14:textId="2E95A6EC">
            <w:pPr>
              <w:pStyle w:val="Normal"/>
            </w:pPr>
            <w:r w:rsidR="727407FA">
              <w:rPr/>
              <w:t>Plan terenske</w:t>
            </w:r>
            <w:r w:rsidR="727407FA">
              <w:rPr/>
              <w:t xml:space="preserve"> </w:t>
            </w:r>
            <w:r w:rsidR="727407FA">
              <w:rPr/>
              <w:t>i</w:t>
            </w:r>
            <w:r w:rsidR="727407FA">
              <w:rPr/>
              <w:t xml:space="preserve"> </w:t>
            </w:r>
            <w:r w:rsidR="727407FA">
              <w:rPr/>
              <w:t>izvanučioničke</w:t>
            </w:r>
            <w:r w:rsidR="727407FA">
              <w:rPr/>
              <w:t xml:space="preserve"> </w:t>
            </w:r>
            <w:r w:rsidR="727407FA">
              <w:rPr/>
              <w:t>nastave, Suglasnosti</w:t>
            </w:r>
          </w:p>
        </w:tc>
        <w:tc>
          <w:tcPr>
            <w:tcW w:w="3150" w:type="dxa"/>
            <w:tcMar/>
          </w:tcPr>
          <w:p w:rsidR="00D05982" w:rsidRDefault="00D05982" w14:paraId="3EEF5ED1" w14:textId="794E4570">
            <w:r w:rsidR="727407FA">
              <w:rPr/>
              <w:t>Siječanj:</w:t>
            </w:r>
          </w:p>
          <w:p w:rsidR="00D05982" w:rsidP="727407FA" w:rsidRDefault="00D05982" w14:paraId="3DEEC669" w14:textId="662C402C">
            <w:pPr>
              <w:pStyle w:val="Normal"/>
            </w:pPr>
            <w:r w:rsidR="727407FA">
              <w:rPr/>
              <w:t xml:space="preserve">Uspjeh </w:t>
            </w:r>
            <w:r w:rsidR="727407FA">
              <w:rPr/>
              <w:t>učenika</w:t>
            </w:r>
            <w:r w:rsidR="727407FA">
              <w:rPr/>
              <w:t xml:space="preserve"> u </w:t>
            </w:r>
            <w:r w:rsidR="727407FA">
              <w:rPr/>
              <w:t>prvom</w:t>
            </w:r>
            <w:r w:rsidR="727407FA">
              <w:rPr/>
              <w:t xml:space="preserve"> </w:t>
            </w:r>
            <w:r w:rsidR="727407FA">
              <w:rPr/>
              <w:t>obrazovnom</w:t>
            </w:r>
            <w:r w:rsidR="727407FA">
              <w:rPr/>
              <w:t xml:space="preserve"> </w:t>
            </w:r>
            <w:r w:rsidR="727407FA">
              <w:rPr/>
              <w:t>razdoblju</w:t>
            </w:r>
            <w:r w:rsidR="727407FA">
              <w:rPr/>
              <w:t xml:space="preserve"> – </w:t>
            </w:r>
            <w:r w:rsidR="727407FA">
              <w:rPr/>
              <w:t>Razvoj</w:t>
            </w:r>
            <w:r w:rsidR="727407FA">
              <w:rPr/>
              <w:t xml:space="preserve"> </w:t>
            </w:r>
            <w:r w:rsidR="727407FA">
              <w:rPr/>
              <w:t>samopouzdanja</w:t>
            </w:r>
            <w:r w:rsidR="727407FA">
              <w:rPr/>
              <w:t xml:space="preserve"> </w:t>
            </w:r>
            <w:r w:rsidR="727407FA">
              <w:rPr/>
              <w:t>kod</w:t>
            </w:r>
            <w:r w:rsidR="727407FA">
              <w:rPr/>
              <w:t xml:space="preserve"> </w:t>
            </w:r>
            <w:r w:rsidR="727407FA">
              <w:rPr/>
              <w:t>djece</w:t>
            </w:r>
          </w:p>
        </w:tc>
        <w:tc>
          <w:tcPr>
            <w:tcW w:w="3882" w:type="dxa"/>
            <w:tcMar/>
          </w:tcPr>
          <w:p w:rsidR="00D05982" w:rsidP="727407FA" w:rsidRDefault="00D05982" w14:paraId="7DC8CFB6" w14:textId="1700C26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727407FA">
              <w:rPr/>
              <w:t>Svibanj</w:t>
            </w:r>
            <w:r w:rsidR="727407FA">
              <w:rPr/>
              <w:t xml:space="preserve">: </w:t>
            </w:r>
            <w:r w:rsidR="727407FA">
              <w:rPr/>
              <w:t>Uspjeh</w:t>
            </w:r>
            <w:r w:rsidR="727407FA">
              <w:rPr/>
              <w:t xml:space="preserve"> </w:t>
            </w:r>
            <w:r w:rsidR="727407FA">
              <w:rPr/>
              <w:t>na</w:t>
            </w:r>
            <w:r w:rsidR="727407FA">
              <w:rPr/>
              <w:t xml:space="preserve"> </w:t>
            </w:r>
            <w:r w:rsidR="727407FA">
              <w:rPr/>
              <w:t>kraju godine</w:t>
            </w:r>
          </w:p>
          <w:p w:rsidR="00D05982" w:rsidRDefault="00D05982" w14:paraId="3656B9AB" w14:textId="3A43D5AA"/>
        </w:tc>
      </w:tr>
      <w:tr w:rsidR="00D05982" w:rsidTr="6939E3B0" w14:paraId="4828AA8A" w14:textId="77777777">
        <w:trPr>
          <w:trHeight w:val="300"/>
        </w:trPr>
        <w:tc>
          <w:tcPr>
            <w:tcW w:w="1440" w:type="dxa"/>
            <w:tcMar/>
          </w:tcPr>
          <w:p w:rsidR="00D05982" w:rsidRDefault="00757CBA" w14:paraId="223F9175" w14:textId="77777777">
            <w:r>
              <w:t>2.b</w:t>
            </w:r>
          </w:p>
        </w:tc>
        <w:tc>
          <w:tcPr>
            <w:tcW w:w="1492" w:type="dxa"/>
            <w:tcMar/>
          </w:tcPr>
          <w:p w:rsidR="00D05982" w:rsidRDefault="00757CBA" w14:paraId="65B04C6C" w14:textId="77777777">
            <w:r>
              <w:t>Gordana Rajtar</w:t>
            </w:r>
          </w:p>
        </w:tc>
        <w:tc>
          <w:tcPr>
            <w:tcW w:w="3105" w:type="dxa"/>
            <w:tcMar/>
          </w:tcPr>
          <w:p w:rsidR="00D05982" w:rsidRDefault="00D05982" w14:paraId="36E87E7B" w14:textId="666597BF">
            <w:r w:rsidR="7292DFCF">
              <w:rPr/>
              <w:t>Zakoni i pravilnici</w:t>
            </w:r>
            <w:r w:rsidR="7292DFCF">
              <w:rPr/>
              <w:t xml:space="preserve"> </w:t>
            </w:r>
          </w:p>
          <w:p w:rsidR="00D05982" w:rsidRDefault="00D05982" w14:paraId="0FA2E645" w14:textId="6C68859F">
            <w:r w:rsidR="7292DFCF">
              <w:rPr/>
              <w:t>Kalendar rada</w:t>
            </w:r>
          </w:p>
          <w:p w:rsidR="00D05982" w:rsidRDefault="00D05982" w14:paraId="139EF1A6" w14:textId="16C87F17">
            <w:r w:rsidR="7292DFCF">
              <w:rPr/>
              <w:t>Kućni red škole</w:t>
            </w:r>
          </w:p>
          <w:p w:rsidR="00D05982" w:rsidRDefault="00D05982" w14:paraId="049F31CB" w14:textId="30D47F4C">
            <w:r w:rsidR="7292DFCF">
              <w:rPr/>
              <w:t xml:space="preserve">Plan </w:t>
            </w:r>
            <w:r w:rsidR="7292DFCF">
              <w:rPr/>
              <w:t>terenske</w:t>
            </w:r>
            <w:r w:rsidR="7292DFCF">
              <w:rPr/>
              <w:t xml:space="preserve"> </w:t>
            </w:r>
            <w:r w:rsidR="7292DFCF">
              <w:rPr/>
              <w:t>i</w:t>
            </w:r>
            <w:r w:rsidR="7292DFCF">
              <w:rPr/>
              <w:t xml:space="preserve"> </w:t>
            </w:r>
            <w:r w:rsidR="7292DFCF">
              <w:rPr/>
              <w:t>izvanučioničke</w:t>
            </w:r>
            <w:r w:rsidR="7292DFCF">
              <w:rPr/>
              <w:t xml:space="preserve"> </w:t>
            </w:r>
            <w:r w:rsidR="7292DFCF">
              <w:rPr/>
              <w:t>nastave</w:t>
            </w:r>
            <w:r w:rsidR="7292DFCF">
              <w:rPr/>
              <w:t>, Suglasnosti</w:t>
            </w:r>
          </w:p>
        </w:tc>
        <w:tc>
          <w:tcPr>
            <w:tcW w:w="3150" w:type="dxa"/>
            <w:tcMar/>
          </w:tcPr>
          <w:p w:rsidR="00D05982" w:rsidRDefault="00D05982" w14:paraId="1D138470" w14:textId="794E4570">
            <w:r w:rsidR="7292DFCF">
              <w:rPr/>
              <w:t>Siječanj:</w:t>
            </w:r>
          </w:p>
          <w:p w:rsidR="00D05982" w:rsidP="7292DFCF" w:rsidRDefault="00D05982" w14:paraId="53128261" w14:textId="48E3A0D6">
            <w:pPr>
              <w:pStyle w:val="Normal"/>
            </w:pPr>
            <w:r w:rsidR="7292DFCF">
              <w:rPr/>
              <w:t xml:space="preserve">Uspjeh </w:t>
            </w:r>
            <w:r w:rsidR="7292DFCF">
              <w:rPr/>
              <w:t>učenika</w:t>
            </w:r>
            <w:r w:rsidR="7292DFCF">
              <w:rPr/>
              <w:t xml:space="preserve"> u </w:t>
            </w:r>
            <w:r w:rsidR="7292DFCF">
              <w:rPr/>
              <w:t>prvom</w:t>
            </w:r>
            <w:r w:rsidR="7292DFCF">
              <w:rPr/>
              <w:t xml:space="preserve"> </w:t>
            </w:r>
            <w:r w:rsidR="7292DFCF">
              <w:rPr/>
              <w:t>obrazovnom</w:t>
            </w:r>
            <w:r w:rsidR="7292DFCF">
              <w:rPr/>
              <w:t xml:space="preserve"> </w:t>
            </w:r>
            <w:r w:rsidR="7292DFCF">
              <w:rPr/>
              <w:t>razdoblju</w:t>
            </w:r>
            <w:r w:rsidR="7292DFCF">
              <w:rPr/>
              <w:t xml:space="preserve"> – </w:t>
            </w:r>
            <w:r w:rsidR="7292DFCF">
              <w:rPr/>
              <w:t>Razvoj</w:t>
            </w:r>
            <w:r w:rsidR="7292DFCF">
              <w:rPr/>
              <w:t xml:space="preserve"> </w:t>
            </w:r>
            <w:r w:rsidR="7292DFCF">
              <w:rPr/>
              <w:t>samopouzdanja</w:t>
            </w:r>
            <w:r w:rsidR="7292DFCF">
              <w:rPr/>
              <w:t xml:space="preserve"> </w:t>
            </w:r>
            <w:r w:rsidR="7292DFCF">
              <w:rPr/>
              <w:t>kod</w:t>
            </w:r>
            <w:r w:rsidR="7292DFCF">
              <w:rPr/>
              <w:t xml:space="preserve"> djece</w:t>
            </w:r>
          </w:p>
        </w:tc>
        <w:tc>
          <w:tcPr>
            <w:tcW w:w="3882" w:type="dxa"/>
            <w:tcMar/>
          </w:tcPr>
          <w:p w:rsidR="00D05982" w:rsidP="7292DFCF" w:rsidRDefault="00D05982" w14:paraId="217E4AAE" w14:textId="1700C26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7292DFCF">
              <w:rPr/>
              <w:t>Svibanj</w:t>
            </w:r>
            <w:r w:rsidR="7292DFCF">
              <w:rPr/>
              <w:t xml:space="preserve">: </w:t>
            </w:r>
            <w:r w:rsidR="7292DFCF">
              <w:rPr/>
              <w:t>Uspjeh</w:t>
            </w:r>
            <w:r w:rsidR="7292DFCF">
              <w:rPr/>
              <w:t xml:space="preserve"> </w:t>
            </w:r>
            <w:r w:rsidR="7292DFCF">
              <w:rPr/>
              <w:t>na</w:t>
            </w:r>
            <w:r w:rsidR="7292DFCF">
              <w:rPr/>
              <w:t xml:space="preserve"> </w:t>
            </w:r>
            <w:r w:rsidR="7292DFCF">
              <w:rPr/>
              <w:t>kraju</w:t>
            </w:r>
            <w:r w:rsidR="7292DFCF">
              <w:rPr/>
              <w:t xml:space="preserve"> godine</w:t>
            </w:r>
          </w:p>
          <w:p w:rsidR="00D05982" w:rsidP="7292DFCF" w:rsidRDefault="00D05982" w14:paraId="62486C05" w14:textId="04DC6B0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</w:tc>
      </w:tr>
      <w:tr w:rsidR="00D05982" w:rsidTr="6939E3B0" w14:paraId="64CC97BD" w14:textId="77777777">
        <w:trPr>
          <w:trHeight w:val="300"/>
        </w:trPr>
        <w:tc>
          <w:tcPr>
            <w:tcW w:w="1440" w:type="dxa"/>
            <w:tcMar/>
          </w:tcPr>
          <w:p w:rsidR="00D05982" w:rsidRDefault="00757CBA" w14:paraId="20D0DC93" w14:textId="77777777">
            <w:r>
              <w:t>3.a</w:t>
            </w:r>
          </w:p>
        </w:tc>
        <w:tc>
          <w:tcPr>
            <w:tcW w:w="1492" w:type="dxa"/>
            <w:tcMar/>
          </w:tcPr>
          <w:p w:rsidR="00D05982" w:rsidRDefault="00757CBA" w14:paraId="46195D2E" w14:textId="77777777">
            <w:r>
              <w:t>Marina Petanjek</w:t>
            </w:r>
          </w:p>
        </w:tc>
        <w:tc>
          <w:tcPr>
            <w:tcW w:w="3105" w:type="dxa"/>
            <w:tcMar/>
          </w:tcPr>
          <w:p w:rsidR="7292DFCF" w:rsidRDefault="7292DFCF" w14:paraId="51ACE3D2" w14:textId="44B4678B">
            <w:r w:rsidR="7292DFCF">
              <w:rPr/>
              <w:t>15. IX. 2026.</w:t>
            </w:r>
          </w:p>
          <w:p w:rsidR="7292DFCF" w:rsidRDefault="7292DFCF" w14:paraId="311F58B0" w14:textId="7F278A3C">
            <w:r w:rsidR="7292DFCF">
              <w:rPr/>
              <w:t>Kalendar</w:t>
            </w:r>
            <w:r w:rsidR="7292DFCF">
              <w:rPr/>
              <w:t xml:space="preserve"> rada</w:t>
            </w:r>
          </w:p>
          <w:p w:rsidR="00D05982" w:rsidRDefault="00D05982" w14:paraId="6A58A1D3" w14:textId="663CA800">
            <w:r w:rsidR="7292DFCF">
              <w:rPr/>
              <w:t xml:space="preserve">Zakoni </w:t>
            </w:r>
            <w:r w:rsidR="7292DFCF">
              <w:rPr/>
              <w:t>i</w:t>
            </w:r>
            <w:r w:rsidR="7292DFCF">
              <w:rPr/>
              <w:t xml:space="preserve"> pravilnici</w:t>
            </w:r>
          </w:p>
          <w:p w:rsidR="00D05982" w:rsidRDefault="00D05982" w14:paraId="18FE6644" w14:textId="16C87F17">
            <w:r w:rsidR="7292DFCF">
              <w:rPr/>
              <w:t>Kućni</w:t>
            </w:r>
            <w:r w:rsidR="7292DFCF">
              <w:rPr/>
              <w:t xml:space="preserve"> red škole</w:t>
            </w:r>
          </w:p>
          <w:p w:rsidR="00D05982" w:rsidRDefault="00D05982" w14:paraId="4B99056E" w14:textId="3ED3B9F3">
            <w:r w:rsidR="7292DFCF">
              <w:rPr/>
              <w:t xml:space="preserve">Plan </w:t>
            </w:r>
            <w:r w:rsidR="7292DFCF">
              <w:rPr/>
              <w:t>terenske</w:t>
            </w:r>
            <w:r w:rsidR="7292DFCF">
              <w:rPr/>
              <w:t xml:space="preserve"> </w:t>
            </w:r>
            <w:r w:rsidR="7292DFCF">
              <w:rPr/>
              <w:t>i</w:t>
            </w:r>
            <w:r w:rsidR="7292DFCF">
              <w:rPr/>
              <w:t xml:space="preserve"> </w:t>
            </w:r>
            <w:r w:rsidR="7292DFCF">
              <w:rPr/>
              <w:t>izvanučioničke</w:t>
            </w:r>
            <w:r w:rsidR="7292DFCF">
              <w:rPr/>
              <w:t xml:space="preserve"> nastave</w:t>
            </w:r>
          </w:p>
        </w:tc>
        <w:tc>
          <w:tcPr>
            <w:tcW w:w="3150" w:type="dxa"/>
            <w:tcMar/>
          </w:tcPr>
          <w:p w:rsidR="7292DFCF" w:rsidRDefault="7292DFCF" w14:paraId="5B8A651E" w14:textId="432A0C07">
            <w:r w:rsidR="7292DFCF">
              <w:rPr/>
              <w:t>Siječanj</w:t>
            </w:r>
            <w:r w:rsidR="7292DFCF">
              <w:rPr/>
              <w:t xml:space="preserve"> 2027.</w:t>
            </w:r>
          </w:p>
          <w:p w:rsidR="00D05982" w:rsidRDefault="00D05982" w14:paraId="149AA316" w14:textId="627D674D">
            <w:r w:rsidR="7292DFCF">
              <w:rPr/>
              <w:t>Uspjeh</w:t>
            </w:r>
            <w:r w:rsidR="7292DFCF">
              <w:rPr/>
              <w:t xml:space="preserve"> </w:t>
            </w:r>
            <w:r w:rsidR="7292DFCF">
              <w:rPr/>
              <w:t>učenika</w:t>
            </w:r>
            <w:r w:rsidR="7292DFCF">
              <w:rPr/>
              <w:t xml:space="preserve"> </w:t>
            </w:r>
            <w:r w:rsidR="7292DFCF">
              <w:rPr/>
              <w:t>na</w:t>
            </w:r>
            <w:r w:rsidR="7292DFCF">
              <w:rPr/>
              <w:t xml:space="preserve"> </w:t>
            </w:r>
            <w:r w:rsidR="7292DFCF">
              <w:rPr/>
              <w:t>kraju</w:t>
            </w:r>
            <w:r w:rsidR="7292DFCF">
              <w:rPr/>
              <w:t xml:space="preserve"> </w:t>
            </w:r>
            <w:r w:rsidR="7292DFCF">
              <w:rPr/>
              <w:t>prvog</w:t>
            </w:r>
            <w:r w:rsidR="7292DFCF">
              <w:rPr/>
              <w:t xml:space="preserve"> </w:t>
            </w:r>
            <w:r w:rsidR="7292DFCF">
              <w:rPr/>
              <w:t>odg</w:t>
            </w:r>
            <w:r w:rsidR="7292DFCF">
              <w:rPr/>
              <w:t>.-</w:t>
            </w:r>
            <w:r w:rsidR="7292DFCF">
              <w:rPr/>
              <w:t>obraz</w:t>
            </w:r>
            <w:r w:rsidR="7292DFCF">
              <w:rPr/>
              <w:t>. razdoblja.</w:t>
            </w:r>
          </w:p>
          <w:p w:rsidR="00D05982" w:rsidRDefault="00D05982" w14:paraId="1299C43A" w14:textId="2EB76C1D">
            <w:r w:rsidR="7292DFCF">
              <w:rPr/>
              <w:t>Pravila</w:t>
            </w:r>
            <w:r w:rsidR="7292DFCF">
              <w:rPr/>
              <w:t xml:space="preserve"> </w:t>
            </w:r>
            <w:r w:rsidR="7292DFCF">
              <w:rPr/>
              <w:t>i</w:t>
            </w:r>
            <w:r w:rsidR="7292DFCF">
              <w:rPr/>
              <w:t xml:space="preserve"> </w:t>
            </w:r>
            <w:r w:rsidR="7292DFCF">
              <w:rPr/>
              <w:t>granice</w:t>
            </w:r>
            <w:r w:rsidR="7292DFCF">
              <w:rPr/>
              <w:t xml:space="preserve"> u odgoju.</w:t>
            </w:r>
          </w:p>
        </w:tc>
        <w:tc>
          <w:tcPr>
            <w:tcW w:w="3882" w:type="dxa"/>
            <w:tcMar/>
          </w:tcPr>
          <w:p w:rsidR="7292DFCF" w:rsidRDefault="7292DFCF" w14:paraId="54ABB0F2" w14:textId="5729DF85">
            <w:r w:rsidR="7292DFCF">
              <w:rPr/>
              <w:t>Travanj</w:t>
            </w:r>
            <w:r w:rsidR="7292DFCF">
              <w:rPr/>
              <w:t xml:space="preserve"> 2027.</w:t>
            </w:r>
          </w:p>
          <w:p w:rsidR="7292DFCF" w:rsidRDefault="7292DFCF" w14:paraId="67C1E4B2" w14:textId="2C372A9F">
            <w:r w:rsidR="7292DFCF">
              <w:rPr/>
              <w:t>Odabir</w:t>
            </w:r>
            <w:r w:rsidR="7292DFCF">
              <w:rPr/>
              <w:t xml:space="preserve"> </w:t>
            </w:r>
            <w:r w:rsidR="7292DFCF">
              <w:rPr/>
              <w:t>agencije</w:t>
            </w:r>
            <w:r w:rsidR="7292DFCF">
              <w:rPr/>
              <w:t xml:space="preserve"> za </w:t>
            </w:r>
            <w:r w:rsidR="7292DFCF">
              <w:rPr/>
              <w:t>realizaciju</w:t>
            </w:r>
            <w:r w:rsidR="7292DFCF">
              <w:rPr/>
              <w:t xml:space="preserve"> terenske nastave</w:t>
            </w:r>
          </w:p>
          <w:p w:rsidR="00D05982" w:rsidRDefault="00D05982" w14:paraId="25E08177" w14:textId="4AD30401">
            <w:r w:rsidR="7292DFCF">
              <w:rPr/>
              <w:t xml:space="preserve">Analiza rada </w:t>
            </w:r>
          </w:p>
          <w:p w:rsidR="00D05982" w:rsidRDefault="00D05982" w14:paraId="4DDBEF00" w14:textId="0871EECA">
            <w:r w:rsidR="7292DFCF">
              <w:rPr/>
              <w:t>Samopouzdano</w:t>
            </w:r>
            <w:r w:rsidR="7292DFCF">
              <w:rPr/>
              <w:t xml:space="preserve"> </w:t>
            </w:r>
            <w:r w:rsidR="7292DFCF">
              <w:rPr/>
              <w:t>dijete</w:t>
            </w:r>
            <w:r w:rsidR="7292DFCF">
              <w:rPr/>
              <w:t xml:space="preserve"> – </w:t>
            </w:r>
            <w:r w:rsidR="7292DFCF">
              <w:rPr/>
              <w:t>uloga</w:t>
            </w:r>
            <w:r w:rsidR="7292DFCF">
              <w:rPr/>
              <w:t xml:space="preserve"> roditelja.</w:t>
            </w:r>
          </w:p>
        </w:tc>
      </w:tr>
      <w:tr w:rsidR="00D05982" w:rsidTr="6939E3B0" w14:paraId="1DC46F7F" w14:textId="77777777">
        <w:trPr>
          <w:trHeight w:val="300"/>
        </w:trPr>
        <w:tc>
          <w:tcPr>
            <w:tcW w:w="1440" w:type="dxa"/>
            <w:tcMar/>
          </w:tcPr>
          <w:p w:rsidR="00D05982" w:rsidRDefault="00757CBA" w14:paraId="09264A2A" w14:textId="77777777">
            <w:r>
              <w:t>3.b</w:t>
            </w:r>
          </w:p>
        </w:tc>
        <w:tc>
          <w:tcPr>
            <w:tcW w:w="1492" w:type="dxa"/>
            <w:tcMar/>
          </w:tcPr>
          <w:p w:rsidR="00D05982" w:rsidRDefault="00757CBA" w14:paraId="740333E1" w14:textId="77777777">
            <w:r>
              <w:t>Ružica Bosanac</w:t>
            </w:r>
          </w:p>
        </w:tc>
        <w:tc>
          <w:tcPr>
            <w:tcW w:w="3105" w:type="dxa"/>
            <w:tcMar/>
          </w:tcPr>
          <w:p w:rsidR="00D05982" w:rsidP="7292DFCF" w:rsidRDefault="00D05982" w14:paraId="5CD2B027" w14:textId="66D0F407">
            <w:pPr>
              <w:pStyle w:val="Normal"/>
            </w:pP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Rujan 2026.: </w:t>
            </w:r>
          </w:p>
          <w:p w:rsidR="00D05982" w:rsidP="7292DFCF" w:rsidRDefault="00D05982" w14:paraId="49179A36" w14:textId="13C87B64">
            <w:pPr>
              <w:pStyle w:val="Normal"/>
            </w:pP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Kalendar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rada </w:t>
            </w:r>
          </w:p>
          <w:p w:rsidR="00D05982" w:rsidP="7292DFCF" w:rsidRDefault="00D05982" w14:paraId="48EABE80" w14:textId="0CE65F2E">
            <w:pPr>
              <w:pStyle w:val="Normal"/>
            </w:pP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Kućni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red škole </w:t>
            </w:r>
          </w:p>
          <w:p w:rsidR="00D05982" w:rsidP="7292DFCF" w:rsidRDefault="00D05982" w14:paraId="04A3AAC2" w14:textId="1358D8D1">
            <w:pPr>
              <w:pStyle w:val="Normal"/>
            </w:pP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Izvanučionička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nastava </w:t>
            </w:r>
          </w:p>
          <w:p w:rsidR="00D05982" w:rsidP="7292DFCF" w:rsidRDefault="00D05982" w14:paraId="1987A136" w14:textId="03364BBA">
            <w:pPr>
              <w:pStyle w:val="Normal"/>
            </w:pP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Zakon 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i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pravilnici</w:t>
            </w:r>
          </w:p>
          <w:p w:rsidR="00D05982" w:rsidP="7292DFCF" w:rsidRDefault="00D05982" w14:paraId="7D029DBC" w14:textId="2441ACAC">
            <w:pPr>
              <w:pStyle w:val="Normal"/>
            </w:pP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Suglasnosti</w:t>
            </w:r>
          </w:p>
          <w:p w:rsidR="00D05982" w:rsidP="7292DFCF" w:rsidRDefault="00D05982" w14:paraId="3CF2D8B6" w14:textId="47864A46">
            <w:pPr>
              <w:pStyle w:val="Normal"/>
            </w:pP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Očekivanja</w:t>
            </w:r>
          </w:p>
        </w:tc>
        <w:tc>
          <w:tcPr>
            <w:tcW w:w="3150" w:type="dxa"/>
            <w:tcMar/>
          </w:tcPr>
          <w:p w:rsidR="00D05982" w:rsidRDefault="00D05982" w14:paraId="4AD8EC5F" w14:textId="6FFCB2B5">
            <w:r w:rsidR="7292DFCF">
              <w:rPr/>
              <w:t>Prosinac</w:t>
            </w:r>
            <w:r w:rsidR="7292DFCF">
              <w:rPr/>
              <w:t xml:space="preserve"> 2026./Siječanj 2027.:</w:t>
            </w:r>
          </w:p>
          <w:p w:rsidR="00D05982" w:rsidP="7292DFCF" w:rsidRDefault="00D05982" w14:paraId="79C04237" w14:textId="2DEA5BC9">
            <w:pPr>
              <w:pStyle w:val="Normal"/>
            </w:pPr>
            <w:r w:rsidR="7292DFCF">
              <w:rPr/>
              <w:t>Kvaliteta</w:t>
            </w:r>
            <w:r w:rsidR="7292DFCF">
              <w:rPr/>
              <w:t xml:space="preserve"> </w:t>
            </w:r>
            <w:r w:rsidR="7292DFCF">
              <w:rPr/>
              <w:t>dobre</w:t>
            </w:r>
            <w:r w:rsidR="7292DFCF">
              <w:rPr/>
              <w:t xml:space="preserve"> </w:t>
            </w:r>
            <w:r w:rsidR="7292DFCF">
              <w:rPr/>
              <w:t>komunikacije</w:t>
            </w:r>
            <w:r w:rsidR="7292DFCF">
              <w:rPr/>
              <w:t xml:space="preserve"> je </w:t>
            </w:r>
            <w:r w:rsidR="7292DFCF">
              <w:rPr/>
              <w:t>odlično</w:t>
            </w:r>
            <w:r w:rsidR="7292DFCF">
              <w:rPr/>
              <w:t xml:space="preserve"> </w:t>
            </w:r>
            <w:r w:rsidR="7292DFCF">
              <w:rPr/>
              <w:t>slušanje</w:t>
            </w:r>
          </w:p>
          <w:p w:rsidR="00D05982" w:rsidRDefault="00D05982" w14:paraId="0FB78278" w14:textId="42F34513"/>
        </w:tc>
        <w:tc>
          <w:tcPr>
            <w:tcW w:w="3882" w:type="dxa"/>
            <w:tcMar/>
          </w:tcPr>
          <w:p w:rsidR="00D05982" w:rsidP="7292DFCF" w:rsidRDefault="00D05982" w14:paraId="25B3AB34" w14:textId="54B2D8F3">
            <w:pPr>
              <w:pStyle w:val="Normal"/>
            </w:pP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Ožujak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/travanj 2027.: </w:t>
            </w:r>
          </w:p>
          <w:p w:rsidR="00D05982" w:rsidP="7292DFCF" w:rsidRDefault="00D05982" w14:paraId="045D42A5" w14:textId="2F4C34EC">
            <w:pPr>
              <w:pStyle w:val="Normal"/>
            </w:pP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Odabir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agencije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za 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realizaciju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terenske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nastave</w:t>
            </w:r>
          </w:p>
          <w:p w:rsidR="00D05982" w:rsidP="7292DFCF" w:rsidRDefault="00D05982" w14:paraId="1FC39945" w14:textId="7F3A69EE">
            <w:pPr>
              <w:pStyle w:val="Normal"/>
            </w:pP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Očekivanja-jesmo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li 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ih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ispunili?</w:t>
            </w:r>
          </w:p>
        </w:tc>
      </w:tr>
      <w:tr w:rsidR="00D05982" w:rsidTr="6939E3B0" w14:paraId="7F7CB547" w14:textId="77777777">
        <w:trPr>
          <w:trHeight w:val="300"/>
        </w:trPr>
        <w:tc>
          <w:tcPr>
            <w:tcW w:w="1440" w:type="dxa"/>
            <w:tcMar/>
          </w:tcPr>
          <w:p w:rsidR="00D05982" w:rsidRDefault="00757CBA" w14:paraId="657F405E" w14:textId="77777777">
            <w:r>
              <w:t>3.c</w:t>
            </w:r>
          </w:p>
        </w:tc>
        <w:tc>
          <w:tcPr>
            <w:tcW w:w="1492" w:type="dxa"/>
            <w:tcMar/>
          </w:tcPr>
          <w:p w:rsidR="00D05982" w:rsidRDefault="00757CBA" w14:paraId="526DE3B5" w14:textId="77777777">
            <w:r>
              <w:t>Josipa Vondrak</w:t>
            </w:r>
          </w:p>
        </w:tc>
        <w:tc>
          <w:tcPr>
            <w:tcW w:w="3105" w:type="dxa"/>
            <w:tcMar/>
          </w:tcPr>
          <w:p w:rsidR="00D05982" w:rsidP="7292DFCF" w:rsidRDefault="00D05982" w14:paraId="5CD135EB" w14:textId="66D0F407">
            <w:pPr>
              <w:pStyle w:val="Normal"/>
            </w:pP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Rujan 2026.: </w:t>
            </w:r>
          </w:p>
          <w:p w:rsidR="00D05982" w:rsidP="7292DFCF" w:rsidRDefault="00D05982" w14:paraId="316AC42F" w14:textId="13C87B64">
            <w:pPr>
              <w:pStyle w:val="Normal"/>
            </w:pP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Kalendar rada </w:t>
            </w:r>
          </w:p>
          <w:p w:rsidR="00D05982" w:rsidP="7292DFCF" w:rsidRDefault="00D05982" w14:paraId="282A0070" w14:textId="0CE65F2E">
            <w:pPr>
              <w:pStyle w:val="Normal"/>
            </w:pP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Kućni red škole </w:t>
            </w:r>
          </w:p>
          <w:p w:rsidR="00D05982" w:rsidP="7292DFCF" w:rsidRDefault="00D05982" w14:paraId="0F6AEF93" w14:textId="1358D8D1">
            <w:pPr>
              <w:pStyle w:val="Normal"/>
            </w:pP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Izvanučionička nastava </w:t>
            </w:r>
          </w:p>
          <w:p w:rsidR="00D05982" w:rsidP="7292DFCF" w:rsidRDefault="00D05982" w14:paraId="140F7F3A" w14:textId="03364BBA">
            <w:pPr>
              <w:pStyle w:val="Normal"/>
            </w:pP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Zakon i pravilnici</w:t>
            </w:r>
          </w:p>
          <w:p w:rsidR="00D05982" w:rsidP="7292DFCF" w:rsidRDefault="00D05982" w14:paraId="5C25BB1D" w14:textId="2441ACAC">
            <w:pPr>
              <w:pStyle w:val="Normal"/>
            </w:pP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Suglasnosti</w:t>
            </w:r>
          </w:p>
          <w:p w:rsidR="00D05982" w:rsidRDefault="00D05982" w14:paraId="34CE0A41" w14:textId="5A0907ED"/>
        </w:tc>
        <w:tc>
          <w:tcPr>
            <w:tcW w:w="3150" w:type="dxa"/>
            <w:tcMar/>
          </w:tcPr>
          <w:p w:rsidR="00D05982" w:rsidP="7292DFCF" w:rsidRDefault="00D05982" w14:paraId="5DC15125" w14:textId="2938DB87">
            <w:pPr>
              <w:pStyle w:val="Normal"/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</w:pP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Prosinac/siječanj Roditeljstvo i suradnja</w:t>
            </w:r>
          </w:p>
          <w:p w:rsidR="00D05982" w:rsidP="7292DFCF" w:rsidRDefault="00D05982" w14:paraId="3975D2D0" w14:textId="47F83C1E">
            <w:pPr>
              <w:pStyle w:val="Normal"/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</w:pP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Sukobi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i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nasilje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: uloga 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škole</w:t>
            </w:r>
          </w:p>
          <w:p w:rsidR="00D05982" w:rsidP="7292DFCF" w:rsidRDefault="00D05982" w14:paraId="62EBF3C5" w14:textId="5E079E79">
            <w:pPr>
              <w:pStyle w:val="Normal"/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</w:pPr>
          </w:p>
        </w:tc>
        <w:tc>
          <w:tcPr>
            <w:tcW w:w="3882" w:type="dxa"/>
            <w:tcMar/>
          </w:tcPr>
          <w:p w:rsidR="00D05982" w:rsidP="7292DFCF" w:rsidRDefault="00D05982" w14:paraId="3352364D" w14:textId="039C7D29">
            <w:pPr>
              <w:pStyle w:val="Normal"/>
            </w:pP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Svibanj 2027.</w:t>
            </w:r>
          </w:p>
          <w:p w:rsidR="00D05982" w:rsidP="7292DFCF" w:rsidRDefault="00D05982" w14:paraId="6D98A12B" w14:textId="5207008D">
            <w:pPr>
              <w:pStyle w:val="Normal"/>
            </w:pP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Roditeljski utjecaj na djetetovu sliku o sebi</w:t>
            </w:r>
          </w:p>
        </w:tc>
      </w:tr>
      <w:tr w:rsidR="00D05982" w:rsidTr="6939E3B0" w14:paraId="0B74A4B2" w14:textId="77777777">
        <w:trPr>
          <w:trHeight w:val="300"/>
        </w:trPr>
        <w:tc>
          <w:tcPr>
            <w:tcW w:w="1440" w:type="dxa"/>
            <w:tcMar/>
          </w:tcPr>
          <w:p w:rsidR="00D05982" w:rsidRDefault="00757CBA" w14:paraId="24A3B7C8" w14:textId="77777777">
            <w:r>
              <w:t>4.a</w:t>
            </w:r>
          </w:p>
        </w:tc>
        <w:tc>
          <w:tcPr>
            <w:tcW w:w="1492" w:type="dxa"/>
            <w:tcMar/>
          </w:tcPr>
          <w:p w:rsidR="00D05982" w:rsidRDefault="00757CBA" w14:paraId="25518A90" w14:textId="77777777">
            <w:r>
              <w:t>Valentina Kralj</w:t>
            </w:r>
          </w:p>
        </w:tc>
        <w:tc>
          <w:tcPr>
            <w:tcW w:w="3105" w:type="dxa"/>
            <w:tcMar/>
          </w:tcPr>
          <w:p w:rsidR="00D05982" w:rsidRDefault="00D05982" w14:paraId="5997CC1D" w14:textId="20CDA994">
            <w:r w:rsidR="7292DFCF">
              <w:rPr/>
              <w:t xml:space="preserve">Zakoni </w:t>
            </w:r>
            <w:r w:rsidR="7292DFCF">
              <w:rPr/>
              <w:t>i</w:t>
            </w:r>
            <w:r w:rsidR="7292DFCF">
              <w:rPr/>
              <w:t xml:space="preserve"> </w:t>
            </w:r>
            <w:r w:rsidR="7292DFCF">
              <w:rPr/>
              <w:t>pravilnici</w:t>
            </w:r>
            <w:r w:rsidR="7292DFCF">
              <w:rPr/>
              <w:t xml:space="preserve">, </w:t>
            </w:r>
            <w:r w:rsidR="7292DFCF">
              <w:rPr/>
              <w:t>Kućni</w:t>
            </w:r>
            <w:r w:rsidR="7292DFCF">
              <w:rPr/>
              <w:t xml:space="preserve"> red </w:t>
            </w:r>
            <w:r w:rsidR="7292DFCF">
              <w:rPr/>
              <w:t>škole</w:t>
            </w:r>
            <w:r w:rsidR="7292DFCF">
              <w:rPr/>
              <w:t xml:space="preserve">; Plan </w:t>
            </w:r>
            <w:r w:rsidR="7292DFCF">
              <w:rPr/>
              <w:t>terenske</w:t>
            </w:r>
            <w:r w:rsidR="7292DFCF">
              <w:rPr/>
              <w:t xml:space="preserve"> </w:t>
            </w:r>
            <w:r w:rsidR="7292DFCF">
              <w:rPr/>
              <w:t>i</w:t>
            </w:r>
            <w:r w:rsidR="7292DFCF">
              <w:rPr/>
              <w:t xml:space="preserve"> </w:t>
            </w:r>
            <w:r w:rsidR="7292DFCF">
              <w:rPr/>
              <w:t>izvanučioničke</w:t>
            </w:r>
            <w:r w:rsidR="7292DFCF">
              <w:rPr/>
              <w:t xml:space="preserve"> </w:t>
            </w:r>
            <w:r w:rsidR="7292DFCF">
              <w:rPr/>
              <w:t>nastave</w:t>
            </w:r>
            <w:r w:rsidR="7292DFCF">
              <w:rPr/>
              <w:t xml:space="preserve"> </w:t>
            </w:r>
            <w:r w:rsidR="7292DFCF">
              <w:rPr/>
              <w:t>te</w:t>
            </w:r>
            <w:r w:rsidR="7292DFCF">
              <w:rPr/>
              <w:t xml:space="preserve"> </w:t>
            </w:r>
            <w:r w:rsidR="7292DFCF">
              <w:rPr/>
              <w:t>ostalih</w:t>
            </w:r>
            <w:r w:rsidR="7292DFCF">
              <w:rPr/>
              <w:t xml:space="preserve"> aktivnosti</w:t>
            </w:r>
          </w:p>
        </w:tc>
        <w:tc>
          <w:tcPr>
            <w:tcW w:w="3150" w:type="dxa"/>
            <w:tcMar/>
          </w:tcPr>
          <w:p w:rsidR="00D05982" w:rsidRDefault="00D05982" w14:paraId="2EEF3393" w14:textId="7C66EA8A">
            <w:r w:rsidR="7292DFCF">
              <w:rPr/>
              <w:t xml:space="preserve">Uspjeh </w:t>
            </w:r>
            <w:r w:rsidR="7292DFCF">
              <w:rPr/>
              <w:t>učenika</w:t>
            </w:r>
            <w:r w:rsidR="7292DFCF">
              <w:rPr/>
              <w:t xml:space="preserve"> u 1. </w:t>
            </w:r>
            <w:r w:rsidR="7292DFCF">
              <w:rPr/>
              <w:t>odg</w:t>
            </w:r>
            <w:r w:rsidR="7292DFCF">
              <w:rPr/>
              <w:t>.-</w:t>
            </w:r>
            <w:r w:rsidR="7292DFCF">
              <w:rPr/>
              <w:t>obraz</w:t>
            </w:r>
            <w:r w:rsidR="7292DFCF">
              <w:rPr/>
              <w:t xml:space="preserve">. </w:t>
            </w:r>
            <w:r w:rsidR="7292DFCF">
              <w:rPr/>
              <w:t>Razdoblju</w:t>
            </w:r>
            <w:r w:rsidR="7292DFCF">
              <w:rPr/>
              <w:t xml:space="preserve">; </w:t>
            </w:r>
            <w:r w:rsidR="7292DFCF">
              <w:rPr/>
              <w:t>Predavanje</w:t>
            </w:r>
            <w:r w:rsidR="7292DFCF">
              <w:rPr/>
              <w:t>: Samoregulacija u učenju</w:t>
            </w:r>
          </w:p>
          <w:p w:rsidR="00D05982" w:rsidRDefault="00D05982" w14:paraId="110FFD37" w14:textId="2C0194BA"/>
        </w:tc>
        <w:tc>
          <w:tcPr>
            <w:tcW w:w="3882" w:type="dxa"/>
            <w:tcMar/>
          </w:tcPr>
          <w:p w:rsidR="00D05982" w:rsidRDefault="00D05982" w14:paraId="6B699379" w14:textId="193DEFC8">
            <w:r w:rsidR="7292DFCF">
              <w:rPr/>
              <w:t xml:space="preserve">Analiza rada </w:t>
            </w:r>
            <w:r w:rsidR="7292DFCF">
              <w:rPr/>
              <w:t>na</w:t>
            </w:r>
            <w:r w:rsidR="7292DFCF">
              <w:rPr/>
              <w:t xml:space="preserve"> </w:t>
            </w:r>
            <w:r w:rsidR="7292DFCF">
              <w:rPr/>
              <w:t>kraju</w:t>
            </w:r>
            <w:r w:rsidR="7292DFCF">
              <w:rPr/>
              <w:t xml:space="preserve"> 4. razreda; </w:t>
            </w:r>
            <w:r w:rsidR="7292DFCF">
              <w:rPr/>
              <w:t>Škola</w:t>
            </w:r>
            <w:r w:rsidR="7292DFCF">
              <w:rPr/>
              <w:t xml:space="preserve"> </w:t>
            </w:r>
            <w:r w:rsidR="7292DFCF">
              <w:rPr/>
              <w:t>plivanja</w:t>
            </w:r>
          </w:p>
        </w:tc>
      </w:tr>
      <w:tr w:rsidR="00D05982" w:rsidTr="6939E3B0" w14:paraId="75A51388" w14:textId="77777777">
        <w:trPr>
          <w:trHeight w:val="300"/>
        </w:trPr>
        <w:tc>
          <w:tcPr>
            <w:tcW w:w="1440" w:type="dxa"/>
            <w:tcMar/>
          </w:tcPr>
          <w:p w:rsidR="00D05982" w:rsidRDefault="00757CBA" w14:paraId="74C2DD38" w14:textId="77777777">
            <w:r>
              <w:t>4.b</w:t>
            </w:r>
          </w:p>
        </w:tc>
        <w:tc>
          <w:tcPr>
            <w:tcW w:w="1492" w:type="dxa"/>
            <w:tcMar/>
          </w:tcPr>
          <w:p w:rsidR="00D05982" w:rsidRDefault="00757CBA" w14:paraId="3DDD091B" w14:textId="77777777">
            <w:r>
              <w:t>Kristina Barić</w:t>
            </w:r>
          </w:p>
        </w:tc>
        <w:tc>
          <w:tcPr>
            <w:tcW w:w="3105" w:type="dxa"/>
            <w:tcMar/>
          </w:tcPr>
          <w:p w:rsidR="00D05982" w:rsidP="7292DFCF" w:rsidRDefault="00D05982" w14:paraId="028E550C" w14:textId="13C87B64">
            <w:pPr>
              <w:pStyle w:val="Normal"/>
            </w:pP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Kalendar rada </w:t>
            </w:r>
          </w:p>
          <w:p w:rsidR="00D05982" w:rsidP="7292DFCF" w:rsidRDefault="00D05982" w14:paraId="2E1EF7B3" w14:textId="0CE65F2E">
            <w:pPr>
              <w:pStyle w:val="Normal"/>
            </w:pP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Kućni red škole </w:t>
            </w:r>
          </w:p>
          <w:p w:rsidR="00D05982" w:rsidP="7292DFCF" w:rsidRDefault="00D05982" w14:paraId="5C86553B" w14:textId="1358D8D1">
            <w:pPr>
              <w:pStyle w:val="Normal"/>
            </w:pP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Izvanučionička nastava </w:t>
            </w:r>
          </w:p>
          <w:p w:rsidR="00D05982" w:rsidP="7292DFCF" w:rsidRDefault="00D05982" w14:paraId="4BA87C5B" w14:textId="03364BBA">
            <w:pPr>
              <w:pStyle w:val="Normal"/>
            </w:pP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Zakon i pravilnici</w:t>
            </w:r>
          </w:p>
          <w:p w:rsidR="00D05982" w:rsidP="7292DFCF" w:rsidRDefault="00D05982" w14:paraId="72A9681B" w14:textId="2441ACAC">
            <w:pPr>
              <w:pStyle w:val="Normal"/>
            </w:pP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Suglasnosti</w:t>
            </w:r>
          </w:p>
          <w:p w:rsidR="00D05982" w:rsidRDefault="00D05982" w14:paraId="1F72F646" w14:textId="7E75D7DD"/>
        </w:tc>
        <w:tc>
          <w:tcPr>
            <w:tcW w:w="3150" w:type="dxa"/>
            <w:tcMar/>
          </w:tcPr>
          <w:p w:rsidR="00D05982" w:rsidRDefault="00D05982" w14:paraId="70F57C50" w14:textId="7C66EA8A">
            <w:r w:rsidR="7292DFCF">
              <w:rPr/>
              <w:t>Uspjeh učenika u 1. odg.-obraz. Razdoblju; Predavanje: Samoregulacija u učenju</w:t>
            </w:r>
          </w:p>
          <w:p w:rsidR="00D05982" w:rsidRDefault="00D05982" w14:paraId="4EE403BE" w14:textId="2C0194BA"/>
          <w:p w:rsidR="00D05982" w:rsidRDefault="00D05982" w14:paraId="08CE6F91" w14:textId="41D388FC"/>
        </w:tc>
        <w:tc>
          <w:tcPr>
            <w:tcW w:w="3882" w:type="dxa"/>
            <w:tcMar/>
          </w:tcPr>
          <w:p w:rsidR="00D05982" w:rsidRDefault="00D05982" w14:paraId="120356C7" w14:textId="193DEFC8">
            <w:r w:rsidR="7292DFCF">
              <w:rPr/>
              <w:t>Analiza rada na kraju 4. razreda; Škola plivanja</w:t>
            </w:r>
          </w:p>
          <w:p w:rsidR="00D05982" w:rsidRDefault="00D05982" w14:paraId="61CDCEAD" w14:textId="25B0C893"/>
        </w:tc>
      </w:tr>
      <w:tr w:rsidR="00D05982" w:rsidTr="6939E3B0" w14:paraId="448DD8D7" w14:textId="77777777">
        <w:trPr>
          <w:trHeight w:val="300"/>
        </w:trPr>
        <w:tc>
          <w:tcPr>
            <w:tcW w:w="1440" w:type="dxa"/>
            <w:tcMar/>
          </w:tcPr>
          <w:p w:rsidR="00D05982" w:rsidRDefault="00757CBA" w14:paraId="3BD28A09" w14:textId="77777777">
            <w:r>
              <w:t>4.c</w:t>
            </w:r>
          </w:p>
        </w:tc>
        <w:tc>
          <w:tcPr>
            <w:tcW w:w="1492" w:type="dxa"/>
            <w:tcMar/>
          </w:tcPr>
          <w:p w:rsidR="00D05982" w:rsidRDefault="00757CBA" w14:paraId="290C5266" w14:textId="77777777">
            <w:r>
              <w:t>Jasmina Antolković</w:t>
            </w:r>
          </w:p>
        </w:tc>
        <w:tc>
          <w:tcPr>
            <w:tcW w:w="3105" w:type="dxa"/>
            <w:tcMar/>
          </w:tcPr>
          <w:p w:rsidR="00D05982" w:rsidRDefault="00D05982" w14:paraId="23DE523C" w14:textId="77777777"/>
        </w:tc>
        <w:tc>
          <w:tcPr>
            <w:tcW w:w="3150" w:type="dxa"/>
            <w:tcMar/>
          </w:tcPr>
          <w:p w:rsidR="00D05982" w:rsidRDefault="00D05982" w14:paraId="52E56223" w14:textId="77777777"/>
        </w:tc>
        <w:tc>
          <w:tcPr>
            <w:tcW w:w="3882" w:type="dxa"/>
            <w:tcMar/>
          </w:tcPr>
          <w:p w:rsidR="00D05982" w:rsidRDefault="00D05982" w14:paraId="07547A01" w14:textId="77777777"/>
        </w:tc>
      </w:tr>
      <w:tr w:rsidR="00D05982" w:rsidTr="6939E3B0" w14:paraId="78A3220E" w14:textId="77777777">
        <w:trPr>
          <w:trHeight w:val="300"/>
        </w:trPr>
        <w:tc>
          <w:tcPr>
            <w:tcW w:w="1440" w:type="dxa"/>
            <w:tcMar/>
          </w:tcPr>
          <w:p w:rsidR="00D05982" w:rsidRDefault="00757CBA" w14:paraId="0642ADB9" w14:textId="77777777">
            <w:r>
              <w:t>PŠ Lonjica 1.a</w:t>
            </w:r>
          </w:p>
        </w:tc>
        <w:tc>
          <w:tcPr>
            <w:tcW w:w="1492" w:type="dxa"/>
            <w:tcMar/>
          </w:tcPr>
          <w:p w:rsidR="00D05982" w:rsidRDefault="00757CBA" w14:paraId="603F4A22" w14:textId="77777777">
            <w:r>
              <w:t>Andreja Adžić</w:t>
            </w:r>
          </w:p>
        </w:tc>
        <w:tc>
          <w:tcPr>
            <w:tcW w:w="3105" w:type="dxa"/>
            <w:tcMar/>
          </w:tcPr>
          <w:p w:rsidR="00D05982" w:rsidRDefault="00D05982" w14:paraId="3D98347F" w14:textId="7E12BD99">
            <w:r w:rsidR="22C0AA53">
              <w:rPr/>
              <w:t>RUJAN</w:t>
            </w:r>
          </w:p>
          <w:p w:rsidR="00D05982" w:rsidRDefault="00D05982" w14:paraId="07459315" w14:textId="2A7A85D6">
            <w:r w:rsidR="38E098D4">
              <w:rPr/>
              <w:t>Kalendar</w:t>
            </w:r>
            <w:r w:rsidR="38E098D4">
              <w:rPr/>
              <w:t xml:space="preserve"> rada, </w:t>
            </w:r>
            <w:r w:rsidR="38E098D4">
              <w:rPr/>
              <w:t>Kućni</w:t>
            </w:r>
            <w:r w:rsidR="38E098D4">
              <w:rPr/>
              <w:t xml:space="preserve"> red </w:t>
            </w:r>
            <w:r w:rsidR="38E098D4">
              <w:rPr/>
              <w:t>škole</w:t>
            </w:r>
            <w:r w:rsidR="38E098D4">
              <w:rPr/>
              <w:t xml:space="preserve">, Zakoni </w:t>
            </w:r>
            <w:r w:rsidR="38E098D4">
              <w:rPr/>
              <w:t>i</w:t>
            </w:r>
            <w:r w:rsidR="38E098D4">
              <w:rPr/>
              <w:t xml:space="preserve"> </w:t>
            </w:r>
            <w:r w:rsidR="38E098D4">
              <w:rPr/>
              <w:t>pravilnici</w:t>
            </w:r>
          </w:p>
        </w:tc>
        <w:tc>
          <w:tcPr>
            <w:tcW w:w="3150" w:type="dxa"/>
            <w:tcMar/>
          </w:tcPr>
          <w:p w:rsidR="00D05982" w:rsidRDefault="00D05982" w14:paraId="422A0B49" w14:textId="79D63F05">
            <w:r w:rsidR="468853E8">
              <w:rPr/>
              <w:t>SIJEČANJ</w:t>
            </w:r>
          </w:p>
          <w:p w:rsidR="00D05982" w:rsidRDefault="00D05982" w14:paraId="6537F28F" w14:textId="517FE8F6">
            <w:r w:rsidR="38E098D4">
              <w:rPr/>
              <w:t>Pravilnik</w:t>
            </w:r>
            <w:r w:rsidR="38E098D4">
              <w:rPr/>
              <w:t xml:space="preserve"> o </w:t>
            </w:r>
            <w:r w:rsidR="38E098D4">
              <w:rPr/>
              <w:t>načinima</w:t>
            </w:r>
            <w:r w:rsidR="38E098D4">
              <w:rPr/>
              <w:t xml:space="preserve">, </w:t>
            </w:r>
            <w:r w:rsidR="38E098D4">
              <w:rPr/>
              <w:t>postupcima</w:t>
            </w:r>
            <w:r w:rsidR="38E098D4">
              <w:rPr/>
              <w:t xml:space="preserve"> </w:t>
            </w:r>
            <w:r w:rsidR="38E098D4">
              <w:rPr/>
              <w:t>i</w:t>
            </w:r>
            <w:r w:rsidR="38E098D4">
              <w:rPr/>
              <w:t xml:space="preserve"> </w:t>
            </w:r>
            <w:r w:rsidR="38E098D4">
              <w:rPr/>
              <w:t>elementima</w:t>
            </w:r>
            <w:r w:rsidR="38E098D4">
              <w:rPr/>
              <w:t xml:space="preserve"> </w:t>
            </w:r>
            <w:r w:rsidR="38E098D4">
              <w:rPr/>
              <w:t>vrednovanja</w:t>
            </w:r>
            <w:r w:rsidR="38E098D4">
              <w:rPr/>
              <w:t xml:space="preserve">,  </w:t>
            </w:r>
            <w:r w:rsidR="38E098D4">
              <w:rPr/>
              <w:t>Domaća</w:t>
            </w:r>
            <w:r w:rsidR="38E098D4">
              <w:rPr/>
              <w:t xml:space="preserve"> </w:t>
            </w:r>
            <w:r w:rsidR="38E098D4">
              <w:rPr/>
              <w:t>zadaća</w:t>
            </w:r>
          </w:p>
        </w:tc>
        <w:tc>
          <w:tcPr>
            <w:tcW w:w="3882" w:type="dxa"/>
            <w:tcMar/>
          </w:tcPr>
          <w:p w:rsidR="00D05982" w:rsidRDefault="00D05982" w14:paraId="7706BA94" w14:textId="6B8262F6">
            <w:r w:rsidR="30686139">
              <w:rPr/>
              <w:t>SVIBANJ</w:t>
            </w:r>
          </w:p>
          <w:p w:rsidR="00D05982" w:rsidRDefault="00D05982" w14:paraId="6ABC81FD" w14:textId="5FE4D557">
            <w:r w:rsidR="38E098D4">
              <w:rPr/>
              <w:t>Roditeljski</w:t>
            </w:r>
            <w:r w:rsidR="38E098D4">
              <w:rPr/>
              <w:t xml:space="preserve"> </w:t>
            </w:r>
            <w:r w:rsidR="38E098D4">
              <w:rPr/>
              <w:t>odgojn</w:t>
            </w:r>
            <w:r w:rsidR="38E098D4">
              <w:rPr/>
              <w:t>i</w:t>
            </w:r>
            <w:r w:rsidR="38E098D4">
              <w:rPr/>
              <w:t xml:space="preserve"> stilov</w:t>
            </w:r>
            <w:r w:rsidR="38E098D4">
              <w:rPr/>
              <w:t>i,</w:t>
            </w:r>
          </w:p>
          <w:p w:rsidR="00D05982" w:rsidRDefault="00D05982" w14:paraId="6DFB9E20" w14:textId="316D6CA3">
            <w:r w:rsidR="7292DFCF">
              <w:rPr/>
              <w:t>Analiza rada</w:t>
            </w:r>
          </w:p>
        </w:tc>
      </w:tr>
      <w:tr w:rsidR="00D05982" w:rsidTr="6939E3B0" w14:paraId="3AB787A0" w14:textId="77777777">
        <w:trPr>
          <w:trHeight w:val="300"/>
        </w:trPr>
        <w:tc>
          <w:tcPr>
            <w:tcW w:w="1440" w:type="dxa"/>
            <w:tcMar/>
          </w:tcPr>
          <w:p w:rsidR="00D05982" w:rsidRDefault="00757CBA" w14:paraId="66B91C1F" w14:textId="77777777">
            <w:r>
              <w:t>PŠ Lonjica 2.a</w:t>
            </w:r>
          </w:p>
        </w:tc>
        <w:tc>
          <w:tcPr>
            <w:tcW w:w="1492" w:type="dxa"/>
            <w:tcMar/>
          </w:tcPr>
          <w:p w:rsidR="00D05982" w:rsidRDefault="00757CBA" w14:paraId="55C35061" w14:textId="77777777">
            <w:r>
              <w:t>Mirjana Kuzmek</w:t>
            </w:r>
          </w:p>
        </w:tc>
        <w:tc>
          <w:tcPr>
            <w:tcW w:w="3105" w:type="dxa"/>
            <w:tcMar/>
          </w:tcPr>
          <w:p w:rsidR="00D05982" w:rsidP="7292DFCF" w:rsidRDefault="00D05982" w14:paraId="44E871BC" w14:textId="0BBBE68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7292DFCF">
              <w:rPr/>
              <w:t>Kalendar</w:t>
            </w:r>
            <w:r w:rsidR="7292DFCF">
              <w:rPr/>
              <w:t xml:space="preserve"> rada; </w:t>
            </w:r>
            <w:r w:rsidR="7292DFCF">
              <w:rPr/>
              <w:t>Kućni</w:t>
            </w:r>
            <w:r w:rsidR="7292DFCF">
              <w:rPr/>
              <w:t xml:space="preserve"> red </w:t>
            </w:r>
            <w:r w:rsidR="7292DFCF">
              <w:rPr/>
              <w:t>škole</w:t>
            </w:r>
            <w:r w:rsidR="7292DFCF">
              <w:rPr/>
              <w:t xml:space="preserve">; Zakon </w:t>
            </w:r>
            <w:r w:rsidR="7292DFCF">
              <w:rPr/>
              <w:t>i</w:t>
            </w:r>
            <w:r w:rsidR="7292DFCF">
              <w:rPr/>
              <w:t xml:space="preserve"> </w:t>
            </w:r>
            <w:r w:rsidR="7292DFCF">
              <w:rPr/>
              <w:t>Pravilnici</w:t>
            </w:r>
          </w:p>
        </w:tc>
        <w:tc>
          <w:tcPr>
            <w:tcW w:w="3150" w:type="dxa"/>
            <w:tcMar/>
          </w:tcPr>
          <w:p w:rsidR="00D05982" w:rsidRDefault="00D05982" w14:paraId="144A5D23" w14:textId="1956CF02">
            <w:r w:rsidR="7292DFCF">
              <w:rPr/>
              <w:t>Empatija</w:t>
            </w:r>
            <w:r w:rsidR="7292DFCF">
              <w:rPr/>
              <w:t xml:space="preserve"> u </w:t>
            </w:r>
            <w:r w:rsidR="7292DFCF">
              <w:rPr/>
              <w:t>digitalnom</w:t>
            </w:r>
            <w:r w:rsidR="7292DFCF">
              <w:rPr/>
              <w:t xml:space="preserve"> okruženju</w:t>
            </w:r>
          </w:p>
        </w:tc>
        <w:tc>
          <w:tcPr>
            <w:tcW w:w="3882" w:type="dxa"/>
            <w:tcMar/>
          </w:tcPr>
          <w:p w:rsidR="00D05982" w:rsidRDefault="00D05982" w14:paraId="738610EB" w14:textId="0515072C">
            <w:r w:rsidR="7292DFCF">
              <w:rPr/>
              <w:t xml:space="preserve">Analiza rada </w:t>
            </w:r>
            <w:r w:rsidR="7292DFCF">
              <w:rPr/>
              <w:t>na</w:t>
            </w:r>
            <w:r w:rsidR="7292DFCF">
              <w:rPr/>
              <w:t xml:space="preserve"> </w:t>
            </w:r>
            <w:r w:rsidR="7292DFCF">
              <w:rPr/>
              <w:t>kraju</w:t>
            </w:r>
            <w:r w:rsidR="7292DFCF">
              <w:rPr/>
              <w:t xml:space="preserve"> </w:t>
            </w:r>
            <w:r w:rsidR="7292DFCF">
              <w:rPr/>
              <w:t>nastavne</w:t>
            </w:r>
            <w:r w:rsidR="7292DFCF">
              <w:rPr/>
              <w:t xml:space="preserve"> godine</w:t>
            </w:r>
          </w:p>
        </w:tc>
      </w:tr>
      <w:tr w:rsidR="00D05982" w:rsidTr="6939E3B0" w14:paraId="75B4C871" w14:textId="77777777">
        <w:trPr>
          <w:trHeight w:val="300"/>
        </w:trPr>
        <w:tc>
          <w:tcPr>
            <w:tcW w:w="1440" w:type="dxa"/>
            <w:tcMar/>
          </w:tcPr>
          <w:p w:rsidR="00D05982" w:rsidRDefault="00757CBA" w14:paraId="576919A1" w14:textId="77777777">
            <w:r>
              <w:t>PŠ Lonjica 3.a</w:t>
            </w:r>
          </w:p>
        </w:tc>
        <w:tc>
          <w:tcPr>
            <w:tcW w:w="1492" w:type="dxa"/>
            <w:tcMar/>
          </w:tcPr>
          <w:p w:rsidR="00D05982" w:rsidRDefault="00757CBA" w14:paraId="54CB0650" w14:textId="77777777">
            <w:r>
              <w:t>Lidija Belić</w:t>
            </w:r>
          </w:p>
        </w:tc>
        <w:tc>
          <w:tcPr>
            <w:tcW w:w="3105" w:type="dxa"/>
            <w:tcMar/>
          </w:tcPr>
          <w:p w:rsidR="00D05982" w:rsidP="7292DFCF" w:rsidRDefault="00D05982" w14:paraId="6CB6B55A" w14:textId="75AAA1C7">
            <w:pPr>
              <w:pStyle w:val="Normal"/>
              <w:ind w:left="0"/>
              <w:rPr>
                <w:sz w:val="12"/>
                <w:szCs w:val="12"/>
              </w:rPr>
            </w:pPr>
            <w:r w:rsidRPr="7292DFCF" w:rsidR="7292DFCF">
              <w:rPr>
                <w:sz w:val="14"/>
                <w:szCs w:val="14"/>
              </w:rPr>
              <w:t xml:space="preserve">Kalendar rada </w:t>
            </w:r>
          </w:p>
          <w:p w:rsidR="00D05982" w:rsidP="7292DFCF" w:rsidRDefault="00D05982" w14:paraId="5E198B2A" w14:textId="258B53E9">
            <w:pPr>
              <w:pStyle w:val="Normal"/>
              <w:ind w:left="0"/>
              <w:rPr>
                <w:sz w:val="12"/>
                <w:szCs w:val="12"/>
              </w:rPr>
            </w:pPr>
            <w:r w:rsidRPr="7292DFCF" w:rsidR="7292DFCF">
              <w:rPr>
                <w:sz w:val="14"/>
                <w:szCs w:val="14"/>
              </w:rPr>
              <w:t>Kućni red Škole</w:t>
            </w:r>
          </w:p>
          <w:p w:rsidR="00D05982" w:rsidP="7292DFCF" w:rsidRDefault="00D05982" w14:paraId="341D8BCC" w14:textId="01E6F803">
            <w:pPr>
              <w:pStyle w:val="Normal"/>
              <w:ind w:left="0"/>
              <w:rPr>
                <w:sz w:val="12"/>
                <w:szCs w:val="12"/>
              </w:rPr>
            </w:pPr>
            <w:r w:rsidRPr="7292DFCF" w:rsidR="7292DFCF">
              <w:rPr>
                <w:sz w:val="14"/>
                <w:szCs w:val="14"/>
              </w:rPr>
              <w:t>Praćenje</w:t>
            </w:r>
            <w:r w:rsidRPr="7292DFCF" w:rsidR="7292DFCF">
              <w:rPr>
                <w:sz w:val="14"/>
                <w:szCs w:val="14"/>
              </w:rPr>
              <w:t xml:space="preserve"> </w:t>
            </w:r>
            <w:r w:rsidRPr="7292DFCF" w:rsidR="7292DFCF">
              <w:rPr>
                <w:sz w:val="14"/>
                <w:szCs w:val="14"/>
              </w:rPr>
              <w:t>i</w:t>
            </w:r>
            <w:r w:rsidRPr="7292DFCF" w:rsidR="7292DFCF">
              <w:rPr>
                <w:sz w:val="14"/>
                <w:szCs w:val="14"/>
              </w:rPr>
              <w:t xml:space="preserve"> </w:t>
            </w:r>
            <w:r w:rsidRPr="7292DFCF" w:rsidR="7292DFCF">
              <w:rPr>
                <w:sz w:val="14"/>
                <w:szCs w:val="14"/>
              </w:rPr>
              <w:t>ocjenjivanje</w:t>
            </w:r>
            <w:r w:rsidRPr="7292DFCF" w:rsidR="7292DFCF">
              <w:rPr>
                <w:sz w:val="14"/>
                <w:szCs w:val="14"/>
              </w:rPr>
              <w:t xml:space="preserve"> </w:t>
            </w:r>
            <w:r w:rsidRPr="7292DFCF" w:rsidR="7292DFCF">
              <w:rPr>
                <w:sz w:val="14"/>
                <w:szCs w:val="14"/>
              </w:rPr>
              <w:t>učenika</w:t>
            </w:r>
            <w:r w:rsidRPr="7292DFCF" w:rsidR="7292DFCF">
              <w:rPr>
                <w:sz w:val="14"/>
                <w:szCs w:val="14"/>
              </w:rPr>
              <w:t xml:space="preserve"> </w:t>
            </w:r>
          </w:p>
          <w:p w:rsidR="00D05982" w:rsidP="7292DFCF" w:rsidRDefault="00D05982" w14:paraId="69D8CA07" w14:textId="0DE3522D">
            <w:pPr>
              <w:pStyle w:val="Normal"/>
              <w:ind w:left="0"/>
            </w:pPr>
            <w:r w:rsidRPr="7292DFCF" w:rsidR="7292DFCF">
              <w:rPr>
                <w:sz w:val="14"/>
                <w:szCs w:val="14"/>
              </w:rPr>
              <w:t xml:space="preserve">Prava o </w:t>
            </w:r>
            <w:r w:rsidRPr="7292DFCF" w:rsidR="7292DFCF">
              <w:rPr>
                <w:sz w:val="14"/>
                <w:szCs w:val="14"/>
              </w:rPr>
              <w:t>obveze</w:t>
            </w:r>
            <w:r w:rsidRPr="7292DFCF" w:rsidR="7292DFCF">
              <w:rPr>
                <w:sz w:val="14"/>
                <w:szCs w:val="14"/>
              </w:rPr>
              <w:t xml:space="preserve"> </w:t>
            </w:r>
            <w:r w:rsidRPr="7292DFCF" w:rsidR="7292DFCF">
              <w:rPr>
                <w:sz w:val="14"/>
                <w:szCs w:val="14"/>
              </w:rPr>
              <w:t>roditelja</w:t>
            </w:r>
          </w:p>
          <w:p w:rsidR="00D05982" w:rsidP="7292DFCF" w:rsidRDefault="00D05982" w14:paraId="44560AE5" w14:textId="51BFFEDC">
            <w:pPr>
              <w:pStyle w:val="Normal"/>
              <w:ind w:left="0"/>
              <w:rPr>
                <w:sz w:val="12"/>
                <w:szCs w:val="12"/>
              </w:rPr>
            </w:pPr>
            <w:r w:rsidRPr="7292DFCF" w:rsidR="7292DFCF">
              <w:rPr>
                <w:sz w:val="14"/>
                <w:szCs w:val="14"/>
              </w:rPr>
              <w:t>Kriteriji</w:t>
            </w:r>
            <w:r w:rsidRPr="7292DFCF" w:rsidR="7292DFCF">
              <w:rPr>
                <w:sz w:val="14"/>
                <w:szCs w:val="14"/>
              </w:rPr>
              <w:t xml:space="preserve"> </w:t>
            </w:r>
            <w:r w:rsidRPr="7292DFCF" w:rsidR="7292DFCF">
              <w:rPr>
                <w:sz w:val="14"/>
                <w:szCs w:val="14"/>
              </w:rPr>
              <w:t>ocjenjivanja</w:t>
            </w:r>
            <w:r w:rsidRPr="7292DFCF" w:rsidR="7292DFCF">
              <w:rPr>
                <w:sz w:val="14"/>
                <w:szCs w:val="14"/>
              </w:rPr>
              <w:t xml:space="preserve"> </w:t>
            </w:r>
            <w:r w:rsidRPr="7292DFCF" w:rsidR="7292DFCF">
              <w:rPr>
                <w:sz w:val="14"/>
                <w:szCs w:val="14"/>
              </w:rPr>
              <w:t>vladanja</w:t>
            </w:r>
            <w:r w:rsidRPr="7292DFCF" w:rsidR="7292DFCF">
              <w:rPr>
                <w:sz w:val="14"/>
                <w:szCs w:val="14"/>
              </w:rPr>
              <w:t xml:space="preserve"> </w:t>
            </w:r>
          </w:p>
          <w:p w:rsidR="00D05982" w:rsidP="7292DFCF" w:rsidRDefault="00D05982" w14:paraId="463F29E8" w14:textId="664AD880">
            <w:pPr>
              <w:pStyle w:val="Normal"/>
              <w:ind w:left="0"/>
              <w:rPr>
                <w:sz w:val="12"/>
                <w:szCs w:val="12"/>
              </w:rPr>
            </w:pPr>
            <w:r w:rsidRPr="7292DFCF" w:rsidR="7292DFCF">
              <w:rPr>
                <w:sz w:val="14"/>
                <w:szCs w:val="14"/>
              </w:rPr>
              <w:t>Pribor</w:t>
            </w:r>
            <w:r w:rsidRPr="7292DFCF" w:rsidR="7292DFCF">
              <w:rPr>
                <w:sz w:val="14"/>
                <w:szCs w:val="14"/>
              </w:rPr>
              <w:t xml:space="preserve">, DZ </w:t>
            </w:r>
            <w:r w:rsidRPr="7292DFCF" w:rsidR="7292DFCF">
              <w:rPr>
                <w:sz w:val="14"/>
                <w:szCs w:val="14"/>
              </w:rPr>
              <w:t>i</w:t>
            </w:r>
            <w:r w:rsidRPr="7292DFCF" w:rsidR="7292DFCF">
              <w:rPr>
                <w:sz w:val="14"/>
                <w:szCs w:val="14"/>
              </w:rPr>
              <w:t xml:space="preserve"> lektira</w:t>
            </w:r>
          </w:p>
        </w:tc>
        <w:tc>
          <w:tcPr>
            <w:tcW w:w="3150" w:type="dxa"/>
            <w:tcMar/>
          </w:tcPr>
          <w:p w:rsidR="00D05982" w:rsidRDefault="00D05982" w14:paraId="3B7B4B86" w14:textId="685BC6B3">
            <w:r w:rsidR="7292DFCF">
              <w:rPr/>
              <w:t>Samopouzdano</w:t>
            </w:r>
            <w:r w:rsidR="7292DFCF">
              <w:rPr/>
              <w:t xml:space="preserve"> </w:t>
            </w:r>
            <w:r w:rsidR="7292DFCF">
              <w:rPr/>
              <w:t>dijete</w:t>
            </w:r>
            <w:r w:rsidR="7292DFCF">
              <w:rPr/>
              <w:t xml:space="preserve"> – </w:t>
            </w:r>
            <w:r w:rsidR="7292DFCF">
              <w:rPr/>
              <w:t>uloga</w:t>
            </w:r>
            <w:r w:rsidR="7292DFCF">
              <w:rPr/>
              <w:t xml:space="preserve"> </w:t>
            </w:r>
            <w:r w:rsidR="7292DFCF">
              <w:rPr/>
              <w:t>roditelja</w:t>
            </w:r>
            <w:r w:rsidR="7292DFCF">
              <w:rPr/>
              <w:t xml:space="preserve"> </w:t>
            </w:r>
          </w:p>
        </w:tc>
        <w:tc>
          <w:tcPr>
            <w:tcW w:w="3882" w:type="dxa"/>
            <w:tcMar/>
          </w:tcPr>
          <w:p w:rsidR="00D05982" w:rsidRDefault="00D05982" w14:paraId="3A0FF5F2" w14:textId="2B1C42E6">
            <w:r w:rsidR="7292DFCF">
              <w:rPr/>
              <w:t>Pravila</w:t>
            </w:r>
            <w:r w:rsidR="7292DFCF">
              <w:rPr/>
              <w:t xml:space="preserve"> </w:t>
            </w:r>
            <w:r w:rsidR="7292DFCF">
              <w:rPr/>
              <w:t>i</w:t>
            </w:r>
            <w:r w:rsidR="7292DFCF">
              <w:rPr/>
              <w:t xml:space="preserve"> </w:t>
            </w:r>
            <w:r w:rsidR="7292DFCF">
              <w:rPr/>
              <w:t>granice</w:t>
            </w:r>
            <w:r w:rsidR="7292DFCF">
              <w:rPr/>
              <w:t xml:space="preserve"> u odgoju </w:t>
            </w:r>
          </w:p>
        </w:tc>
      </w:tr>
      <w:tr w:rsidR="00D05982" w:rsidTr="6939E3B0" w14:paraId="1BB44974" w14:textId="77777777">
        <w:trPr>
          <w:trHeight w:val="300"/>
        </w:trPr>
        <w:tc>
          <w:tcPr>
            <w:tcW w:w="1440" w:type="dxa"/>
            <w:tcMar/>
          </w:tcPr>
          <w:p w:rsidR="00D05982" w:rsidRDefault="00757CBA" w14:paraId="63CED60D" w14:textId="77777777">
            <w:r>
              <w:t>PŠ Lonjica 4.a</w:t>
            </w:r>
          </w:p>
        </w:tc>
        <w:tc>
          <w:tcPr>
            <w:tcW w:w="1492" w:type="dxa"/>
            <w:tcMar/>
          </w:tcPr>
          <w:p w:rsidR="00D05982" w:rsidP="7292DFCF" w:rsidRDefault="00757CBA" w14:paraId="0AF1AA07" w14:textId="7777777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7292DFCF">
              <w:rPr/>
              <w:t>Alojzija Tvorić Kučko</w:t>
            </w:r>
          </w:p>
        </w:tc>
        <w:tc>
          <w:tcPr>
            <w:tcW w:w="3105" w:type="dxa"/>
            <w:tcMar/>
          </w:tcPr>
          <w:p w:rsidR="00D05982" w:rsidP="7292DFCF" w:rsidRDefault="00D05982" w14:paraId="3C33A72D" w14:textId="5B8F577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7292DFCF">
              <w:rPr/>
              <w:t>11. 9. 2026.</w:t>
            </w:r>
          </w:p>
          <w:p w:rsidR="00D05982" w:rsidP="7292DFCF" w:rsidRDefault="00D05982" w14:paraId="61829076" w14:textId="39D1DDE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7292DFCF">
              <w:rPr/>
              <w:t xml:space="preserve">Kalendar rada; </w:t>
            </w:r>
            <w:r w:rsidR="7292DFCF">
              <w:rPr/>
              <w:t>Kućni</w:t>
            </w:r>
            <w:r w:rsidR="7292DFCF">
              <w:rPr/>
              <w:t xml:space="preserve"> red </w:t>
            </w:r>
            <w:r w:rsidR="7292DFCF">
              <w:rPr/>
              <w:t>škole</w:t>
            </w:r>
            <w:r w:rsidR="7292DFCF">
              <w:rPr/>
              <w:t xml:space="preserve">; Zakon </w:t>
            </w:r>
            <w:r w:rsidR="7292DFCF">
              <w:rPr/>
              <w:t>i</w:t>
            </w:r>
            <w:r w:rsidR="7292DFCF">
              <w:rPr/>
              <w:t xml:space="preserve"> </w:t>
            </w:r>
            <w:r w:rsidR="7292DFCF">
              <w:rPr/>
              <w:t>Pravilnici</w:t>
            </w:r>
          </w:p>
        </w:tc>
        <w:tc>
          <w:tcPr>
            <w:tcW w:w="3150" w:type="dxa"/>
            <w:tcMar/>
          </w:tcPr>
          <w:p w:rsidR="00D05982" w:rsidP="7292DFCF" w:rsidRDefault="00D05982" w14:paraId="28588041" w14:textId="3766CF1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7292DFCF">
              <w:rPr/>
              <w:t>Veljača</w:t>
            </w:r>
          </w:p>
          <w:p w:rsidR="00D05982" w:rsidP="7292DFCF" w:rsidRDefault="00D05982" w14:paraId="2BA226A1" w14:textId="26F6A2B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7292DFCF">
              <w:rPr/>
              <w:t>Roditeljski utjecaj na djetetovu sliku o sebi</w:t>
            </w:r>
          </w:p>
        </w:tc>
        <w:tc>
          <w:tcPr>
            <w:tcW w:w="3882" w:type="dxa"/>
            <w:tcMar/>
          </w:tcPr>
          <w:p w:rsidR="00D05982" w:rsidP="7292DFCF" w:rsidRDefault="00D05982" w14:paraId="67DA04F8" w14:textId="12C48B7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7292DFCF">
              <w:rPr/>
              <w:t>Svibanj</w:t>
            </w:r>
          </w:p>
          <w:p w:rsidR="00D05982" w:rsidP="7292DFCF" w:rsidRDefault="00D05982" w14:paraId="17AD93B2" w14:textId="6FB5FB7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7292DFCF">
              <w:rPr/>
              <w:t xml:space="preserve">Analiza rada </w:t>
            </w:r>
            <w:r w:rsidR="7292DFCF">
              <w:rPr/>
              <w:t>na</w:t>
            </w:r>
            <w:r w:rsidR="7292DFCF">
              <w:rPr/>
              <w:t xml:space="preserve"> </w:t>
            </w:r>
            <w:r w:rsidR="7292DFCF">
              <w:rPr/>
              <w:t>kraju</w:t>
            </w:r>
            <w:r w:rsidR="7292DFCF">
              <w:rPr/>
              <w:t xml:space="preserve"> 4. </w:t>
            </w:r>
            <w:r w:rsidR="7292DFCF">
              <w:rPr/>
              <w:t>razreda</w:t>
            </w:r>
            <w:r w:rsidR="7292DFCF">
              <w:rPr/>
              <w:t xml:space="preserve">; </w:t>
            </w:r>
            <w:r w:rsidR="7292DFCF">
              <w:rPr/>
              <w:t>Škola</w:t>
            </w:r>
            <w:r w:rsidR="7292DFCF">
              <w:rPr/>
              <w:t xml:space="preserve"> </w:t>
            </w:r>
            <w:r w:rsidR="7292DFCF">
              <w:rPr/>
              <w:t>plivanja</w:t>
            </w:r>
          </w:p>
        </w:tc>
      </w:tr>
      <w:tr w:rsidR="00D05982" w:rsidTr="6939E3B0" w14:paraId="01571373" w14:textId="77777777">
        <w:trPr>
          <w:trHeight w:val="300"/>
        </w:trPr>
        <w:tc>
          <w:tcPr>
            <w:tcW w:w="1440" w:type="dxa"/>
            <w:tcMar/>
          </w:tcPr>
          <w:p w:rsidR="00D05982" w:rsidRDefault="00757CBA" w14:paraId="79DEFBD4" w14:textId="1E2C8A35">
            <w:r w:rsidR="7292DFCF">
              <w:rPr/>
              <w:t xml:space="preserve">PŠ </w:t>
            </w:r>
            <w:r w:rsidR="7292DFCF">
              <w:rPr/>
              <w:t>Poljanski</w:t>
            </w:r>
            <w:r w:rsidR="7292DFCF">
              <w:rPr/>
              <w:t xml:space="preserve"> Lug 1.-3.</w:t>
            </w:r>
          </w:p>
        </w:tc>
        <w:tc>
          <w:tcPr>
            <w:tcW w:w="1492" w:type="dxa"/>
            <w:tcMar/>
          </w:tcPr>
          <w:p w:rsidR="00D05982" w:rsidRDefault="00757CBA" w14:paraId="2C45E331" w14:textId="58A6FA2D">
            <w:r w:rsidR="16B2BF13">
              <w:rPr/>
              <w:t>Maja Svečnjak / Andrea Smajlović</w:t>
            </w:r>
          </w:p>
        </w:tc>
        <w:tc>
          <w:tcPr>
            <w:tcW w:w="3105" w:type="dxa"/>
            <w:tcMar/>
          </w:tcPr>
          <w:p w:rsidR="00D05982" w:rsidP="7292DFCF" w:rsidRDefault="00D05982" w14:paraId="17680278" w14:textId="0BBBE68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7292DFCF">
              <w:rPr/>
              <w:t>Kalendar rada; Kućni red škole; Zakon i Pravilnici</w:t>
            </w:r>
          </w:p>
          <w:p w:rsidR="00D05982" w:rsidRDefault="00D05982" w14:paraId="66204FF1" w14:textId="543985D1"/>
        </w:tc>
        <w:tc>
          <w:tcPr>
            <w:tcW w:w="3150" w:type="dxa"/>
            <w:tcMar/>
          </w:tcPr>
          <w:p w:rsidR="00D05982" w:rsidRDefault="00D05982" w14:paraId="4AF3FEDE" w14:textId="2E55F089">
            <w:r w:rsidR="7292DFCF">
              <w:rPr/>
              <w:t>Uspjeh učenika u prvom obrazovnom razdoblju</w:t>
            </w:r>
          </w:p>
          <w:p w:rsidR="00D05982" w:rsidRDefault="00D05982" w14:paraId="2DBF0D7D" w14:textId="1B15E244">
            <w:r w:rsidR="7292DFCF">
              <w:rPr/>
              <w:t>Pravila</w:t>
            </w:r>
            <w:r w:rsidR="7292DFCF">
              <w:rPr/>
              <w:t xml:space="preserve"> </w:t>
            </w:r>
            <w:r w:rsidR="7292DFCF">
              <w:rPr/>
              <w:t>i</w:t>
            </w:r>
            <w:r w:rsidR="7292DFCF">
              <w:rPr/>
              <w:t xml:space="preserve"> </w:t>
            </w:r>
            <w:r w:rsidR="7292DFCF">
              <w:rPr/>
              <w:t>granice</w:t>
            </w:r>
            <w:r w:rsidR="7292DFCF">
              <w:rPr/>
              <w:t xml:space="preserve"> u </w:t>
            </w:r>
            <w:r w:rsidR="7292DFCF">
              <w:rPr/>
              <w:t>odgoju</w:t>
            </w:r>
          </w:p>
        </w:tc>
        <w:tc>
          <w:tcPr>
            <w:tcW w:w="3882" w:type="dxa"/>
            <w:tcMar/>
          </w:tcPr>
          <w:p w:rsidR="00D05982" w:rsidRDefault="00D05982" w14:paraId="7DD73CFC" w14:textId="0515072C">
            <w:r w:rsidR="7292DFCF">
              <w:rPr/>
              <w:t>Analiza rada na kraju nastavne godine</w:t>
            </w:r>
          </w:p>
          <w:p w:rsidR="00D05982" w:rsidRDefault="00D05982" w14:paraId="6B62F1B3" w14:textId="69B521A7"/>
        </w:tc>
      </w:tr>
      <w:tr w:rsidR="00D05982" w:rsidTr="6939E3B0" w14:paraId="21F3E707" w14:textId="77777777">
        <w:trPr>
          <w:trHeight w:val="300"/>
        </w:trPr>
        <w:tc>
          <w:tcPr>
            <w:tcW w:w="1440" w:type="dxa"/>
            <w:tcMar/>
          </w:tcPr>
          <w:p w:rsidR="00D05982" w:rsidRDefault="00757CBA" w14:paraId="4BFC139B" w14:textId="2D0A102C">
            <w:r w:rsidR="7292DFCF">
              <w:rPr/>
              <w:t xml:space="preserve">PŠ </w:t>
            </w:r>
            <w:r w:rsidR="7292DFCF">
              <w:rPr/>
              <w:t>Poljanski</w:t>
            </w:r>
            <w:r w:rsidR="7292DFCF">
              <w:rPr/>
              <w:t xml:space="preserve"> Lug 2.-4.</w:t>
            </w:r>
          </w:p>
        </w:tc>
        <w:tc>
          <w:tcPr>
            <w:tcW w:w="1492" w:type="dxa"/>
            <w:tcMar/>
          </w:tcPr>
          <w:p w:rsidR="00D05982" w:rsidRDefault="00757CBA" w14:paraId="16BF0149" w14:textId="77777777">
            <w:r>
              <w:t>Biljana Bagarić Ivezić / Ivona Hustić</w:t>
            </w:r>
          </w:p>
        </w:tc>
        <w:tc>
          <w:tcPr>
            <w:tcW w:w="3105" w:type="dxa"/>
            <w:tcMar/>
          </w:tcPr>
          <w:p w:rsidR="7292DFCF" w:rsidRDefault="7292DFCF" w14:paraId="4098F548" w14:textId="67B80EA7">
            <w:r w:rsidR="7292DFCF">
              <w:rPr/>
              <w:t>9. mj</w:t>
            </w:r>
          </w:p>
          <w:p w:rsidR="00D05982" w:rsidRDefault="00D05982" w14:paraId="680A4E5D" w14:textId="7DB35B58">
            <w:r w:rsidR="7292DFCF">
              <w:rPr/>
              <w:t>Kalendar</w:t>
            </w:r>
            <w:r w:rsidR="7292DFCF">
              <w:rPr/>
              <w:t xml:space="preserve"> rada, </w:t>
            </w:r>
            <w:r w:rsidR="7292DFCF">
              <w:rPr/>
              <w:t>Kućni</w:t>
            </w:r>
            <w:r w:rsidR="7292DFCF">
              <w:rPr/>
              <w:t xml:space="preserve"> red škole, Zakon i Pravilnici</w:t>
            </w:r>
          </w:p>
        </w:tc>
        <w:tc>
          <w:tcPr>
            <w:tcW w:w="3150" w:type="dxa"/>
            <w:tcMar/>
          </w:tcPr>
          <w:p w:rsidR="00D05982" w:rsidRDefault="00D05982" w14:paraId="3259BFCD" w14:textId="2E55F089">
            <w:r w:rsidR="7292DFCF">
              <w:rPr/>
              <w:t xml:space="preserve">Uspjeh </w:t>
            </w:r>
            <w:r w:rsidR="7292DFCF">
              <w:rPr/>
              <w:t>učenika</w:t>
            </w:r>
            <w:r w:rsidR="7292DFCF">
              <w:rPr/>
              <w:t xml:space="preserve"> u </w:t>
            </w:r>
            <w:r w:rsidR="7292DFCF">
              <w:rPr/>
              <w:t>prvom</w:t>
            </w:r>
            <w:r w:rsidR="7292DFCF">
              <w:rPr/>
              <w:t xml:space="preserve"> obrazovnom razdoblju</w:t>
            </w:r>
          </w:p>
          <w:p w:rsidR="00D05982" w:rsidRDefault="00D05982" w14:paraId="19219836" w14:textId="4EEA3D6D">
            <w:r w:rsidR="7292DFCF">
              <w:rPr/>
              <w:t>Pravila i granice u odgoju</w:t>
            </w:r>
          </w:p>
        </w:tc>
        <w:tc>
          <w:tcPr>
            <w:tcW w:w="3882" w:type="dxa"/>
            <w:tcMar/>
          </w:tcPr>
          <w:p w:rsidR="7292DFCF" w:rsidRDefault="7292DFCF" w14:paraId="64AAC2AF" w14:textId="50ADFC81">
            <w:r w:rsidR="7292DFCF">
              <w:rPr/>
              <w:t>5. mj</w:t>
            </w:r>
          </w:p>
          <w:p w:rsidR="00D05982" w:rsidRDefault="00D05982" w14:paraId="296FEF7D" w14:textId="756EB95E">
            <w:r w:rsidR="7292DFCF">
              <w:rPr/>
              <w:t xml:space="preserve">Analiza </w:t>
            </w:r>
            <w:r w:rsidR="7292DFCF">
              <w:rPr/>
              <w:t>na</w:t>
            </w:r>
            <w:r w:rsidR="7292DFCF">
              <w:rPr/>
              <w:t xml:space="preserve"> </w:t>
            </w:r>
            <w:r w:rsidR="7292DFCF">
              <w:rPr/>
              <w:t>kraju</w:t>
            </w:r>
            <w:r w:rsidR="7292DFCF">
              <w:rPr/>
              <w:t xml:space="preserve"> nastavne godine</w:t>
            </w:r>
          </w:p>
        </w:tc>
      </w:tr>
      <w:tr w:rsidR="00D05982" w:rsidTr="6939E3B0" w14:paraId="1D82583C" w14:textId="77777777">
        <w:trPr>
          <w:trHeight w:val="300"/>
        </w:trPr>
        <w:tc>
          <w:tcPr>
            <w:tcW w:w="1440" w:type="dxa"/>
            <w:tcMar/>
          </w:tcPr>
          <w:p w:rsidR="00D05982" w:rsidRDefault="00757CBA" w14:paraId="1E71500C" w14:textId="77777777">
            <w:r>
              <w:t>PŠ Poljana 1.-3.</w:t>
            </w:r>
          </w:p>
        </w:tc>
        <w:tc>
          <w:tcPr>
            <w:tcW w:w="1492" w:type="dxa"/>
            <w:tcMar/>
          </w:tcPr>
          <w:p w:rsidR="00D05982" w:rsidRDefault="00757CBA" w14:paraId="2CDD6723" w14:textId="77777777">
            <w:r>
              <w:t>Katarina Jezerčić / Irena Colarić</w:t>
            </w:r>
          </w:p>
        </w:tc>
        <w:tc>
          <w:tcPr>
            <w:tcW w:w="3105" w:type="dxa"/>
            <w:tcMar/>
          </w:tcPr>
          <w:p w:rsidR="00D05982" w:rsidRDefault="00D05982" w14:paraId="30E8E4D2" w14:textId="5A074412">
            <w:r w:rsidR="7292DFCF">
              <w:rPr/>
              <w:t>Rujan</w:t>
            </w:r>
          </w:p>
          <w:p w:rsidR="00D05982" w:rsidRDefault="00D05982" w14:paraId="769D0D3C" w14:textId="0FF4FD97">
            <w:r w:rsidR="7292DFCF">
              <w:rPr/>
              <w:t>Kalendar</w:t>
            </w:r>
            <w:r w:rsidR="7292DFCF">
              <w:rPr/>
              <w:t xml:space="preserve"> rada, </w:t>
            </w:r>
            <w:r w:rsidR="7292DFCF">
              <w:rPr/>
              <w:t>Kućni</w:t>
            </w:r>
            <w:r w:rsidR="7292DFCF">
              <w:rPr/>
              <w:t xml:space="preserve"> red, </w:t>
            </w:r>
            <w:r w:rsidR="7292DFCF">
              <w:rPr/>
              <w:t>Zakoni</w:t>
            </w:r>
            <w:r w:rsidR="7292DFCF">
              <w:rPr/>
              <w:t xml:space="preserve"> </w:t>
            </w:r>
            <w:r w:rsidR="7292DFCF">
              <w:rPr/>
              <w:t>i</w:t>
            </w:r>
            <w:r w:rsidR="7292DFCF">
              <w:rPr/>
              <w:t xml:space="preserve"> </w:t>
            </w:r>
            <w:r w:rsidR="7292DFCF">
              <w:rPr/>
              <w:t>Pravilnici</w:t>
            </w:r>
            <w:r w:rsidR="7292DFCF">
              <w:rPr/>
              <w:t xml:space="preserve">, </w:t>
            </w:r>
            <w:r w:rsidR="7292DFCF">
              <w:rPr/>
              <w:t>Kriteriji</w:t>
            </w:r>
            <w:r w:rsidR="7292DFCF">
              <w:rPr/>
              <w:t xml:space="preserve"> </w:t>
            </w:r>
            <w:r w:rsidR="7292DFCF">
              <w:rPr/>
              <w:t>vrednovanja</w:t>
            </w:r>
            <w:r w:rsidR="7292DFCF">
              <w:rPr/>
              <w:t xml:space="preserve"> vladanja,</w:t>
            </w:r>
            <w:r w:rsidR="7292DFCF">
              <w:rPr/>
              <w:t xml:space="preserve"> </w:t>
            </w:r>
            <w:r w:rsidR="7292DFCF">
              <w:rPr/>
              <w:t>Izvanučionička</w:t>
            </w:r>
            <w:r w:rsidR="7292DFCF">
              <w:rPr/>
              <w:t xml:space="preserve"> </w:t>
            </w:r>
            <w:r w:rsidR="7292DFCF">
              <w:rPr/>
              <w:t>nastava</w:t>
            </w:r>
          </w:p>
        </w:tc>
        <w:tc>
          <w:tcPr>
            <w:tcW w:w="3150" w:type="dxa"/>
            <w:tcMar/>
          </w:tcPr>
          <w:p w:rsidR="00D05982" w:rsidRDefault="00D05982" w14:paraId="4B4FA570" w14:textId="06A5298F">
            <w:r w:rsidR="7292DFCF">
              <w:rPr/>
              <w:t xml:space="preserve">Prosinac </w:t>
            </w:r>
          </w:p>
          <w:p w:rsidR="00D05982" w:rsidRDefault="00D05982" w14:paraId="54CD245A" w14:textId="39745016">
            <w:r w:rsidR="7292DFCF">
              <w:rPr/>
              <w:t xml:space="preserve">Uspjeh </w:t>
            </w:r>
            <w:r w:rsidR="7292DFCF">
              <w:rPr/>
              <w:t>učenika</w:t>
            </w:r>
            <w:r w:rsidR="7292DFCF">
              <w:rPr/>
              <w:t xml:space="preserve"> </w:t>
            </w:r>
            <w:r w:rsidR="7292DFCF">
              <w:rPr/>
              <w:t>nakon</w:t>
            </w:r>
            <w:r w:rsidR="7292DFCF">
              <w:rPr/>
              <w:t xml:space="preserve"> </w:t>
            </w:r>
            <w:r w:rsidR="7292DFCF">
              <w:rPr/>
              <w:t>prvog</w:t>
            </w:r>
            <w:r w:rsidR="7292DFCF">
              <w:rPr/>
              <w:t xml:space="preserve"> </w:t>
            </w:r>
            <w:r w:rsidR="7292DFCF">
              <w:rPr/>
              <w:t>obrazovnog</w:t>
            </w:r>
            <w:r w:rsidR="7292DFCF">
              <w:rPr/>
              <w:t xml:space="preserve"> </w:t>
            </w:r>
            <w:r w:rsidR="7292DFCF">
              <w:rPr/>
              <w:t>razdoblja</w:t>
            </w:r>
          </w:p>
        </w:tc>
        <w:tc>
          <w:tcPr>
            <w:tcW w:w="3882" w:type="dxa"/>
            <w:tcMar/>
          </w:tcPr>
          <w:p w:rsidR="00D05982" w:rsidRDefault="00D05982" w14:paraId="0A02CC94" w14:textId="37527DAA">
            <w:r w:rsidR="7292DFCF">
              <w:rPr/>
              <w:t>Svibanj</w:t>
            </w:r>
          </w:p>
          <w:p w:rsidR="00D05982" w:rsidRDefault="00D05982" w14:paraId="1231BE67" w14:textId="1E421377">
            <w:r w:rsidR="7292DFCF">
              <w:rPr/>
              <w:t xml:space="preserve">Uspjeh </w:t>
            </w:r>
            <w:r w:rsidR="7292DFCF">
              <w:rPr/>
              <w:t>učenika</w:t>
            </w:r>
            <w:r w:rsidR="7292DFCF">
              <w:rPr/>
              <w:t xml:space="preserve"> </w:t>
            </w:r>
            <w:r w:rsidR="7292DFCF">
              <w:rPr/>
              <w:t>i</w:t>
            </w:r>
            <w:r w:rsidR="7292DFCF">
              <w:rPr/>
              <w:t xml:space="preserve"> </w:t>
            </w:r>
            <w:r w:rsidR="7292DFCF">
              <w:rPr/>
              <w:t>analiza</w:t>
            </w:r>
            <w:r w:rsidR="7292DFCF">
              <w:rPr/>
              <w:t xml:space="preserve"> rada na</w:t>
            </w:r>
            <w:r w:rsidR="7292DFCF">
              <w:rPr/>
              <w:t xml:space="preserve"> kraju nastavne godine</w:t>
            </w:r>
          </w:p>
        </w:tc>
      </w:tr>
      <w:tr w:rsidR="00D05982" w:rsidTr="6939E3B0" w14:paraId="7388A5C5" w14:textId="77777777">
        <w:trPr>
          <w:trHeight w:val="300"/>
        </w:trPr>
        <w:tc>
          <w:tcPr>
            <w:tcW w:w="1440" w:type="dxa"/>
            <w:tcMar/>
          </w:tcPr>
          <w:p w:rsidR="00D05982" w:rsidRDefault="00757CBA" w14:paraId="79EB2A36" w14:textId="77777777">
            <w:r>
              <w:t>PŠ Poljana 2.-4.</w:t>
            </w:r>
          </w:p>
        </w:tc>
        <w:tc>
          <w:tcPr>
            <w:tcW w:w="1492" w:type="dxa"/>
            <w:tcMar/>
          </w:tcPr>
          <w:p w:rsidR="00D05982" w:rsidRDefault="00757CBA" w14:paraId="69FF4C72" w14:textId="77777777">
            <w:r>
              <w:t>Lucija Jaić / Patricia Korša</w:t>
            </w:r>
          </w:p>
        </w:tc>
        <w:tc>
          <w:tcPr>
            <w:tcW w:w="3105" w:type="dxa"/>
            <w:tcMar/>
          </w:tcPr>
          <w:p w:rsidR="00D05982" w:rsidRDefault="00D05982" w14:paraId="3DBBA71E" w14:textId="5A074412">
            <w:r w:rsidR="7292DFCF">
              <w:rPr/>
              <w:t>Rujan</w:t>
            </w:r>
          </w:p>
          <w:p w:rsidR="00D05982" w:rsidRDefault="00D05982" w14:paraId="68D583F2" w14:textId="3419A40B">
            <w:r w:rsidR="7292DFCF">
              <w:rPr/>
              <w:t>Kalendar</w:t>
            </w:r>
            <w:r w:rsidR="7292DFCF">
              <w:rPr/>
              <w:t xml:space="preserve"> rada,</w:t>
            </w:r>
          </w:p>
          <w:p w:rsidR="00D05982" w:rsidRDefault="00D05982" w14:paraId="78FA352F" w14:textId="09997AA4">
            <w:r w:rsidR="7292DFCF">
              <w:rPr/>
              <w:t>Kućni red</w:t>
            </w:r>
          </w:p>
          <w:p w:rsidR="00D05982" w:rsidRDefault="00D05982" w14:paraId="768C66A1" w14:textId="3460F6CB">
            <w:r w:rsidR="7292DFCF">
              <w:rPr/>
              <w:t xml:space="preserve">Zakoni </w:t>
            </w:r>
            <w:r w:rsidR="7292DFCF">
              <w:rPr/>
              <w:t>i</w:t>
            </w:r>
            <w:r w:rsidR="7292DFCF">
              <w:rPr/>
              <w:t xml:space="preserve"> </w:t>
            </w:r>
            <w:r w:rsidR="7292DFCF">
              <w:rPr/>
              <w:t>Pravilnici</w:t>
            </w:r>
            <w:r w:rsidR="7292DFCF">
              <w:rPr/>
              <w:t>,</w:t>
            </w:r>
          </w:p>
          <w:p w:rsidR="00D05982" w:rsidRDefault="00D05982" w14:paraId="30D7AA69" w14:textId="43B34CA7">
            <w:r w:rsidR="7292DFCF">
              <w:rPr/>
              <w:t>Kriteriji</w:t>
            </w:r>
            <w:r w:rsidR="7292DFCF">
              <w:rPr/>
              <w:t xml:space="preserve"> </w:t>
            </w:r>
            <w:r w:rsidR="7292DFCF">
              <w:rPr/>
              <w:t>vrednovanja</w:t>
            </w:r>
            <w:r w:rsidR="7292DFCF">
              <w:rPr/>
              <w:t xml:space="preserve"> </w:t>
            </w:r>
            <w:r w:rsidR="7292DFCF">
              <w:rPr/>
              <w:t>vladanja</w:t>
            </w:r>
            <w:r w:rsidR="7292DFCF">
              <w:rPr/>
              <w:t xml:space="preserve">, </w:t>
            </w:r>
            <w:r w:rsidR="7292DFCF">
              <w:rPr/>
              <w:t>Izvanučionička</w:t>
            </w:r>
            <w:r w:rsidR="7292DFCF">
              <w:rPr/>
              <w:t xml:space="preserve"> </w:t>
            </w:r>
            <w:r w:rsidR="7292DFCF">
              <w:rPr/>
              <w:t>nastava</w:t>
            </w:r>
          </w:p>
        </w:tc>
        <w:tc>
          <w:tcPr>
            <w:tcW w:w="3150" w:type="dxa"/>
            <w:tcMar/>
          </w:tcPr>
          <w:p w:rsidR="00D05982" w:rsidRDefault="00D05982" w14:paraId="02EA3CA5" w14:textId="06A5298F">
            <w:r w:rsidR="7292DFCF">
              <w:rPr/>
              <w:t xml:space="preserve">Prosinac </w:t>
            </w:r>
          </w:p>
          <w:p w:rsidR="00D05982" w:rsidRDefault="00D05982" w14:paraId="21BBEFAA" w14:textId="39745016">
            <w:r w:rsidR="7292DFCF">
              <w:rPr/>
              <w:t>Uspjeh učenika nakon prvog obrazovnog razdoblja</w:t>
            </w:r>
          </w:p>
          <w:p w:rsidR="00D05982" w:rsidRDefault="00D05982" w14:paraId="7196D064" w14:textId="130239E7"/>
        </w:tc>
        <w:tc>
          <w:tcPr>
            <w:tcW w:w="3882" w:type="dxa"/>
            <w:tcMar/>
          </w:tcPr>
          <w:p w:rsidR="00D05982" w:rsidRDefault="00D05982" w14:paraId="54D9DA85" w14:textId="37527DAA">
            <w:r w:rsidR="7292DFCF">
              <w:rPr/>
              <w:t>Svibanj</w:t>
            </w:r>
          </w:p>
          <w:p w:rsidR="00D05982" w:rsidRDefault="00D05982" w14:paraId="276365AA" w14:textId="1E421377">
            <w:r w:rsidR="7292DFCF">
              <w:rPr/>
              <w:t>Uspjeh učenika i analiza rada na kraju nastavne godine</w:t>
            </w:r>
          </w:p>
          <w:p w:rsidR="00D05982" w:rsidRDefault="00D05982" w14:paraId="34FF1C98" w14:textId="0F484437"/>
        </w:tc>
      </w:tr>
      <w:tr w:rsidR="00D05982" w:rsidTr="6939E3B0" w14:paraId="7BE7E5F8" w14:textId="77777777">
        <w:trPr>
          <w:trHeight w:val="300"/>
        </w:trPr>
        <w:tc>
          <w:tcPr>
            <w:tcW w:w="1440" w:type="dxa"/>
            <w:tcMar/>
          </w:tcPr>
          <w:p w:rsidR="00D05982" w:rsidRDefault="00757CBA" w14:paraId="423A80C5" w14:textId="77777777">
            <w:r>
              <w:t>PŠ Negovec 3.-4.</w:t>
            </w:r>
          </w:p>
        </w:tc>
        <w:tc>
          <w:tcPr>
            <w:tcW w:w="1492" w:type="dxa"/>
            <w:tcMar/>
          </w:tcPr>
          <w:p w:rsidR="00D05982" w:rsidRDefault="00757CBA" w14:paraId="018B8AC2" w14:textId="77777777">
            <w:r>
              <w:t>Mateja Cesarec</w:t>
            </w:r>
          </w:p>
        </w:tc>
        <w:tc>
          <w:tcPr>
            <w:tcW w:w="3105" w:type="dxa"/>
            <w:tcMar/>
          </w:tcPr>
          <w:p w:rsidR="00D05982" w:rsidRDefault="00D05982" w14:paraId="1F114C2F" w14:textId="5A074412">
            <w:r w:rsidR="7292DFCF">
              <w:rPr/>
              <w:t>Rujan</w:t>
            </w:r>
          </w:p>
          <w:p w:rsidR="00D05982" w:rsidRDefault="00D05982" w14:paraId="60F4EBA4" w14:textId="7F278A3C">
            <w:r w:rsidR="7292DFCF">
              <w:rPr/>
              <w:t>Kalendar rada</w:t>
            </w:r>
          </w:p>
          <w:p w:rsidR="00D05982" w:rsidRDefault="00D05982" w14:paraId="0EEBDE41" w14:textId="663CA800">
            <w:r w:rsidR="7292DFCF">
              <w:rPr/>
              <w:t>Zakoni i pravilnici</w:t>
            </w:r>
          </w:p>
          <w:p w:rsidR="00D05982" w:rsidRDefault="00D05982" w14:paraId="71960E14" w14:textId="16C87F17">
            <w:r w:rsidR="7292DFCF">
              <w:rPr/>
              <w:t>Kućni red škole</w:t>
            </w:r>
          </w:p>
          <w:p w:rsidR="00D05982" w:rsidRDefault="00D05982" w14:paraId="749DADF5" w14:textId="3ED3B9F3">
            <w:r w:rsidR="7292DFCF">
              <w:rPr/>
              <w:t>Plan terenske i izvanučioničke nastave</w:t>
            </w:r>
          </w:p>
          <w:p w:rsidR="00D05982" w:rsidRDefault="00D05982" w14:paraId="77B0A8BD" w14:textId="3D4E5B44"/>
          <w:p w:rsidR="00D05982" w:rsidP="7292DFCF" w:rsidRDefault="00D05982" w14:paraId="48A21919" w14:textId="59C9AFA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</w:tc>
        <w:tc>
          <w:tcPr>
            <w:tcW w:w="3150" w:type="dxa"/>
            <w:tcMar/>
          </w:tcPr>
          <w:p w:rsidR="00D05982" w:rsidP="7292DFCF" w:rsidRDefault="00D05982" w14:paraId="7AD5A086" w14:textId="45F3CB9D">
            <w:pPr>
              <w:pStyle w:val="Normal"/>
            </w:pPr>
            <w:r w:rsidR="7292DFCF">
              <w:rPr/>
              <w:t>Prosinac</w:t>
            </w:r>
          </w:p>
          <w:p w:rsidR="00D05982" w:rsidP="7292DFCF" w:rsidRDefault="00D05982" w14:paraId="6BD18F9B" w14:textId="34DC9B00">
            <w:pPr>
              <w:pStyle w:val="Normal"/>
            </w:pPr>
            <w:r w:rsidR="7292DFCF">
              <w:rPr/>
              <w:t>Uspjeh učenika na kraju prvog odgojno-obrazovnog razdoblja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Osamostaljivanje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u 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učenju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i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razvijanje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radnih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 xml:space="preserve"> </w:t>
            </w: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navika</w:t>
            </w:r>
          </w:p>
        </w:tc>
        <w:tc>
          <w:tcPr>
            <w:tcW w:w="3882" w:type="dxa"/>
            <w:tcMar/>
          </w:tcPr>
          <w:p w:rsidR="00D05982" w:rsidRDefault="00D05982" w14:paraId="4FC3341D" w14:textId="61BA1184">
            <w:r w:rsidR="7292DFCF">
              <w:rPr/>
              <w:t>Svibanj</w:t>
            </w:r>
          </w:p>
          <w:p w:rsidR="00D05982" w:rsidRDefault="00D05982" w14:paraId="76302805" w14:textId="7E51F4BD">
            <w:r w:rsidR="7292DFCF">
              <w:rPr/>
              <w:t xml:space="preserve">Uspjeh </w:t>
            </w:r>
            <w:r w:rsidR="7292DFCF">
              <w:rPr/>
              <w:t>učenika</w:t>
            </w:r>
            <w:r w:rsidR="7292DFCF">
              <w:rPr/>
              <w:t xml:space="preserve"> </w:t>
            </w:r>
            <w:r w:rsidR="7292DFCF">
              <w:rPr/>
              <w:t>i</w:t>
            </w:r>
            <w:r w:rsidR="7292DFCF">
              <w:rPr/>
              <w:t xml:space="preserve"> </w:t>
            </w:r>
            <w:r w:rsidR="7292DFCF">
              <w:rPr/>
              <w:t>analiza</w:t>
            </w:r>
            <w:r w:rsidR="7292DFCF">
              <w:rPr/>
              <w:t xml:space="preserve"> rada </w:t>
            </w:r>
            <w:r w:rsidR="7292DFCF">
              <w:rPr/>
              <w:t>na</w:t>
            </w:r>
            <w:r w:rsidR="7292DFCF">
              <w:rPr/>
              <w:t xml:space="preserve"> </w:t>
            </w:r>
            <w:r w:rsidR="7292DFCF">
              <w:rPr/>
              <w:t>kraju</w:t>
            </w:r>
            <w:r w:rsidR="7292DFCF">
              <w:rPr/>
              <w:t xml:space="preserve"> </w:t>
            </w:r>
            <w:r w:rsidR="7292DFCF">
              <w:rPr/>
              <w:t>nastavne</w:t>
            </w:r>
            <w:r w:rsidR="7292DFCF">
              <w:rPr/>
              <w:t xml:space="preserve"> </w:t>
            </w:r>
            <w:r w:rsidR="7292DFCF">
              <w:rPr/>
              <w:t>godine,Škola</w:t>
            </w:r>
            <w:r w:rsidR="7292DFCF">
              <w:rPr/>
              <w:t xml:space="preserve"> plivanja,</w:t>
            </w:r>
          </w:p>
          <w:p w:rsidR="00D05982" w:rsidP="7292DFCF" w:rsidRDefault="00D05982" w14:paraId="238601FE" w14:textId="368B1192">
            <w:pPr>
              <w:pStyle w:val="Normal"/>
            </w:pPr>
            <w:r w:rsidRPr="7292DFCF" w:rsidR="7292DFCF"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  <w:t>Priprema za prijelaz u predmetnu nastavu</w:t>
            </w:r>
          </w:p>
        </w:tc>
      </w:tr>
      <w:tr w:rsidR="00D05982" w:rsidTr="6939E3B0" w14:paraId="3F1B31F4" w14:textId="77777777">
        <w:trPr>
          <w:trHeight w:val="300"/>
        </w:trPr>
        <w:tc>
          <w:tcPr>
            <w:tcW w:w="1440" w:type="dxa"/>
            <w:tcMar/>
          </w:tcPr>
          <w:p w:rsidR="00D05982" w:rsidRDefault="00757CBA" w14:paraId="0D03793E" w14:textId="77777777">
            <w:r>
              <w:t>PŠ Negovec 1.-2.</w:t>
            </w:r>
          </w:p>
        </w:tc>
        <w:tc>
          <w:tcPr>
            <w:tcW w:w="1492" w:type="dxa"/>
            <w:tcMar/>
          </w:tcPr>
          <w:p w:rsidR="00D05982" w:rsidRDefault="00757CBA" w14:paraId="0CF3706D" w14:textId="77777777">
            <w:r>
              <w:t>Iva Kralj</w:t>
            </w:r>
          </w:p>
        </w:tc>
        <w:tc>
          <w:tcPr>
            <w:tcW w:w="3105" w:type="dxa"/>
            <w:tcMar/>
          </w:tcPr>
          <w:p w:rsidR="00D05982" w:rsidRDefault="00D05982" w14:paraId="3BA3FD3A" w14:textId="73F70E5C">
            <w:r w:rsidR="7292DFCF">
              <w:rPr/>
              <w:t>Rujan:</w:t>
            </w:r>
          </w:p>
          <w:p w:rsidR="00D05982" w:rsidRDefault="00D05982" w14:paraId="5F165226" w14:textId="4FB7EC96">
            <w:r w:rsidR="7292DFCF">
              <w:rPr/>
              <w:t xml:space="preserve">Zakoni </w:t>
            </w:r>
            <w:r w:rsidR="7292DFCF">
              <w:rPr/>
              <w:t>i</w:t>
            </w:r>
            <w:r w:rsidR="7292DFCF">
              <w:rPr/>
              <w:t xml:space="preserve"> pravilnici</w:t>
            </w:r>
          </w:p>
          <w:p w:rsidR="00D05982" w:rsidRDefault="00D05982" w14:paraId="5B08B5D1" w14:textId="19C97FCA">
            <w:r w:rsidR="7292DFCF">
              <w:rPr/>
              <w:t>Terenska nastava</w:t>
            </w:r>
          </w:p>
        </w:tc>
        <w:tc>
          <w:tcPr>
            <w:tcW w:w="3150" w:type="dxa"/>
            <w:tcMar/>
          </w:tcPr>
          <w:p w:rsidR="00D05982" w:rsidRDefault="00D05982" w14:paraId="5209CD04" w14:textId="43AC7857">
            <w:r w:rsidR="7292DFCF">
              <w:rPr/>
              <w:t>Prosinac:</w:t>
            </w:r>
          </w:p>
          <w:p w:rsidR="00D05982" w:rsidRDefault="00D05982" w14:paraId="3FD4A5A5" w14:textId="7C5ABACB">
            <w:r w:rsidR="7292DFCF">
              <w:rPr/>
              <w:t>Uspjeh</w:t>
            </w:r>
            <w:r w:rsidR="7292DFCF">
              <w:rPr/>
              <w:t xml:space="preserve"> </w:t>
            </w:r>
            <w:r w:rsidR="7292DFCF">
              <w:rPr/>
              <w:t>učenika</w:t>
            </w:r>
            <w:r w:rsidR="7292DFCF">
              <w:rPr/>
              <w:t xml:space="preserve"> </w:t>
            </w:r>
            <w:r w:rsidR="7292DFCF">
              <w:rPr/>
              <w:t>na</w:t>
            </w:r>
            <w:r w:rsidR="7292DFCF">
              <w:rPr/>
              <w:t xml:space="preserve"> </w:t>
            </w:r>
            <w:r w:rsidR="7292DFCF">
              <w:rPr/>
              <w:t>kraju</w:t>
            </w:r>
            <w:r w:rsidR="7292DFCF">
              <w:rPr/>
              <w:t xml:space="preserve"> </w:t>
            </w:r>
            <w:r w:rsidR="7292DFCF">
              <w:rPr/>
              <w:t>prvog</w:t>
            </w:r>
            <w:r w:rsidR="7292DFCF">
              <w:rPr/>
              <w:t xml:space="preserve"> </w:t>
            </w:r>
            <w:r w:rsidR="7292DFCF">
              <w:rPr/>
              <w:t>obrazovnog</w:t>
            </w:r>
            <w:r w:rsidR="7292DFCF">
              <w:rPr/>
              <w:t xml:space="preserve"> razdoblja</w:t>
            </w:r>
          </w:p>
          <w:p w:rsidR="00D05982" w:rsidP="7292DFCF" w:rsidRDefault="00D05982" w14:paraId="16DEB4AB" w14:textId="3B2B5BB7">
            <w:pPr>
              <w:pStyle w:val="Normal"/>
            </w:pPr>
            <w:r w:rsidR="7292DFCF">
              <w:rPr/>
              <w:t>Predavanje</w:t>
            </w:r>
            <w:r w:rsidR="7292DFCF">
              <w:rPr/>
              <w:t>: Opasnosti na mreži</w:t>
            </w:r>
          </w:p>
        </w:tc>
        <w:tc>
          <w:tcPr>
            <w:tcW w:w="3882" w:type="dxa"/>
            <w:tcMar/>
          </w:tcPr>
          <w:p w:rsidR="00D05982" w:rsidRDefault="00D05982" w14:paraId="7403C154" w14:textId="78CD361A">
            <w:r w:rsidR="7292DFCF">
              <w:rPr/>
              <w:t>Svibanj:</w:t>
            </w:r>
          </w:p>
          <w:p w:rsidR="00D05982" w:rsidRDefault="00D05982" w14:paraId="0AD9C6F4" w14:textId="4F338F30">
            <w:r w:rsidR="7292DFCF">
              <w:rPr/>
              <w:t>Uspjeh</w:t>
            </w:r>
            <w:r w:rsidR="7292DFCF">
              <w:rPr/>
              <w:t xml:space="preserve"> </w:t>
            </w:r>
            <w:r w:rsidR="7292DFCF">
              <w:rPr/>
              <w:t>učenika</w:t>
            </w:r>
            <w:r w:rsidR="7292DFCF">
              <w:rPr/>
              <w:t xml:space="preserve"> </w:t>
            </w:r>
            <w:r w:rsidR="7292DFCF">
              <w:rPr/>
              <w:t>na</w:t>
            </w:r>
            <w:r w:rsidR="7292DFCF">
              <w:rPr/>
              <w:t xml:space="preserve"> </w:t>
            </w:r>
            <w:r w:rsidR="7292DFCF">
              <w:rPr/>
              <w:t>kraju</w:t>
            </w:r>
            <w:r w:rsidR="7292DFCF">
              <w:rPr/>
              <w:t xml:space="preserve"> </w:t>
            </w:r>
            <w:r w:rsidR="7292DFCF">
              <w:rPr/>
              <w:t>nastavne</w:t>
            </w:r>
            <w:r w:rsidR="7292DFCF">
              <w:rPr/>
              <w:t xml:space="preserve"> godine </w:t>
            </w:r>
          </w:p>
        </w:tc>
      </w:tr>
    </w:tbl>
    <w:p w:rsidR="00757CBA" w:rsidRDefault="00757CBA" w14:paraId="39CF2466" w14:textId="77777777"/>
    <w:sectPr w:rsidR="00000000" w:rsidSect="00034616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xmlns:w="http://schemas.openxmlformats.org/wordprocessingml/2006/main" w:abstractNumId="10">
    <w:nsid w:val="5d7d89e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f5e02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1">
    <w:abstractNumId w:val="10"/>
  </w:num>
  <w:num w:numId="10">
    <w:abstractNumId w:val="9"/>
  </w:num>
  <w:num w:numId="1" w16cid:durableId="171796262">
    <w:abstractNumId w:val="8"/>
  </w:num>
  <w:num w:numId="2" w16cid:durableId="1277057125">
    <w:abstractNumId w:val="6"/>
  </w:num>
  <w:num w:numId="3" w16cid:durableId="548996841">
    <w:abstractNumId w:val="5"/>
  </w:num>
  <w:num w:numId="4" w16cid:durableId="1652366813">
    <w:abstractNumId w:val="4"/>
  </w:num>
  <w:num w:numId="5" w16cid:durableId="542209921">
    <w:abstractNumId w:val="7"/>
  </w:num>
  <w:num w:numId="6" w16cid:durableId="2103915512">
    <w:abstractNumId w:val="3"/>
  </w:num>
  <w:num w:numId="7" w16cid:durableId="668023311">
    <w:abstractNumId w:val="2"/>
  </w:num>
  <w:num w:numId="8" w16cid:durableId="1805124767">
    <w:abstractNumId w:val="1"/>
  </w:num>
  <w:num w:numId="9" w16cid:durableId="152628737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8"/>
  <w:proofState w:spelling="clean" w:grammar="dirty"/>
  <w:revisionView w:inkAnnotations="0"/>
  <w:trackRevisions w:val="false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A0032"/>
    <w:rsid w:val="005E6BEF"/>
    <w:rsid w:val="00AA1D8D"/>
    <w:rsid w:val="00B47730"/>
    <w:rsid w:val="00BA2513"/>
    <w:rsid w:val="00C2611B"/>
    <w:rsid w:val="00CB0664"/>
    <w:rsid w:val="00D05982"/>
    <w:rsid w:val="00FC693F"/>
    <w:rsid w:val="16B2BF13"/>
    <w:rsid w:val="22C0AA53"/>
    <w:rsid w:val="252919E8"/>
    <w:rsid w:val="30686139"/>
    <w:rsid w:val="38E098D4"/>
    <w:rsid w:val="468853E8"/>
    <w:rsid w:val="6939E3B0"/>
    <w:rsid w:val="727407FA"/>
    <w:rsid w:val="7292DFCF"/>
    <w:rsid w:val="7468B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D1396D00-A728-4D9D-8C07-8F2E6B9CA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Zadanifontodlomka" w:default="1">
    <w:name w:val="Default Paragraph Font"/>
    <w:uiPriority w:val="1"/>
    <w:semiHidden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ZaglavljeChar" w:customStyle="1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PodnojeChar" w:customStyle="1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styleId="Naslov1Char" w:customStyle="1">
    <w:name w:val="Naslov 1 Char"/>
    <w:basedOn w:val="Zadanifontodlomka"/>
    <w:link w:val="Naslov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Naslov2Char" w:customStyle="1">
    <w:name w:val="Naslov 2 Char"/>
    <w:basedOn w:val="Zadanifontodlomka"/>
    <w:link w:val="Naslov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Naslov3Char" w:customStyle="1">
    <w:name w:val="Naslov 3 Char"/>
    <w:basedOn w:val="Zadanifontodlomka"/>
    <w:link w:val="Naslov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NaslovChar" w:customStyle="1">
    <w:name w:val="Naslov Char"/>
    <w:basedOn w:val="Zadanifontodlomka"/>
    <w:link w:val="Naslov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PodnaslovChar" w:customStyle="1">
    <w:name w:val="Podnaslov Char"/>
    <w:basedOn w:val="Zadanifontodlomka"/>
    <w:link w:val="Podnaslov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styleId="TijelotekstaChar" w:customStyle="1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styleId="Tijeloteksta2Char" w:customStyle="1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Tijeloteksta3Char" w:customStyle="1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kstmakronaredbeChar" w:customStyle="1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styleId="CitatChar" w:customStyle="1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styleId="Naslov4Char" w:customStyle="1">
    <w:name w:val="Naslov 4 Char"/>
    <w:basedOn w:val="Zadanifontodlomka"/>
    <w:link w:val="Naslov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Naslov5Char" w:customStyle="1">
    <w:name w:val="Naslov 5 Char"/>
    <w:basedOn w:val="Zadanifontodlomka"/>
    <w:link w:val="Naslov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Naslov6Char" w:customStyle="1">
    <w:name w:val="Naslov 6 Char"/>
    <w:basedOn w:val="Zadanifontodlomka"/>
    <w:link w:val="Naslov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Naslov7Char" w:customStyle="1">
    <w:name w:val="Naslov 7 Char"/>
    <w:basedOn w:val="Zadanifontodlomka"/>
    <w:link w:val="Naslov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Naslov8Char" w:customStyle="1">
    <w:name w:val="Naslov 8 Char"/>
    <w:basedOn w:val="Zadanifontodlomka"/>
    <w:link w:val="Naslov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Naslov9Char" w:customStyle="1">
    <w:name w:val="Naslov 9 Char"/>
    <w:basedOn w:val="Zadanifontodlomka"/>
    <w:link w:val="Naslov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NaglaencitatChar" w:customStyle="1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M365 Copilot</dc:creator>
  <keywords/>
  <dc:description>generated by python-docx</dc:description>
  <lastModifiedBy>Gost korisnik</lastModifiedBy>
  <revision>8</revision>
  <dcterms:created xsi:type="dcterms:W3CDTF">2026-09-02T12:06:00.0000000Z</dcterms:created>
  <dcterms:modified xsi:type="dcterms:W3CDTF">2026-09-29T19:51:38.8982525Z</dcterms:modified>
  <category/>
</coreProperties>
</file>