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124D" w14:textId="414FF6AB" w:rsidR="00EC20FC" w:rsidRDefault="0F50A701">
      <w:pPr>
        <w:pStyle w:val="Heading1"/>
      </w:pPr>
      <w:r>
        <w:t>Plan dodat</w:t>
      </w:r>
      <w:r w:rsidR="7409CEA3">
        <w:t>n</w:t>
      </w:r>
      <w:r>
        <w:t>e i dopunske nastave - predmetna nastava 2026./2027.</w:t>
      </w:r>
    </w:p>
    <w:p w14:paraId="1FD979B5" w14:textId="77777777" w:rsidR="00EC20FC" w:rsidRPr="004F2AC4" w:rsidRDefault="00930BB0">
      <w:pPr>
        <w:rPr>
          <w:lang w:val="es-ES"/>
        </w:rPr>
      </w:pPr>
      <w:r w:rsidRPr="004F2AC4">
        <w:rPr>
          <w:lang w:val="es-ES"/>
        </w:rPr>
        <w:t>Tablica za planiranje termina dodatne i dopunske nastave po predmetima.</w:t>
      </w:r>
    </w:p>
    <w:tbl>
      <w:tblPr>
        <w:tblStyle w:val="TableGrid"/>
        <w:tblW w:w="10644" w:type="dxa"/>
        <w:tblLook w:val="04A0" w:firstRow="1" w:lastRow="0" w:firstColumn="1" w:lastColumn="0" w:noHBand="0" w:noVBand="1"/>
      </w:tblPr>
      <w:tblGrid>
        <w:gridCol w:w="2236"/>
        <w:gridCol w:w="2831"/>
        <w:gridCol w:w="1038"/>
        <w:gridCol w:w="3263"/>
        <w:gridCol w:w="1276"/>
      </w:tblGrid>
      <w:tr w:rsidR="00EC20FC" w14:paraId="79A56BA9" w14:textId="77777777" w:rsidTr="4A148D04">
        <w:trPr>
          <w:trHeight w:val="300"/>
        </w:trPr>
        <w:tc>
          <w:tcPr>
            <w:tcW w:w="1440" w:type="dxa"/>
          </w:tcPr>
          <w:p w14:paraId="1F921ADC" w14:textId="63A2E285" w:rsidR="00EC20FC" w:rsidRDefault="291438B3" w:rsidP="4F90C32D">
            <w:pPr>
              <w:rPr>
                <w:b/>
                <w:bCs/>
                <w:color w:val="FF0000"/>
              </w:rPr>
            </w:pPr>
            <w:r w:rsidRPr="4F90C32D">
              <w:rPr>
                <w:b/>
                <w:bCs/>
                <w:color w:val="FF0000"/>
              </w:rPr>
              <w:t>Predmet/ UČITELJ</w:t>
            </w:r>
          </w:p>
        </w:tc>
        <w:tc>
          <w:tcPr>
            <w:tcW w:w="3285" w:type="dxa"/>
          </w:tcPr>
          <w:p w14:paraId="0878E2EF" w14:textId="3B95D38A" w:rsidR="00EC20FC" w:rsidRDefault="5E2DD44C" w:rsidP="4F90C32D">
            <w:pPr>
              <w:rPr>
                <w:b/>
                <w:bCs/>
                <w:color w:val="0070C0"/>
              </w:rPr>
            </w:pPr>
            <w:r w:rsidRPr="4F90C32D">
              <w:rPr>
                <w:b/>
                <w:bCs/>
                <w:color w:val="0070C0"/>
              </w:rPr>
              <w:t xml:space="preserve">Dodatna nastava - dan </w:t>
            </w:r>
            <w:r w:rsidR="7CDEF19D" w:rsidRPr="4F90C32D">
              <w:rPr>
                <w:b/>
                <w:bCs/>
                <w:color w:val="0070C0"/>
              </w:rPr>
              <w:t xml:space="preserve">i </w:t>
            </w:r>
            <w:r w:rsidRPr="4F90C32D">
              <w:rPr>
                <w:b/>
                <w:bCs/>
                <w:color w:val="0070C0"/>
              </w:rPr>
              <w:t>vrijeme</w:t>
            </w:r>
          </w:p>
          <w:p w14:paraId="47B1C85D" w14:textId="1371555A" w:rsidR="00EC20FC" w:rsidRDefault="00EC20FC"/>
        </w:tc>
        <w:tc>
          <w:tcPr>
            <w:tcW w:w="1065" w:type="dxa"/>
          </w:tcPr>
          <w:p w14:paraId="08C05F7B" w14:textId="77777777" w:rsidR="00EC20FC" w:rsidRDefault="00930BB0">
            <w:r>
              <w:t>Broj učenika</w:t>
            </w:r>
          </w:p>
        </w:tc>
        <w:tc>
          <w:tcPr>
            <w:tcW w:w="3834" w:type="dxa"/>
          </w:tcPr>
          <w:p w14:paraId="4EC86A36" w14:textId="77777777" w:rsidR="00EC20FC" w:rsidRPr="004F2AC4" w:rsidRDefault="5E2DD44C" w:rsidP="4F90C32D">
            <w:pPr>
              <w:rPr>
                <w:b/>
                <w:bCs/>
                <w:color w:val="00B050"/>
                <w:lang w:val="es-ES"/>
              </w:rPr>
            </w:pPr>
            <w:r w:rsidRPr="004F2AC4">
              <w:rPr>
                <w:b/>
                <w:bCs/>
                <w:color w:val="00B050"/>
                <w:lang w:val="es-ES"/>
              </w:rPr>
              <w:t>Dopunska nastava - dan i vrijeme</w:t>
            </w:r>
          </w:p>
        </w:tc>
        <w:tc>
          <w:tcPr>
            <w:tcW w:w="1020" w:type="dxa"/>
          </w:tcPr>
          <w:p w14:paraId="4AB91C28" w14:textId="77777777" w:rsidR="00EC20FC" w:rsidRDefault="00930BB0">
            <w:r>
              <w:t>Broj učenika</w:t>
            </w:r>
          </w:p>
        </w:tc>
      </w:tr>
      <w:tr w:rsidR="00EC20FC" w14:paraId="672A6659" w14:textId="77777777" w:rsidTr="4A148D04">
        <w:trPr>
          <w:trHeight w:val="300"/>
        </w:trPr>
        <w:tc>
          <w:tcPr>
            <w:tcW w:w="1440" w:type="dxa"/>
          </w:tcPr>
          <w:p w14:paraId="0A37501D" w14:textId="22B62EE8" w:rsidR="00EC20FC" w:rsidRDefault="2F23788A">
            <w:r>
              <w:t>Biologija/ Marijana Kuljko</w:t>
            </w:r>
          </w:p>
        </w:tc>
        <w:tc>
          <w:tcPr>
            <w:tcW w:w="3285" w:type="dxa"/>
          </w:tcPr>
          <w:p w14:paraId="6656EC59" w14:textId="798607A1" w:rsidR="00EC20FC" w:rsidRPr="004F2AC4" w:rsidRDefault="10D9C2EA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Dodatna nastava iz Biologije </w:t>
            </w:r>
            <w:r w:rsidR="739F468C" w:rsidRPr="004F2AC4">
              <w:rPr>
                <w:lang w:val="es-ES"/>
              </w:rPr>
              <w:t xml:space="preserve">za sedme i osme razrede </w:t>
            </w:r>
            <w:r w:rsidRPr="004F2AC4">
              <w:rPr>
                <w:lang w:val="es-ES"/>
              </w:rPr>
              <w:t xml:space="preserve">- </w:t>
            </w:r>
          </w:p>
          <w:p w14:paraId="5D45E699" w14:textId="14032EC3" w:rsidR="00EC20FC" w:rsidRDefault="10D9C2EA">
            <w:r>
              <w:t>A i B tjedan:</w:t>
            </w:r>
          </w:p>
          <w:p w14:paraId="5DAB6C7B" w14:textId="7439CF96" w:rsidR="00EC20FC" w:rsidRDefault="2F23788A">
            <w:r>
              <w:t>Utorak, 12:05 - 13:</w:t>
            </w:r>
            <w:r w:rsidR="4F1D46E4">
              <w:t>40 sati</w:t>
            </w:r>
          </w:p>
        </w:tc>
        <w:tc>
          <w:tcPr>
            <w:tcW w:w="1065" w:type="dxa"/>
          </w:tcPr>
          <w:p w14:paraId="02EB378F" w14:textId="77777777" w:rsidR="00EC20FC" w:rsidRDefault="00EC20FC"/>
        </w:tc>
        <w:tc>
          <w:tcPr>
            <w:tcW w:w="3834" w:type="dxa"/>
          </w:tcPr>
          <w:p w14:paraId="6A05A809" w14:textId="4AB67D91" w:rsidR="00EC20FC" w:rsidRDefault="169FB42C">
            <w:r>
              <w:t>_____________</w:t>
            </w:r>
          </w:p>
        </w:tc>
        <w:tc>
          <w:tcPr>
            <w:tcW w:w="1020" w:type="dxa"/>
          </w:tcPr>
          <w:p w14:paraId="5A39BBE3" w14:textId="781B707B" w:rsidR="00EC20FC" w:rsidRDefault="169FB42C">
            <w:r>
              <w:t>_____________</w:t>
            </w:r>
          </w:p>
        </w:tc>
      </w:tr>
      <w:tr w:rsidR="4A148D04" w14:paraId="352C66CC" w14:textId="77777777" w:rsidTr="4A148D04">
        <w:trPr>
          <w:trHeight w:val="300"/>
        </w:trPr>
        <w:tc>
          <w:tcPr>
            <w:tcW w:w="1440" w:type="dxa"/>
          </w:tcPr>
          <w:p w14:paraId="059ADC8F" w14:textId="703074BA" w:rsidR="5522C005" w:rsidRDefault="5522C005" w:rsidP="4A148D04">
            <w:r>
              <w:t>Martina Dobrica- FIZIKA</w:t>
            </w:r>
          </w:p>
        </w:tc>
        <w:tc>
          <w:tcPr>
            <w:tcW w:w="3285" w:type="dxa"/>
          </w:tcPr>
          <w:p w14:paraId="6AD80FB0" w14:textId="61625A72" w:rsidR="5522C005" w:rsidRPr="004F2AC4" w:rsidRDefault="5522C005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A TJEDAN</w:t>
            </w:r>
          </w:p>
          <w:p w14:paraId="7A2FF128" w14:textId="6E744A5A" w:rsidR="5522C005" w:rsidRPr="004F2AC4" w:rsidRDefault="5522C005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Srijeda 0. sat ( 13.00-13.45)</w:t>
            </w:r>
          </w:p>
          <w:p w14:paraId="4C14C670" w14:textId="29CC2B86" w:rsidR="5522C005" w:rsidRPr="004F2AC4" w:rsidRDefault="5522C005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B TJEDAN</w:t>
            </w:r>
          </w:p>
          <w:p w14:paraId="0F30FCB4" w14:textId="19C3F388" w:rsidR="5522C005" w:rsidRDefault="5522C005" w:rsidP="4A148D04">
            <w:r>
              <w:t>Srijeda 7.sat ( 12.55- 13.40)</w:t>
            </w:r>
          </w:p>
        </w:tc>
        <w:tc>
          <w:tcPr>
            <w:tcW w:w="1065" w:type="dxa"/>
          </w:tcPr>
          <w:p w14:paraId="2A82B85F" w14:textId="27C6511A" w:rsidR="4A148D04" w:rsidRDefault="4A148D04" w:rsidP="4A148D04"/>
        </w:tc>
        <w:tc>
          <w:tcPr>
            <w:tcW w:w="3834" w:type="dxa"/>
          </w:tcPr>
          <w:p w14:paraId="2DE45257" w14:textId="5C8340FD" w:rsidR="5522C005" w:rsidRPr="004F2AC4" w:rsidRDefault="5522C005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A TJEDAN</w:t>
            </w:r>
          </w:p>
          <w:p w14:paraId="519BCC74" w14:textId="1384CEAB" w:rsidR="5522C005" w:rsidRPr="004F2AC4" w:rsidRDefault="5522C005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Petak 0. sat ( 13.00- 13.45)</w:t>
            </w:r>
          </w:p>
          <w:p w14:paraId="1138B12C" w14:textId="509F0006" w:rsidR="5522C005" w:rsidRPr="004F2AC4" w:rsidRDefault="5522C005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B TJEDAN</w:t>
            </w:r>
          </w:p>
          <w:p w14:paraId="090AF67A" w14:textId="51D646F4" w:rsidR="5522C005" w:rsidRDefault="5522C005" w:rsidP="4A148D04">
            <w:r>
              <w:t>Petak 7. sat ( 13.00- 13.45)</w:t>
            </w:r>
          </w:p>
        </w:tc>
        <w:tc>
          <w:tcPr>
            <w:tcW w:w="1020" w:type="dxa"/>
          </w:tcPr>
          <w:p w14:paraId="0D27D9BB" w14:textId="2F2AE8E1" w:rsidR="4A148D04" w:rsidRDefault="4A148D04" w:rsidP="4A148D04"/>
        </w:tc>
      </w:tr>
      <w:tr w:rsidR="00EC20FC" w14:paraId="72A3D3EC" w14:textId="77777777" w:rsidTr="4A148D04">
        <w:trPr>
          <w:trHeight w:val="300"/>
        </w:trPr>
        <w:tc>
          <w:tcPr>
            <w:tcW w:w="1440" w:type="dxa"/>
          </w:tcPr>
          <w:p w14:paraId="0D0B940D" w14:textId="032BE01E" w:rsidR="00EC20FC" w:rsidRDefault="2BD81CC1">
            <w:r>
              <w:t>Hrvatski jezik / Ivana Major</w:t>
            </w:r>
          </w:p>
        </w:tc>
        <w:tc>
          <w:tcPr>
            <w:tcW w:w="3285" w:type="dxa"/>
          </w:tcPr>
          <w:p w14:paraId="0E27B00A" w14:textId="77777777" w:rsidR="00EC20FC" w:rsidRDefault="00EC20FC"/>
        </w:tc>
        <w:tc>
          <w:tcPr>
            <w:tcW w:w="1065" w:type="dxa"/>
          </w:tcPr>
          <w:p w14:paraId="60061E4C" w14:textId="77777777" w:rsidR="00EC20FC" w:rsidRDefault="00EC20FC"/>
        </w:tc>
        <w:tc>
          <w:tcPr>
            <w:tcW w:w="3834" w:type="dxa"/>
          </w:tcPr>
          <w:p w14:paraId="44EAFD9C" w14:textId="165D4F1E" w:rsidR="00EC20FC" w:rsidRDefault="5134D9B6">
            <w:r>
              <w:t xml:space="preserve">A i B tjedan – </w:t>
            </w:r>
            <w:r w:rsidR="7C8E7582">
              <w:t>ponedjeljak</w:t>
            </w:r>
            <w:r>
              <w:t xml:space="preserve"> (12:55 – 13:40) </w:t>
            </w:r>
          </w:p>
        </w:tc>
        <w:tc>
          <w:tcPr>
            <w:tcW w:w="1020" w:type="dxa"/>
          </w:tcPr>
          <w:p w14:paraId="4B94D5A5" w14:textId="04452281" w:rsidR="00EC20FC" w:rsidRDefault="2B01CEF2">
            <w:r>
              <w:t>8</w:t>
            </w:r>
          </w:p>
        </w:tc>
      </w:tr>
      <w:tr w:rsidR="00EC20FC" w:rsidRPr="004F2AC4" w14:paraId="3656B9AB" w14:textId="77777777" w:rsidTr="4A148D04">
        <w:trPr>
          <w:trHeight w:val="300"/>
        </w:trPr>
        <w:tc>
          <w:tcPr>
            <w:tcW w:w="1440" w:type="dxa"/>
          </w:tcPr>
          <w:p w14:paraId="45FB0818" w14:textId="307DD1B9" w:rsidR="00EC20FC" w:rsidRDefault="247199AC">
            <w:r>
              <w:t>Matematika/ Brigita Matekalo</w:t>
            </w:r>
          </w:p>
        </w:tc>
        <w:tc>
          <w:tcPr>
            <w:tcW w:w="3285" w:type="dxa"/>
          </w:tcPr>
          <w:p w14:paraId="67B4B516" w14:textId="66AEAE87" w:rsidR="00EC20FC" w:rsidRPr="004F2AC4" w:rsidRDefault="44271034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A tjedan: </w:t>
            </w:r>
            <w:r w:rsidR="726E4454" w:rsidRPr="004F2AC4">
              <w:rPr>
                <w:lang w:val="es-ES"/>
              </w:rPr>
              <w:t>srijeda</w:t>
            </w:r>
            <w:r w:rsidRPr="004F2AC4">
              <w:rPr>
                <w:lang w:val="es-ES"/>
              </w:rPr>
              <w:t xml:space="preserve"> 12:55-13:40</w:t>
            </w:r>
          </w:p>
          <w:p w14:paraId="049F31CB" w14:textId="452BDDF6" w:rsidR="00EC20FC" w:rsidRPr="004F2AC4" w:rsidRDefault="247199AC" w:rsidP="2AD2544F">
            <w:pPr>
              <w:rPr>
                <w:lang w:val="es-ES"/>
              </w:rPr>
            </w:pPr>
            <w:r w:rsidRPr="004F2AC4">
              <w:rPr>
                <w:lang w:val="es-ES"/>
              </w:rPr>
              <w:t>B tjedan: četvrtak 12:55-13:40</w:t>
            </w:r>
          </w:p>
        </w:tc>
        <w:tc>
          <w:tcPr>
            <w:tcW w:w="1065" w:type="dxa"/>
          </w:tcPr>
          <w:p w14:paraId="53128261" w14:textId="7EBF462C" w:rsidR="00EC20FC" w:rsidRDefault="247199AC">
            <w:r>
              <w:t>8</w:t>
            </w:r>
          </w:p>
        </w:tc>
        <w:tc>
          <w:tcPr>
            <w:tcW w:w="3834" w:type="dxa"/>
          </w:tcPr>
          <w:p w14:paraId="474A81AA" w14:textId="6BC63E6B" w:rsidR="00EC20FC" w:rsidRPr="004F2AC4" w:rsidRDefault="44271034" w:rsidP="2AD2544F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A tjedan: </w:t>
            </w:r>
            <w:r w:rsidR="19CFAAFC" w:rsidRPr="004F2AC4">
              <w:rPr>
                <w:lang w:val="es-ES"/>
              </w:rPr>
              <w:t xml:space="preserve">utorak </w:t>
            </w:r>
            <w:r w:rsidRPr="004F2AC4">
              <w:rPr>
                <w:lang w:val="es-ES"/>
              </w:rPr>
              <w:t>12:55-13:40</w:t>
            </w:r>
          </w:p>
          <w:p w14:paraId="62486C05" w14:textId="30400C26" w:rsidR="00EC20FC" w:rsidRPr="004F2AC4" w:rsidRDefault="247199AC" w:rsidP="2AD2544F">
            <w:pPr>
              <w:rPr>
                <w:lang w:val="es-ES"/>
              </w:rPr>
            </w:pPr>
            <w:r w:rsidRPr="004F2AC4">
              <w:rPr>
                <w:lang w:val="es-ES"/>
              </w:rPr>
              <w:t>B tjedan: petak 12:55-13:40</w:t>
            </w:r>
          </w:p>
        </w:tc>
        <w:tc>
          <w:tcPr>
            <w:tcW w:w="1020" w:type="dxa"/>
          </w:tcPr>
          <w:p w14:paraId="4101652C" w14:textId="77777777" w:rsidR="00EC20FC" w:rsidRPr="004F2AC4" w:rsidRDefault="00EC20FC">
            <w:pPr>
              <w:rPr>
                <w:lang w:val="es-ES"/>
              </w:rPr>
            </w:pPr>
          </w:p>
        </w:tc>
      </w:tr>
      <w:tr w:rsidR="00EC20FC" w14:paraId="1299C43A" w14:textId="77777777" w:rsidTr="4A148D04">
        <w:trPr>
          <w:trHeight w:val="300"/>
        </w:trPr>
        <w:tc>
          <w:tcPr>
            <w:tcW w:w="1440" w:type="dxa"/>
          </w:tcPr>
          <w:p w14:paraId="4DDBEF00" w14:textId="2A06372B" w:rsidR="00EC20FC" w:rsidRDefault="194FDBF0">
            <w:r>
              <w:t>Matematika/Ana Šarec</w:t>
            </w:r>
          </w:p>
        </w:tc>
        <w:tc>
          <w:tcPr>
            <w:tcW w:w="3285" w:type="dxa"/>
          </w:tcPr>
          <w:p w14:paraId="641C4B67" w14:textId="7B58C324" w:rsidR="00EC20FC" w:rsidRPr="004F2AC4" w:rsidRDefault="194FDBF0">
            <w:pPr>
              <w:rPr>
                <w:lang w:val="es-ES"/>
              </w:rPr>
            </w:pPr>
            <w:r w:rsidRPr="004F2AC4">
              <w:rPr>
                <w:lang w:val="es-ES"/>
              </w:rPr>
              <w:t>A tjedan  srijeda 7. sat (</w:t>
            </w:r>
            <w:r w:rsidR="2B580C36" w:rsidRPr="004F2AC4">
              <w:rPr>
                <w:lang w:val="es-ES"/>
              </w:rPr>
              <w:t>12.55-13.40)</w:t>
            </w:r>
          </w:p>
          <w:p w14:paraId="3461D779" w14:textId="1D4247BC" w:rsidR="00EC20FC" w:rsidRPr="004F2AC4" w:rsidRDefault="2B580C36">
            <w:pPr>
              <w:rPr>
                <w:lang w:val="es-ES"/>
              </w:rPr>
            </w:pPr>
            <w:r w:rsidRPr="004F2AC4">
              <w:rPr>
                <w:lang w:val="es-ES"/>
              </w:rPr>
              <w:t>B tjedan srijeda 0. sat (12.55-13.40)</w:t>
            </w:r>
          </w:p>
        </w:tc>
        <w:tc>
          <w:tcPr>
            <w:tcW w:w="1065" w:type="dxa"/>
          </w:tcPr>
          <w:p w14:paraId="3CF2D8B6" w14:textId="77777777" w:rsidR="00EC20FC" w:rsidRPr="004F2AC4" w:rsidRDefault="00EC20FC">
            <w:pPr>
              <w:rPr>
                <w:lang w:val="es-ES"/>
              </w:rPr>
            </w:pPr>
          </w:p>
        </w:tc>
        <w:tc>
          <w:tcPr>
            <w:tcW w:w="3834" w:type="dxa"/>
          </w:tcPr>
          <w:p w14:paraId="30DD6117" w14:textId="7968CD8B" w:rsidR="00EC20FC" w:rsidRDefault="2B580C36">
            <w:r>
              <w:t>A tjedan ponedjeljak 7. sat (12.55-13.40)</w:t>
            </w:r>
          </w:p>
          <w:p w14:paraId="0FB78278" w14:textId="5A8BFD7E" w:rsidR="00EC20FC" w:rsidRDefault="2B580C36">
            <w:r>
              <w:t>B tjedan ponedjeljak 0. sat (12.55-13.40)</w:t>
            </w:r>
          </w:p>
        </w:tc>
        <w:tc>
          <w:tcPr>
            <w:tcW w:w="1020" w:type="dxa"/>
          </w:tcPr>
          <w:p w14:paraId="1FC39945" w14:textId="77777777" w:rsidR="00EC20FC" w:rsidRDefault="00EC20FC"/>
        </w:tc>
      </w:tr>
      <w:tr w:rsidR="00EC20FC" w14:paraId="34CE0A41" w14:textId="77777777" w:rsidTr="4A148D04">
        <w:trPr>
          <w:trHeight w:val="300"/>
        </w:trPr>
        <w:tc>
          <w:tcPr>
            <w:tcW w:w="1440" w:type="dxa"/>
          </w:tcPr>
          <w:p w14:paraId="62EBF3C5" w14:textId="3EED3D34" w:rsidR="00EC20FC" w:rsidRDefault="7A9AFBFB">
            <w:r>
              <w:t>Engleski jezik / Darija Klepec</w:t>
            </w:r>
          </w:p>
        </w:tc>
        <w:tc>
          <w:tcPr>
            <w:tcW w:w="3285" w:type="dxa"/>
          </w:tcPr>
          <w:p w14:paraId="6D98A12B" w14:textId="09803E61" w:rsidR="00EC20FC" w:rsidRPr="004F2AC4" w:rsidRDefault="6629A65B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6. i 7. razred  </w:t>
            </w:r>
            <w:r w:rsidR="00EC20FC" w:rsidRPr="004F2AC4">
              <w:rPr>
                <w:lang w:val="es-ES"/>
              </w:rPr>
              <w:br/>
            </w:r>
            <w:r w:rsidR="667B07A0" w:rsidRPr="004F2AC4">
              <w:rPr>
                <w:lang w:val="es-ES"/>
              </w:rPr>
              <w:t>A tj</w:t>
            </w:r>
            <w:r w:rsidR="19133EBF" w:rsidRPr="004F2AC4">
              <w:rPr>
                <w:lang w:val="es-ES"/>
              </w:rPr>
              <w:t>edan - srijeda</w:t>
            </w:r>
            <w:r w:rsidR="667B07A0" w:rsidRPr="004F2AC4">
              <w:rPr>
                <w:lang w:val="es-ES"/>
              </w:rPr>
              <w:t xml:space="preserve"> (12:55</w:t>
            </w:r>
            <w:r w:rsidR="09D01EEE" w:rsidRPr="004F2AC4">
              <w:rPr>
                <w:lang w:val="es-ES"/>
              </w:rPr>
              <w:t xml:space="preserve"> – </w:t>
            </w:r>
            <w:r w:rsidR="667B07A0" w:rsidRPr="004F2AC4">
              <w:rPr>
                <w:lang w:val="es-ES"/>
              </w:rPr>
              <w:t>1</w:t>
            </w:r>
            <w:r w:rsidR="09D01EEE" w:rsidRPr="004F2AC4">
              <w:rPr>
                <w:lang w:val="es-ES"/>
              </w:rPr>
              <w:t>3:40)</w:t>
            </w:r>
            <w:r w:rsidR="00EC20FC" w:rsidRPr="004F2AC4">
              <w:rPr>
                <w:lang w:val="es-ES"/>
              </w:rPr>
              <w:br/>
            </w:r>
            <w:r w:rsidR="526AAEBA" w:rsidRPr="004F2AC4">
              <w:rPr>
                <w:lang w:val="es-ES"/>
              </w:rPr>
              <w:t>B tj</w:t>
            </w:r>
            <w:r w:rsidR="48D461FE" w:rsidRPr="004F2AC4">
              <w:rPr>
                <w:lang w:val="es-ES"/>
              </w:rPr>
              <w:t xml:space="preserve">edan - </w:t>
            </w:r>
            <w:r w:rsidR="40F48408" w:rsidRPr="004F2AC4">
              <w:rPr>
                <w:lang w:val="es-ES"/>
              </w:rPr>
              <w:t xml:space="preserve"> utorak (12:55 – 13:40)</w:t>
            </w:r>
          </w:p>
        </w:tc>
        <w:tc>
          <w:tcPr>
            <w:tcW w:w="1065" w:type="dxa"/>
          </w:tcPr>
          <w:p w14:paraId="2946DB82" w14:textId="77777777" w:rsidR="00EC20FC" w:rsidRPr="004F2AC4" w:rsidRDefault="00EC20FC">
            <w:pPr>
              <w:rPr>
                <w:lang w:val="es-ES"/>
              </w:rPr>
            </w:pPr>
          </w:p>
        </w:tc>
        <w:tc>
          <w:tcPr>
            <w:tcW w:w="3834" w:type="dxa"/>
          </w:tcPr>
          <w:p w14:paraId="5997CC1D" w14:textId="051DB0A7" w:rsidR="00EC20FC" w:rsidRDefault="340E1720">
            <w:r w:rsidRPr="004F2AC4">
              <w:rPr>
                <w:lang w:val="es-ES"/>
              </w:rPr>
              <w:t xml:space="preserve">6. razred </w:t>
            </w:r>
            <w:r w:rsidR="00EC20FC"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t xml:space="preserve"> A </w:t>
            </w:r>
            <w:r w:rsidR="34B7E2A3" w:rsidRPr="004F2AC4">
              <w:rPr>
                <w:lang w:val="es-ES"/>
              </w:rPr>
              <w:t>tjedan</w:t>
            </w:r>
            <w:r w:rsidR="1BF083EA" w:rsidRPr="004F2AC4">
              <w:rPr>
                <w:lang w:val="es-ES"/>
              </w:rPr>
              <w:t xml:space="preserve">- </w:t>
            </w:r>
            <w:r w:rsidRPr="004F2AC4">
              <w:rPr>
                <w:lang w:val="es-ES"/>
              </w:rPr>
              <w:t xml:space="preserve"> </w:t>
            </w:r>
            <w:r w:rsidR="1639B7E8" w:rsidRPr="004F2AC4">
              <w:rPr>
                <w:lang w:val="es-ES"/>
              </w:rPr>
              <w:t>četvrtak</w:t>
            </w:r>
            <w:r w:rsidRPr="004F2AC4">
              <w:rPr>
                <w:lang w:val="es-ES"/>
              </w:rPr>
              <w:t xml:space="preserve"> </w:t>
            </w:r>
            <w:r w:rsidR="14FF0F8B" w:rsidRPr="004F2AC4">
              <w:rPr>
                <w:lang w:val="es-ES"/>
              </w:rPr>
              <w:t>(</w:t>
            </w:r>
            <w:r w:rsidRPr="004F2AC4">
              <w:rPr>
                <w:lang w:val="es-ES"/>
              </w:rPr>
              <w:t>12:55</w:t>
            </w:r>
            <w:r w:rsidR="6C5E6E82" w:rsidRPr="004F2AC4">
              <w:rPr>
                <w:lang w:val="es-ES"/>
              </w:rPr>
              <w:t xml:space="preserve"> – </w:t>
            </w:r>
            <w:r w:rsidRPr="004F2AC4">
              <w:rPr>
                <w:lang w:val="es-ES"/>
              </w:rPr>
              <w:t>13</w:t>
            </w:r>
            <w:r w:rsidR="6C5E6E82" w:rsidRPr="004F2AC4">
              <w:rPr>
                <w:lang w:val="es-ES"/>
              </w:rPr>
              <w:t>:</w:t>
            </w:r>
            <w:r w:rsidR="7DECE238" w:rsidRPr="004F2AC4">
              <w:rPr>
                <w:lang w:val="es-ES"/>
              </w:rPr>
              <w:t>40)</w:t>
            </w:r>
            <w:r w:rsidR="00EC20FC" w:rsidRPr="004F2AC4">
              <w:rPr>
                <w:lang w:val="es-ES"/>
              </w:rPr>
              <w:br/>
            </w:r>
            <w:r w:rsidR="14CFBB19" w:rsidRPr="004F2AC4">
              <w:rPr>
                <w:lang w:val="es-ES"/>
              </w:rPr>
              <w:t xml:space="preserve"> B tjedan – srijeda (12:55 – 13:40)</w:t>
            </w:r>
            <w:r w:rsidR="00EC20FC" w:rsidRPr="004F2AC4">
              <w:rPr>
                <w:lang w:val="es-ES"/>
              </w:rPr>
              <w:br/>
            </w:r>
            <w:r w:rsidR="2020FB70" w:rsidRPr="004F2AC4">
              <w:rPr>
                <w:lang w:val="es-ES"/>
              </w:rPr>
              <w:lastRenderedPageBreak/>
              <w:t xml:space="preserve">            </w:t>
            </w:r>
            <w:r w:rsidR="583BC14D" w:rsidRPr="004F2AC4">
              <w:rPr>
                <w:lang w:val="es-ES"/>
              </w:rPr>
              <w:t xml:space="preserve">    </w:t>
            </w:r>
            <w:r w:rsidR="00EC20FC" w:rsidRPr="004F2AC4">
              <w:rPr>
                <w:lang w:val="es-ES"/>
              </w:rPr>
              <w:br/>
            </w:r>
            <w:r w:rsidR="73826505" w:rsidRPr="004F2AC4">
              <w:rPr>
                <w:lang w:val="es-ES"/>
              </w:rPr>
              <w:t xml:space="preserve">7. </w:t>
            </w:r>
            <w:r w:rsidR="73826505">
              <w:t xml:space="preserve">Razred </w:t>
            </w:r>
            <w:r w:rsidR="00EC20FC">
              <w:br/>
            </w:r>
            <w:r w:rsidR="73826505">
              <w:t>A tj</w:t>
            </w:r>
            <w:r w:rsidR="241E715F">
              <w:t>edan</w:t>
            </w:r>
            <w:r w:rsidR="61A6BDE4">
              <w:t xml:space="preserve"> – petak (12:55 – 13:40)</w:t>
            </w:r>
            <w:r w:rsidR="00EC20FC">
              <w:br/>
            </w:r>
            <w:r w:rsidR="30136E62">
              <w:t>B t</w:t>
            </w:r>
            <w:r w:rsidR="48A43480">
              <w:t>jedan</w:t>
            </w:r>
            <w:r w:rsidR="30136E62">
              <w:t xml:space="preserve"> </w:t>
            </w:r>
            <w:r w:rsidR="21E0ABF3">
              <w:t xml:space="preserve">- </w:t>
            </w:r>
            <w:r w:rsidR="30136E62">
              <w:t xml:space="preserve">ponedjeljak (12:55 – </w:t>
            </w:r>
            <w:r w:rsidR="0C293A24">
              <w:t>13:40)</w:t>
            </w:r>
          </w:p>
        </w:tc>
        <w:tc>
          <w:tcPr>
            <w:tcW w:w="1020" w:type="dxa"/>
          </w:tcPr>
          <w:p w14:paraId="110FFD37" w14:textId="77777777" w:rsidR="00EC20FC" w:rsidRDefault="00EC20FC"/>
        </w:tc>
      </w:tr>
      <w:tr w:rsidR="4A148D04" w14:paraId="5E08A721" w14:textId="77777777" w:rsidTr="4A148D04">
        <w:trPr>
          <w:trHeight w:val="300"/>
        </w:trPr>
        <w:tc>
          <w:tcPr>
            <w:tcW w:w="1440" w:type="dxa"/>
          </w:tcPr>
          <w:p w14:paraId="60B4353F" w14:textId="7C8BF52F" w:rsidR="2809FE27" w:rsidRDefault="2809FE27" w:rsidP="4A148D04">
            <w:r>
              <w:t>Engleski jezik / Jelena Magoš Kuten</w:t>
            </w:r>
          </w:p>
        </w:tc>
        <w:tc>
          <w:tcPr>
            <w:tcW w:w="3285" w:type="dxa"/>
          </w:tcPr>
          <w:p w14:paraId="27158A9B" w14:textId="49E61ADD" w:rsidR="4A148D04" w:rsidRDefault="4A148D04" w:rsidP="4A148D04"/>
        </w:tc>
        <w:tc>
          <w:tcPr>
            <w:tcW w:w="1065" w:type="dxa"/>
          </w:tcPr>
          <w:p w14:paraId="6396EB98" w14:textId="37F051A2" w:rsidR="4A148D04" w:rsidRDefault="4A148D04" w:rsidP="4A148D04"/>
        </w:tc>
        <w:tc>
          <w:tcPr>
            <w:tcW w:w="3834" w:type="dxa"/>
          </w:tcPr>
          <w:p w14:paraId="2F155807" w14:textId="22F57E5B" w:rsidR="2084E46B" w:rsidRDefault="2084E46B" w:rsidP="4A148D04">
            <w:r>
              <w:t>5. razred</w:t>
            </w:r>
            <w:r>
              <w:br/>
              <w:t>A tjedan: ponedjeljak, 7. sat (12:55 – 13: 40)</w:t>
            </w:r>
            <w:r>
              <w:br/>
              <w:t>B tjedan: utorak, 0. sat (12:55 – 13:40)</w:t>
            </w:r>
          </w:p>
        </w:tc>
        <w:tc>
          <w:tcPr>
            <w:tcW w:w="1020" w:type="dxa"/>
          </w:tcPr>
          <w:p w14:paraId="4949D4A9" w14:textId="52B7D7B9" w:rsidR="4A148D04" w:rsidRDefault="4A148D04" w:rsidP="4A148D04"/>
        </w:tc>
      </w:tr>
      <w:tr w:rsidR="00EC20FC" w14:paraId="3FE9F23F" w14:textId="77777777" w:rsidTr="4A148D04">
        <w:trPr>
          <w:trHeight w:val="300"/>
        </w:trPr>
        <w:tc>
          <w:tcPr>
            <w:tcW w:w="1440" w:type="dxa"/>
          </w:tcPr>
          <w:p w14:paraId="1F72F646" w14:textId="0B89E96C" w:rsidR="00EC20FC" w:rsidRDefault="7AFC13E0" w:rsidP="4A148D04">
            <w:r>
              <w:t>Hrvatski jezik /Sandra Hajak</w:t>
            </w:r>
          </w:p>
        </w:tc>
        <w:tc>
          <w:tcPr>
            <w:tcW w:w="3285" w:type="dxa"/>
          </w:tcPr>
          <w:p w14:paraId="08CE6F91" w14:textId="77777777" w:rsidR="00EC20FC" w:rsidRDefault="00EC20FC"/>
        </w:tc>
        <w:tc>
          <w:tcPr>
            <w:tcW w:w="1065" w:type="dxa"/>
          </w:tcPr>
          <w:p w14:paraId="61CDCEAD" w14:textId="77777777" w:rsidR="00EC20FC" w:rsidRDefault="00EC20FC"/>
        </w:tc>
        <w:tc>
          <w:tcPr>
            <w:tcW w:w="3834" w:type="dxa"/>
          </w:tcPr>
          <w:p w14:paraId="51380179" w14:textId="25CF2064" w:rsidR="00EC20FC" w:rsidRPr="004F2AC4" w:rsidRDefault="754B41A8">
            <w:pPr>
              <w:rPr>
                <w:lang w:val="es-ES"/>
              </w:rPr>
            </w:pPr>
            <w:r w:rsidRPr="004F2AC4">
              <w:rPr>
                <w:lang w:val="es-ES"/>
              </w:rPr>
              <w:t>6. razredi</w:t>
            </w:r>
          </w:p>
          <w:p w14:paraId="4AC415B7" w14:textId="19064B90" w:rsidR="00EC20FC" w:rsidRPr="004F2AC4" w:rsidRDefault="754B41A8">
            <w:pPr>
              <w:rPr>
                <w:lang w:val="es-ES"/>
              </w:rPr>
            </w:pPr>
            <w:r w:rsidRPr="004F2AC4">
              <w:rPr>
                <w:lang w:val="es-ES"/>
              </w:rPr>
              <w:t>A tjedan: utorak 12.55 - 13.40</w:t>
            </w:r>
          </w:p>
          <w:p w14:paraId="6BB9E253" w14:textId="216842D2" w:rsidR="00EC20FC" w:rsidRPr="004F2AC4" w:rsidRDefault="754B41A8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B tjedan: </w:t>
            </w:r>
            <w:r w:rsidR="3FB11400" w:rsidRPr="004F2AC4">
              <w:rPr>
                <w:lang w:val="es-ES"/>
              </w:rPr>
              <w:t>četvrtak 12.55 - 13.40</w:t>
            </w:r>
          </w:p>
        </w:tc>
        <w:tc>
          <w:tcPr>
            <w:tcW w:w="1020" w:type="dxa"/>
          </w:tcPr>
          <w:p w14:paraId="23DE523C" w14:textId="0B56D2C3" w:rsidR="00EC20FC" w:rsidRDefault="754B41A8">
            <w:r>
              <w:t>10</w:t>
            </w:r>
          </w:p>
        </w:tc>
      </w:tr>
      <w:tr w:rsidR="00EC20FC" w14:paraId="07547A01" w14:textId="77777777" w:rsidTr="4A148D04">
        <w:trPr>
          <w:trHeight w:val="300"/>
        </w:trPr>
        <w:tc>
          <w:tcPr>
            <w:tcW w:w="1440" w:type="dxa"/>
          </w:tcPr>
          <w:p w14:paraId="5043CB0F" w14:textId="70CBD28F" w:rsidR="00EC20FC" w:rsidRDefault="7E994D7A">
            <w:r>
              <w:t>Informatika / Mladen Sesvečan</w:t>
            </w:r>
          </w:p>
        </w:tc>
        <w:tc>
          <w:tcPr>
            <w:tcW w:w="3285" w:type="dxa"/>
          </w:tcPr>
          <w:p w14:paraId="6CD7E9EB" w14:textId="45050E93" w:rsidR="00EC20FC" w:rsidRDefault="7E994D7A">
            <w:r>
              <w:t>A tjedan  petak 6. i 7. sat (12.</w:t>
            </w:r>
            <w:r w:rsidR="293E72B3">
              <w:t>0</w:t>
            </w:r>
            <w:r>
              <w:t>5-13.40)</w:t>
            </w:r>
          </w:p>
          <w:p w14:paraId="211E6A45" w14:textId="5F34FDF8" w:rsidR="00EC20FC" w:rsidRDefault="7E994D7A">
            <w:r>
              <w:t xml:space="preserve">B tjedan srijeda </w:t>
            </w:r>
            <w:r w:rsidR="62F3A78C">
              <w:t xml:space="preserve">6. i </w:t>
            </w:r>
            <w:r>
              <w:t>0. sat (12.</w:t>
            </w:r>
            <w:r w:rsidR="7E6925B6">
              <w:t>0</w:t>
            </w:r>
            <w:r>
              <w:t>5-13.40)</w:t>
            </w:r>
          </w:p>
          <w:p w14:paraId="07459315" w14:textId="6982FE56" w:rsidR="00EC20FC" w:rsidRDefault="00EC20FC"/>
        </w:tc>
        <w:tc>
          <w:tcPr>
            <w:tcW w:w="1065" w:type="dxa"/>
          </w:tcPr>
          <w:p w14:paraId="6537F28F" w14:textId="77777777" w:rsidR="00EC20FC" w:rsidRDefault="00EC20FC"/>
        </w:tc>
        <w:tc>
          <w:tcPr>
            <w:tcW w:w="3834" w:type="dxa"/>
          </w:tcPr>
          <w:p w14:paraId="6DFB9E20" w14:textId="77777777" w:rsidR="00EC20FC" w:rsidRDefault="00EC20FC"/>
        </w:tc>
        <w:tc>
          <w:tcPr>
            <w:tcW w:w="1020" w:type="dxa"/>
          </w:tcPr>
          <w:p w14:paraId="70DF9E56" w14:textId="77777777" w:rsidR="00EC20FC" w:rsidRDefault="00EC20FC"/>
        </w:tc>
      </w:tr>
      <w:tr w:rsidR="00EC20FC" w:rsidRPr="004F2AC4" w14:paraId="144A5D23" w14:textId="77777777" w:rsidTr="4A148D04">
        <w:trPr>
          <w:trHeight w:val="1575"/>
        </w:trPr>
        <w:tc>
          <w:tcPr>
            <w:tcW w:w="1440" w:type="dxa"/>
          </w:tcPr>
          <w:p w14:paraId="61A2225B" w14:textId="66681EC2" w:rsidR="00EC20FC" w:rsidRDefault="3B383E78">
            <w:r>
              <w:t xml:space="preserve">Hrvatski jezik / </w:t>
            </w:r>
          </w:p>
          <w:p w14:paraId="738610EB" w14:textId="418EFBF3" w:rsidR="00EC20FC" w:rsidRDefault="3B383E78">
            <w:r>
              <w:t>Žaklina Hasnaš</w:t>
            </w:r>
          </w:p>
        </w:tc>
        <w:tc>
          <w:tcPr>
            <w:tcW w:w="3285" w:type="dxa"/>
          </w:tcPr>
          <w:p w14:paraId="46AC0C2D" w14:textId="29879AD1" w:rsidR="00EC20FC" w:rsidRPr="004F2AC4" w:rsidRDefault="6942782D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>7. razred</w:t>
            </w:r>
          </w:p>
          <w:p w14:paraId="37B81EB0" w14:textId="1A8E0477" w:rsidR="00EC20FC" w:rsidRPr="004F2AC4" w:rsidRDefault="3B383E78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>A-tjedan</w:t>
            </w:r>
            <w:r w:rsidR="16E3106C" w:rsidRPr="004F2AC4">
              <w:rPr>
                <w:lang w:val="es-ES"/>
              </w:rPr>
              <w:t>:</w:t>
            </w:r>
            <w:r w:rsidR="5925ECCF" w:rsidRPr="004F2AC4">
              <w:rPr>
                <w:lang w:val="es-ES"/>
              </w:rPr>
              <w:t xml:space="preserve"> </w:t>
            </w:r>
            <w:r w:rsidR="590640DE" w:rsidRPr="004F2AC4">
              <w:rPr>
                <w:lang w:val="es-ES"/>
              </w:rPr>
              <w:t>utorak, 0. sat (12.50 –13.35)</w:t>
            </w:r>
          </w:p>
          <w:p w14:paraId="0F1DE015" w14:textId="71FB07B1" w:rsidR="00EC20FC" w:rsidRPr="004F2AC4" w:rsidRDefault="00EC20FC" w:rsidP="68E3C8B2">
            <w:pPr>
              <w:rPr>
                <w:lang w:val="es-ES"/>
              </w:rPr>
            </w:pPr>
          </w:p>
          <w:p w14:paraId="637805D2" w14:textId="2FB9A9DA" w:rsidR="00EC20FC" w:rsidRPr="004F2AC4" w:rsidRDefault="3B383E78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>B-tjedan</w:t>
            </w:r>
            <w:r w:rsidR="2BDF2345" w:rsidRPr="004F2AC4">
              <w:rPr>
                <w:lang w:val="es-ES"/>
              </w:rPr>
              <w:t xml:space="preserve">: </w:t>
            </w:r>
            <w:r w:rsidR="51CEA614" w:rsidRPr="004F2AC4">
              <w:rPr>
                <w:lang w:val="es-ES"/>
              </w:rPr>
              <w:t>srijeda 6. sat (12</w:t>
            </w:r>
            <w:r w:rsidR="2CB98B88" w:rsidRPr="004F2AC4">
              <w:rPr>
                <w:lang w:val="es-ES"/>
              </w:rPr>
              <w:t>.00</w:t>
            </w:r>
            <w:r w:rsidR="51CEA614" w:rsidRPr="004F2AC4">
              <w:rPr>
                <w:lang w:val="es-ES"/>
              </w:rPr>
              <w:t xml:space="preserve"> – 12.50) </w:t>
            </w:r>
          </w:p>
        </w:tc>
        <w:tc>
          <w:tcPr>
            <w:tcW w:w="1065" w:type="dxa"/>
          </w:tcPr>
          <w:p w14:paraId="463F29E8" w14:textId="77777777" w:rsidR="00EC20FC" w:rsidRPr="004F2AC4" w:rsidRDefault="00EC20FC">
            <w:pPr>
              <w:rPr>
                <w:lang w:val="es-ES"/>
              </w:rPr>
            </w:pPr>
          </w:p>
        </w:tc>
        <w:tc>
          <w:tcPr>
            <w:tcW w:w="3834" w:type="dxa"/>
          </w:tcPr>
          <w:p w14:paraId="2B220CEF" w14:textId="3AB6937E" w:rsidR="00EC20FC" w:rsidRPr="004F2AC4" w:rsidRDefault="77ADFEF3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>7. razred</w:t>
            </w:r>
          </w:p>
          <w:p w14:paraId="2742DEF4" w14:textId="4A2A97DE" w:rsidR="00EC20FC" w:rsidRPr="004F2AC4" w:rsidRDefault="77ADFEF3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>svaki petak, 0. sat (12.50</w:t>
            </w:r>
            <w:r w:rsidR="535E26B3" w:rsidRPr="004F2AC4">
              <w:rPr>
                <w:lang w:val="es-ES"/>
              </w:rPr>
              <w:t xml:space="preserve"> – </w:t>
            </w:r>
            <w:r w:rsidRPr="004F2AC4">
              <w:rPr>
                <w:lang w:val="es-ES"/>
              </w:rPr>
              <w:t xml:space="preserve">13.35) </w:t>
            </w:r>
          </w:p>
          <w:p w14:paraId="1905C643" w14:textId="55534C55" w:rsidR="00EC20FC" w:rsidRPr="004F2AC4" w:rsidRDefault="00EC20FC" w:rsidP="68E3C8B2">
            <w:pPr>
              <w:rPr>
                <w:lang w:val="es-ES"/>
              </w:rPr>
            </w:pPr>
          </w:p>
          <w:p w14:paraId="0E5611EA" w14:textId="76DBA9CD" w:rsidR="00EC20FC" w:rsidRPr="004F2AC4" w:rsidRDefault="0FD23ED0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>8. razred</w:t>
            </w:r>
            <w:r w:rsidR="7B0C5C71" w:rsidRPr="004F2AC4">
              <w:rPr>
                <w:lang w:val="es-ES"/>
              </w:rPr>
              <w:t xml:space="preserve"> </w:t>
            </w:r>
          </w:p>
          <w:p w14:paraId="3B7B4B86" w14:textId="7D820BFE" w:rsidR="00EC20FC" w:rsidRPr="004F2AC4" w:rsidRDefault="556A0827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>svaki p</w:t>
            </w:r>
            <w:r w:rsidR="389E7127" w:rsidRPr="004F2AC4">
              <w:rPr>
                <w:lang w:val="es-ES"/>
              </w:rPr>
              <w:t>onedjeljak, 0. sat (12.50</w:t>
            </w:r>
            <w:r w:rsidR="55E34954" w:rsidRPr="004F2AC4">
              <w:rPr>
                <w:lang w:val="es-ES"/>
              </w:rPr>
              <w:t xml:space="preserve"> –</w:t>
            </w:r>
            <w:r w:rsidR="389E7127" w:rsidRPr="004F2AC4">
              <w:rPr>
                <w:lang w:val="es-ES"/>
              </w:rPr>
              <w:t xml:space="preserve"> 13.35)</w:t>
            </w:r>
          </w:p>
        </w:tc>
        <w:tc>
          <w:tcPr>
            <w:tcW w:w="1020" w:type="dxa"/>
          </w:tcPr>
          <w:p w14:paraId="3A0FF5F2" w14:textId="77777777" w:rsidR="00EC20FC" w:rsidRPr="004F2AC4" w:rsidRDefault="00EC20FC">
            <w:pPr>
              <w:rPr>
                <w:lang w:val="es-ES"/>
              </w:rPr>
            </w:pPr>
          </w:p>
        </w:tc>
      </w:tr>
      <w:tr w:rsidR="00EC20FC" w14:paraId="61829076" w14:textId="77777777" w:rsidTr="4A148D04">
        <w:trPr>
          <w:trHeight w:val="300"/>
        </w:trPr>
        <w:tc>
          <w:tcPr>
            <w:tcW w:w="1440" w:type="dxa"/>
          </w:tcPr>
          <w:p w14:paraId="2BA226A1" w14:textId="0D6416B1" w:rsidR="00EC20FC" w:rsidRDefault="2B9FE31F">
            <w:r>
              <w:t>Matematika/Nikolina Čehok</w:t>
            </w:r>
          </w:p>
        </w:tc>
        <w:tc>
          <w:tcPr>
            <w:tcW w:w="3285" w:type="dxa"/>
          </w:tcPr>
          <w:p w14:paraId="09C9D2A2" w14:textId="02223D0D" w:rsidR="00EC20FC" w:rsidRPr="004F2AC4" w:rsidRDefault="26CEAD0F">
            <w:pPr>
              <w:rPr>
                <w:lang w:val="es-ES"/>
              </w:rPr>
            </w:pPr>
            <w:r w:rsidRPr="004F2AC4">
              <w:rPr>
                <w:lang w:val="es-ES"/>
              </w:rPr>
              <w:t>7. razred</w:t>
            </w:r>
          </w:p>
          <w:p w14:paraId="4FB3F32A" w14:textId="7C63AFF5" w:rsidR="00EC20FC" w:rsidRPr="004F2AC4" w:rsidRDefault="3E1C33B5">
            <w:pPr>
              <w:rPr>
                <w:lang w:val="es-ES"/>
              </w:rPr>
            </w:pPr>
            <w:r w:rsidRPr="004F2AC4">
              <w:rPr>
                <w:lang w:val="es-ES"/>
              </w:rPr>
              <w:t>A tjedan: srijeda, 0. sat (12.50 - 13.35)</w:t>
            </w:r>
          </w:p>
          <w:p w14:paraId="17AD93B2" w14:textId="21277EA2" w:rsidR="00EC20FC" w:rsidRDefault="3E1C33B5">
            <w:r>
              <w:t xml:space="preserve">B tjedan </w:t>
            </w:r>
            <w:r w:rsidR="2B89E96A">
              <w:t>: srijeda, 0.sat (12.50 - 13.35)</w:t>
            </w:r>
          </w:p>
        </w:tc>
        <w:tc>
          <w:tcPr>
            <w:tcW w:w="1065" w:type="dxa"/>
          </w:tcPr>
          <w:p w14:paraId="4E986C44" w14:textId="47776E82" w:rsidR="00EC20FC" w:rsidRDefault="00EC20FC"/>
          <w:p w14:paraId="3F23D1D7" w14:textId="07213D92" w:rsidR="00EC20FC" w:rsidRDefault="00EC20FC"/>
          <w:p w14:paraId="0DE4B5B7" w14:textId="5A30DF26" w:rsidR="00EC20FC" w:rsidRDefault="7D748ED4">
            <w:r>
              <w:t xml:space="preserve">  6</w:t>
            </w:r>
          </w:p>
        </w:tc>
        <w:tc>
          <w:tcPr>
            <w:tcW w:w="3834" w:type="dxa"/>
          </w:tcPr>
          <w:p w14:paraId="19043088" w14:textId="4B4BC617" w:rsidR="00EC20FC" w:rsidRDefault="63F53274">
            <w:r>
              <w:t>7. razred</w:t>
            </w:r>
          </w:p>
          <w:p w14:paraId="635BB863" w14:textId="021D2619" w:rsidR="00EC20FC" w:rsidRDefault="2B89E96A">
            <w:r>
              <w:t>A tjedan: četvrtak, 0.sat (12.50 - 13.35)</w:t>
            </w:r>
          </w:p>
          <w:p w14:paraId="4730E9E0" w14:textId="530D37B2" w:rsidR="00EC20FC" w:rsidRDefault="00EC20FC"/>
          <w:p w14:paraId="66204FF1" w14:textId="4C724BA4" w:rsidR="00EC20FC" w:rsidRDefault="7B0A7ECC">
            <w:r>
              <w:t>B tjedan: četvrtak, 0.sat (12.50 - 13.35)</w:t>
            </w:r>
          </w:p>
        </w:tc>
        <w:tc>
          <w:tcPr>
            <w:tcW w:w="1020" w:type="dxa"/>
          </w:tcPr>
          <w:p w14:paraId="0E2E5DFA" w14:textId="5FD174D8" w:rsidR="00EC20FC" w:rsidRDefault="00EC20FC"/>
          <w:p w14:paraId="270B2176" w14:textId="748A2856" w:rsidR="00EC20FC" w:rsidRDefault="00EC20FC"/>
          <w:p w14:paraId="2DBF0D7D" w14:textId="0CB61C08" w:rsidR="00EC20FC" w:rsidRDefault="62E876C6">
            <w:r>
              <w:t>10</w:t>
            </w:r>
          </w:p>
        </w:tc>
      </w:tr>
      <w:tr w:rsidR="00EC20FC" w14:paraId="02F2C34E" w14:textId="77777777" w:rsidTr="4A148D04">
        <w:trPr>
          <w:trHeight w:val="300"/>
        </w:trPr>
        <w:tc>
          <w:tcPr>
            <w:tcW w:w="1440" w:type="dxa"/>
          </w:tcPr>
          <w:p w14:paraId="596DC39D" w14:textId="4FD7D2E5" w:rsidR="00EC20FC" w:rsidRDefault="3AD9D760" w:rsidP="68E3C8B2">
            <w:r>
              <w:t>Matematika/Ana Pengov</w:t>
            </w:r>
          </w:p>
          <w:p w14:paraId="680A4E5D" w14:textId="08F937A4" w:rsidR="00EC20FC" w:rsidRDefault="00EC20FC"/>
        </w:tc>
        <w:tc>
          <w:tcPr>
            <w:tcW w:w="3285" w:type="dxa"/>
          </w:tcPr>
          <w:p w14:paraId="5AAAECBC" w14:textId="02223D0D" w:rsidR="00EC20FC" w:rsidRPr="004F2AC4" w:rsidRDefault="3AD9D760">
            <w:pPr>
              <w:rPr>
                <w:lang w:val="es-ES"/>
              </w:rPr>
            </w:pPr>
            <w:r w:rsidRPr="004F2AC4">
              <w:rPr>
                <w:lang w:val="es-ES"/>
              </w:rPr>
              <w:lastRenderedPageBreak/>
              <w:t>7. razred</w:t>
            </w:r>
          </w:p>
          <w:p w14:paraId="72B0A622" w14:textId="6C3EC72F" w:rsidR="00EC20FC" w:rsidRPr="004F2AC4" w:rsidRDefault="3AD9D760">
            <w:pPr>
              <w:rPr>
                <w:lang w:val="es-ES"/>
              </w:rPr>
            </w:pPr>
            <w:r w:rsidRPr="004F2AC4">
              <w:rPr>
                <w:lang w:val="es-ES"/>
              </w:rPr>
              <w:t>A tjedan: pon</w:t>
            </w:r>
            <w:r w:rsidR="47D4271B" w:rsidRPr="004F2AC4">
              <w:rPr>
                <w:lang w:val="es-ES"/>
              </w:rPr>
              <w:t>edjeljak</w:t>
            </w:r>
            <w:r w:rsidRPr="004F2AC4">
              <w:rPr>
                <w:lang w:val="es-ES"/>
              </w:rPr>
              <w:t xml:space="preserve"> </w:t>
            </w:r>
            <w:r w:rsidRPr="004F2AC4">
              <w:rPr>
                <w:lang w:val="es-ES"/>
              </w:rPr>
              <w:lastRenderedPageBreak/>
              <w:t>(12.</w:t>
            </w:r>
            <w:r w:rsidR="7E4AA248" w:rsidRPr="004F2AC4">
              <w:rPr>
                <w:lang w:val="es-ES"/>
              </w:rPr>
              <w:t>05</w:t>
            </w:r>
            <w:r w:rsidRPr="004F2AC4">
              <w:rPr>
                <w:lang w:val="es-ES"/>
              </w:rPr>
              <w:t xml:space="preserve"> - 1</w:t>
            </w:r>
            <w:r w:rsidR="28F47E00" w:rsidRPr="004F2AC4">
              <w:rPr>
                <w:lang w:val="es-ES"/>
              </w:rPr>
              <w:t>2</w:t>
            </w:r>
            <w:r w:rsidRPr="004F2AC4">
              <w:rPr>
                <w:lang w:val="es-ES"/>
              </w:rPr>
              <w:t>.5</w:t>
            </w:r>
            <w:r w:rsidR="05FA3397" w:rsidRPr="004F2AC4">
              <w:rPr>
                <w:lang w:val="es-ES"/>
              </w:rPr>
              <w:t>0</w:t>
            </w:r>
            <w:r w:rsidRPr="004F2AC4">
              <w:rPr>
                <w:lang w:val="es-ES"/>
              </w:rPr>
              <w:t>)</w:t>
            </w:r>
          </w:p>
          <w:p w14:paraId="504964C0" w14:textId="2DF38FA1" w:rsidR="00EC20FC" w:rsidRPr="004F2AC4" w:rsidRDefault="3AD9D760" w:rsidP="68E3C8B2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B tjedan : </w:t>
            </w:r>
            <w:r w:rsidR="65227725" w:rsidRPr="004F2AC4">
              <w:rPr>
                <w:lang w:val="es-ES"/>
              </w:rPr>
              <w:t>ponedjeljak</w:t>
            </w:r>
            <w:r w:rsidRPr="004F2AC4">
              <w:rPr>
                <w:lang w:val="es-ES"/>
              </w:rPr>
              <w:t xml:space="preserve"> (</w:t>
            </w:r>
            <w:r w:rsidR="056B11B8" w:rsidRPr="004F2AC4">
              <w:rPr>
                <w:lang w:val="es-ES"/>
              </w:rPr>
              <w:t>13.45-14.30</w:t>
            </w:r>
            <w:r w:rsidRPr="004F2AC4">
              <w:rPr>
                <w:lang w:val="es-ES"/>
              </w:rPr>
              <w:t>)</w:t>
            </w:r>
          </w:p>
          <w:p w14:paraId="19219836" w14:textId="494F7734" w:rsidR="00EC20FC" w:rsidRPr="004F2AC4" w:rsidRDefault="00EC20FC">
            <w:pPr>
              <w:rPr>
                <w:lang w:val="es-ES"/>
              </w:rPr>
            </w:pPr>
          </w:p>
        </w:tc>
        <w:tc>
          <w:tcPr>
            <w:tcW w:w="1065" w:type="dxa"/>
          </w:tcPr>
          <w:p w14:paraId="296FEF7D" w14:textId="77777777" w:rsidR="00EC20FC" w:rsidRPr="004F2AC4" w:rsidRDefault="00EC20FC">
            <w:pPr>
              <w:rPr>
                <w:lang w:val="es-ES"/>
              </w:rPr>
            </w:pPr>
          </w:p>
        </w:tc>
        <w:tc>
          <w:tcPr>
            <w:tcW w:w="3834" w:type="dxa"/>
          </w:tcPr>
          <w:p w14:paraId="06EF7FA4" w14:textId="4B4BC617" w:rsidR="00EC20FC" w:rsidRDefault="3AD9D760">
            <w:r>
              <w:t>7. razred</w:t>
            </w:r>
          </w:p>
          <w:p w14:paraId="06F2F60A" w14:textId="27C4917A" w:rsidR="00EC20FC" w:rsidRDefault="3AD9D760">
            <w:r>
              <w:t xml:space="preserve">A tjedan: </w:t>
            </w:r>
            <w:r w:rsidR="680F8601">
              <w:t>ponedjeljak</w:t>
            </w:r>
            <w:r>
              <w:t xml:space="preserve">, 0.sat </w:t>
            </w:r>
            <w:r>
              <w:lastRenderedPageBreak/>
              <w:t>(12.5</w:t>
            </w:r>
            <w:r w:rsidR="4EBA6201">
              <w:t>5</w:t>
            </w:r>
            <w:r>
              <w:t xml:space="preserve"> - 13</w:t>
            </w:r>
            <w:r w:rsidR="232B120C">
              <w:t>.40</w:t>
            </w:r>
            <w:r>
              <w:t>)</w:t>
            </w:r>
          </w:p>
          <w:p w14:paraId="22434F8C" w14:textId="530D37B2" w:rsidR="00EC20FC" w:rsidRDefault="00EC20FC"/>
          <w:p w14:paraId="771A76A0" w14:textId="234F16CF" w:rsidR="00EC20FC" w:rsidRDefault="3AD9D760" w:rsidP="68E3C8B2">
            <w:r>
              <w:t xml:space="preserve">B tjedan: </w:t>
            </w:r>
            <w:r w:rsidR="6063AF62">
              <w:t>ponedjeljak</w:t>
            </w:r>
            <w:r>
              <w:t xml:space="preserve">, </w:t>
            </w:r>
            <w:r w:rsidR="193BA8D9">
              <w:t>7</w:t>
            </w:r>
            <w:r>
              <w:t>.sat (12.</w:t>
            </w:r>
            <w:r w:rsidR="4FAFE841">
              <w:t>55</w:t>
            </w:r>
            <w:r>
              <w:t xml:space="preserve"> - 13.</w:t>
            </w:r>
            <w:r w:rsidR="6962A5ED">
              <w:t>40</w:t>
            </w:r>
            <w:r>
              <w:t>)</w:t>
            </w:r>
          </w:p>
          <w:p w14:paraId="7194DBDC" w14:textId="551AF67E" w:rsidR="00EC20FC" w:rsidRDefault="00EC20FC"/>
        </w:tc>
        <w:tc>
          <w:tcPr>
            <w:tcW w:w="1020" w:type="dxa"/>
          </w:tcPr>
          <w:p w14:paraId="769D0D3C" w14:textId="77777777" w:rsidR="00EC20FC" w:rsidRDefault="00EC20FC"/>
        </w:tc>
      </w:tr>
      <w:tr w:rsidR="00EC20FC" w14:paraId="1231BE67" w14:textId="77777777" w:rsidTr="4A148D04">
        <w:trPr>
          <w:trHeight w:val="300"/>
        </w:trPr>
        <w:tc>
          <w:tcPr>
            <w:tcW w:w="1440" w:type="dxa"/>
          </w:tcPr>
          <w:p w14:paraId="36FEB5B0" w14:textId="4FB95B86" w:rsidR="00EC20FC" w:rsidRDefault="62E2005B">
            <w:r>
              <w:t>Povijest / Snježan Hasnaš</w:t>
            </w:r>
          </w:p>
        </w:tc>
        <w:tc>
          <w:tcPr>
            <w:tcW w:w="3285" w:type="dxa"/>
          </w:tcPr>
          <w:p w14:paraId="586E4AAA" w14:textId="519331CF" w:rsidR="00EC20FC" w:rsidRDefault="62E2005B">
            <w:r>
              <w:t>7. i 8. Razred</w:t>
            </w:r>
          </w:p>
          <w:p w14:paraId="07896330" w14:textId="301D91C3" w:rsidR="00EC20FC" w:rsidRDefault="62E2005B">
            <w:r>
              <w:t xml:space="preserve">A tjedan: </w:t>
            </w:r>
          </w:p>
          <w:p w14:paraId="1D7A4D53" w14:textId="1CDF8E67" w:rsidR="00EC20FC" w:rsidRDefault="60FCFFFE">
            <w:r>
              <w:t>Ponedjeljak (12.55-13.40)</w:t>
            </w:r>
          </w:p>
          <w:p w14:paraId="4B6207D4" w14:textId="1A24D210" w:rsidR="00EC20FC" w:rsidRDefault="60FCFFFE">
            <w:r>
              <w:t xml:space="preserve">B tjedan: </w:t>
            </w:r>
          </w:p>
          <w:p w14:paraId="30D7AA69" w14:textId="457D668A" w:rsidR="00EC20FC" w:rsidRDefault="60FCFFFE">
            <w:r>
              <w:t>Ponedjeljak (12.55-13,40)</w:t>
            </w:r>
          </w:p>
        </w:tc>
        <w:tc>
          <w:tcPr>
            <w:tcW w:w="1065" w:type="dxa"/>
          </w:tcPr>
          <w:p w14:paraId="7196D064" w14:textId="77777777" w:rsidR="00EC20FC" w:rsidRDefault="00EC20FC"/>
        </w:tc>
        <w:tc>
          <w:tcPr>
            <w:tcW w:w="3834" w:type="dxa"/>
          </w:tcPr>
          <w:p w14:paraId="34FF1C98" w14:textId="77777777" w:rsidR="00EC20FC" w:rsidRDefault="00EC20FC"/>
        </w:tc>
        <w:tc>
          <w:tcPr>
            <w:tcW w:w="1020" w:type="dxa"/>
          </w:tcPr>
          <w:p w14:paraId="6D072C0D" w14:textId="77777777" w:rsidR="00EC20FC" w:rsidRDefault="00EC20FC"/>
        </w:tc>
      </w:tr>
      <w:tr w:rsidR="00EC20FC" w:rsidRPr="004F2AC4" w14:paraId="6BD18F9B" w14:textId="77777777" w:rsidTr="4A148D04">
        <w:trPr>
          <w:trHeight w:val="300"/>
        </w:trPr>
        <w:tc>
          <w:tcPr>
            <w:tcW w:w="1440" w:type="dxa"/>
          </w:tcPr>
          <w:p w14:paraId="238601FE" w14:textId="4AE97B99" w:rsidR="00EC20FC" w:rsidRDefault="7A419F2F">
            <w:r>
              <w:t>Kemija</w:t>
            </w:r>
            <w:r w:rsidR="00EC20FC">
              <w:br/>
            </w:r>
            <w:r w:rsidR="31972EAF">
              <w:t>/ Jela Bulat</w:t>
            </w:r>
          </w:p>
        </w:tc>
        <w:tc>
          <w:tcPr>
            <w:tcW w:w="3285" w:type="dxa"/>
          </w:tcPr>
          <w:p w14:paraId="0F3CABC7" w14:textId="5DA97DE3" w:rsidR="00EC20FC" w:rsidRPr="004F2AC4" w:rsidRDefault="00EC20FC" w:rsidP="4A148D04">
            <w:pPr>
              <w:rPr>
                <w:lang w:val="es-ES"/>
              </w:rPr>
            </w:pPr>
            <w:r>
              <w:br/>
            </w:r>
            <w:r w:rsidR="026BBDC6">
              <w:t>A tjedan:</w:t>
            </w:r>
            <w:r>
              <w:br/>
            </w:r>
            <w:r w:rsidR="026BBDC6">
              <w:t>utorak</w:t>
            </w:r>
            <w:r>
              <w:br/>
            </w:r>
            <w:r w:rsidR="026BBDC6">
              <w:t xml:space="preserve">7. i 8. </w:t>
            </w:r>
            <w:r w:rsidR="026BBDC6" w:rsidRPr="004F2AC4">
              <w:t xml:space="preserve">Razred (12:55-13:40) </w:t>
            </w:r>
            <w:r w:rsidRPr="004F2AC4">
              <w:br/>
            </w:r>
            <w:r w:rsidRPr="004F2AC4">
              <w:br/>
            </w:r>
            <w:r w:rsidR="5AC7836F" w:rsidRPr="004F2AC4">
              <w:t>B tjedan:</w:t>
            </w:r>
            <w:r w:rsidRPr="004F2AC4">
              <w:br/>
            </w:r>
            <w:r w:rsidR="004F2AC4" w:rsidRPr="004F2AC4">
              <w:t>ut</w:t>
            </w:r>
            <w:r w:rsidR="004F2AC4">
              <w:t>orak</w:t>
            </w:r>
            <w:r w:rsidRPr="004F2AC4">
              <w:br/>
            </w:r>
            <w:r w:rsidR="5AC7836F" w:rsidRPr="004F2AC4">
              <w:t xml:space="preserve">7. i 8. </w:t>
            </w:r>
            <w:r w:rsidR="5AC7836F" w:rsidRPr="004F2AC4">
              <w:rPr>
                <w:lang w:val="es-ES"/>
              </w:rPr>
              <w:t xml:space="preserve">Razred (12:55-13:40) </w:t>
            </w:r>
            <w:r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br/>
            </w:r>
          </w:p>
        </w:tc>
        <w:tc>
          <w:tcPr>
            <w:tcW w:w="1065" w:type="dxa"/>
          </w:tcPr>
          <w:p w14:paraId="5B08B5D1" w14:textId="77777777" w:rsidR="00EC20FC" w:rsidRPr="004F2AC4" w:rsidRDefault="00EC20FC">
            <w:pPr>
              <w:rPr>
                <w:lang w:val="es-ES"/>
              </w:rPr>
            </w:pPr>
          </w:p>
        </w:tc>
        <w:tc>
          <w:tcPr>
            <w:tcW w:w="3834" w:type="dxa"/>
          </w:tcPr>
          <w:p w14:paraId="6A858622" w14:textId="632A52D0" w:rsidR="00EC20FC" w:rsidRPr="004F2AC4" w:rsidRDefault="31972EAF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A tjedan: petak </w:t>
            </w:r>
            <w:r w:rsidR="00EC20FC"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t xml:space="preserve">7. Razred (12:05-12:50) </w:t>
            </w:r>
            <w:r w:rsidR="00EC20FC"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t xml:space="preserve"> </w:t>
            </w:r>
            <w:r w:rsidR="2E04F27A" w:rsidRPr="004F2AC4">
              <w:rPr>
                <w:lang w:val="es-ES"/>
              </w:rPr>
              <w:t>8. Razred (</w:t>
            </w:r>
            <w:r w:rsidRPr="004F2AC4">
              <w:rPr>
                <w:lang w:val="es-ES"/>
              </w:rPr>
              <w:t>12:55-13:40</w:t>
            </w:r>
            <w:r w:rsidR="77A8D4AB" w:rsidRPr="004F2AC4">
              <w:rPr>
                <w:lang w:val="es-ES"/>
              </w:rPr>
              <w:t>)</w:t>
            </w:r>
            <w:r w:rsidR="00EC20FC" w:rsidRPr="004F2AC4">
              <w:rPr>
                <w:lang w:val="es-ES"/>
              </w:rPr>
              <w:br/>
            </w:r>
            <w:r w:rsidR="00EC20FC" w:rsidRPr="004F2AC4">
              <w:rPr>
                <w:lang w:val="es-ES"/>
              </w:rPr>
              <w:br/>
            </w:r>
            <w:r w:rsidR="5E8C7960" w:rsidRPr="004F2AC4">
              <w:rPr>
                <w:lang w:val="es-ES"/>
              </w:rPr>
              <w:t xml:space="preserve">B tjedan: </w:t>
            </w:r>
            <w:r w:rsidR="00EC20FC" w:rsidRPr="004F2AC4">
              <w:rPr>
                <w:lang w:val="es-ES"/>
              </w:rPr>
              <w:br/>
            </w:r>
            <w:r w:rsidR="004F2AC4">
              <w:rPr>
                <w:lang w:val="es-ES"/>
              </w:rPr>
              <w:t>ponedjeljak</w:t>
            </w:r>
            <w:r w:rsidR="5E8C7960" w:rsidRPr="004F2AC4">
              <w:rPr>
                <w:lang w:val="es-ES"/>
              </w:rPr>
              <w:t xml:space="preserve"> </w:t>
            </w:r>
            <w:r w:rsidR="00EC20FC" w:rsidRPr="004F2AC4">
              <w:rPr>
                <w:lang w:val="es-ES"/>
              </w:rPr>
              <w:br/>
            </w:r>
            <w:r w:rsidR="5E8C7960" w:rsidRPr="004F2AC4">
              <w:rPr>
                <w:lang w:val="es-ES"/>
              </w:rPr>
              <w:t xml:space="preserve">7. Razred (12:55-13:40) </w:t>
            </w:r>
            <w:r w:rsidR="00EC20FC" w:rsidRPr="004F2AC4">
              <w:rPr>
                <w:lang w:val="es-ES"/>
              </w:rPr>
              <w:br/>
            </w:r>
            <w:r w:rsidR="5E8C7960" w:rsidRPr="004F2AC4">
              <w:rPr>
                <w:lang w:val="es-ES"/>
              </w:rPr>
              <w:t>srijeda</w:t>
            </w:r>
            <w:r w:rsidR="00EC20FC" w:rsidRPr="004F2AC4">
              <w:rPr>
                <w:lang w:val="es-ES"/>
              </w:rPr>
              <w:br/>
            </w:r>
            <w:r w:rsidR="5E8C7960" w:rsidRPr="004F2AC4">
              <w:rPr>
                <w:lang w:val="es-ES"/>
              </w:rPr>
              <w:t xml:space="preserve"> 8. Razred (12:55-13:40)</w:t>
            </w:r>
          </w:p>
          <w:p w14:paraId="16DEB4AB" w14:textId="5E42694F" w:rsidR="00EC20FC" w:rsidRPr="004F2AC4" w:rsidRDefault="00EC20FC" w:rsidP="4A148D04">
            <w:pPr>
              <w:rPr>
                <w:lang w:val="es-ES"/>
              </w:rPr>
            </w:pPr>
          </w:p>
        </w:tc>
        <w:tc>
          <w:tcPr>
            <w:tcW w:w="1020" w:type="dxa"/>
          </w:tcPr>
          <w:p w14:paraId="0AD9C6F4" w14:textId="77777777" w:rsidR="00EC20FC" w:rsidRPr="004F2AC4" w:rsidRDefault="00EC20FC">
            <w:pPr>
              <w:rPr>
                <w:lang w:val="es-ES"/>
              </w:rPr>
            </w:pPr>
          </w:p>
        </w:tc>
      </w:tr>
      <w:tr w:rsidR="4A148D04" w:rsidRPr="004F2AC4" w14:paraId="4383DFB0" w14:textId="77777777" w:rsidTr="4A148D04">
        <w:trPr>
          <w:trHeight w:val="300"/>
        </w:trPr>
        <w:tc>
          <w:tcPr>
            <w:tcW w:w="1440" w:type="dxa"/>
          </w:tcPr>
          <w:p w14:paraId="2AD8D941" w14:textId="09EFF5C9" w:rsidR="50878BED" w:rsidRDefault="50878BED" w:rsidP="4A148D04">
            <w:r>
              <w:t>Geografija</w:t>
            </w:r>
            <w:r>
              <w:br/>
            </w:r>
            <w:r w:rsidR="4A148D04">
              <w:t xml:space="preserve">/ </w:t>
            </w:r>
            <w:r w:rsidR="7395BFAF">
              <w:t>Kristina Čerkez</w:t>
            </w:r>
          </w:p>
        </w:tc>
        <w:tc>
          <w:tcPr>
            <w:tcW w:w="3285" w:type="dxa"/>
          </w:tcPr>
          <w:p w14:paraId="7760AEEF" w14:textId="4418C50C" w:rsidR="4A148D04" w:rsidRPr="004F2AC4" w:rsidRDefault="4A148D04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A tjedan:</w:t>
            </w:r>
            <w:r w:rsidRPr="004F2AC4">
              <w:rPr>
                <w:lang w:val="es-ES"/>
              </w:rPr>
              <w:br/>
              <w:t xml:space="preserve"> </w:t>
            </w:r>
            <w:r w:rsidR="0E6A1716" w:rsidRPr="004F2AC4">
              <w:rPr>
                <w:lang w:val="es-ES"/>
              </w:rPr>
              <w:t>utorak 12:50 – 13:40</w:t>
            </w:r>
            <w:r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br/>
              <w:t>B tjedan:</w:t>
            </w:r>
            <w:r w:rsidRPr="004F2AC4">
              <w:rPr>
                <w:lang w:val="es-ES"/>
              </w:rPr>
              <w:br/>
              <w:t xml:space="preserve"> </w:t>
            </w:r>
            <w:r w:rsidR="60A6BD08" w:rsidRPr="004F2AC4">
              <w:rPr>
                <w:lang w:val="es-ES"/>
              </w:rPr>
              <w:t>srijeda 12:50 – 13:40</w:t>
            </w:r>
            <w:r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br/>
            </w:r>
            <w:r w:rsidRPr="004F2AC4">
              <w:rPr>
                <w:lang w:val="es-ES"/>
              </w:rPr>
              <w:br/>
            </w:r>
          </w:p>
        </w:tc>
        <w:tc>
          <w:tcPr>
            <w:tcW w:w="1065" w:type="dxa"/>
          </w:tcPr>
          <w:p w14:paraId="5F7993E4" w14:textId="77777777" w:rsidR="4A148D04" w:rsidRPr="004F2AC4" w:rsidRDefault="4A148D04">
            <w:pPr>
              <w:rPr>
                <w:lang w:val="es-ES"/>
              </w:rPr>
            </w:pPr>
          </w:p>
        </w:tc>
        <w:tc>
          <w:tcPr>
            <w:tcW w:w="3834" w:type="dxa"/>
          </w:tcPr>
          <w:p w14:paraId="7EB46DE5" w14:textId="1C5B0EA4" w:rsidR="4A148D04" w:rsidRPr="004F2AC4" w:rsidRDefault="4A148D04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A tjedan: </w:t>
            </w:r>
          </w:p>
          <w:p w14:paraId="13EC5ED0" w14:textId="5BD49F68" w:rsidR="2E13C83C" w:rsidRPr="004F2AC4" w:rsidRDefault="2E13C83C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>p</w:t>
            </w:r>
            <w:r w:rsidR="4AD9F541" w:rsidRPr="004F2AC4">
              <w:rPr>
                <w:lang w:val="es-ES"/>
              </w:rPr>
              <w:t>onedjeljak 12:55 – 13:40</w:t>
            </w:r>
          </w:p>
          <w:p w14:paraId="0018B0D9" w14:textId="4E26F081" w:rsidR="4A148D04" w:rsidRPr="004F2AC4" w:rsidRDefault="4A148D04" w:rsidP="4A148D04">
            <w:pPr>
              <w:rPr>
                <w:lang w:val="es-ES"/>
              </w:rPr>
            </w:pPr>
          </w:p>
          <w:p w14:paraId="623ADC54" w14:textId="38C43DF0" w:rsidR="4A148D04" w:rsidRPr="004F2AC4" w:rsidRDefault="4A148D04" w:rsidP="4A148D04">
            <w:pPr>
              <w:rPr>
                <w:lang w:val="es-ES"/>
              </w:rPr>
            </w:pPr>
          </w:p>
          <w:p w14:paraId="3C733B95" w14:textId="1A310E2D" w:rsidR="4A148D04" w:rsidRPr="004F2AC4" w:rsidRDefault="4A148D04" w:rsidP="4A148D04">
            <w:pPr>
              <w:rPr>
                <w:lang w:val="es-ES"/>
              </w:rPr>
            </w:pPr>
            <w:r w:rsidRPr="004F2AC4">
              <w:rPr>
                <w:lang w:val="es-ES"/>
              </w:rPr>
              <w:t xml:space="preserve">B tjedan: </w:t>
            </w:r>
            <w:r w:rsidRPr="004F2AC4">
              <w:rPr>
                <w:lang w:val="es-ES"/>
              </w:rPr>
              <w:br/>
              <w:t xml:space="preserve"> </w:t>
            </w:r>
            <w:r w:rsidR="12206782" w:rsidRPr="004F2AC4">
              <w:rPr>
                <w:lang w:val="es-ES"/>
              </w:rPr>
              <w:t>utorak 12:55 – 13:40</w:t>
            </w:r>
          </w:p>
          <w:p w14:paraId="7E2D59E6" w14:textId="5E42694F" w:rsidR="4A148D04" w:rsidRPr="004F2AC4" w:rsidRDefault="4A148D04" w:rsidP="4A148D04">
            <w:pPr>
              <w:rPr>
                <w:lang w:val="es-ES"/>
              </w:rPr>
            </w:pPr>
          </w:p>
        </w:tc>
        <w:tc>
          <w:tcPr>
            <w:tcW w:w="1020" w:type="dxa"/>
          </w:tcPr>
          <w:p w14:paraId="43BEA760" w14:textId="77777777" w:rsidR="4A148D04" w:rsidRPr="004F2AC4" w:rsidRDefault="4A148D04">
            <w:pPr>
              <w:rPr>
                <w:lang w:val="es-ES"/>
              </w:rPr>
            </w:pPr>
          </w:p>
        </w:tc>
      </w:tr>
      <w:tr w:rsidR="4A148D04" w14:paraId="08DD6E0C" w14:textId="77777777" w:rsidTr="4A148D04">
        <w:trPr>
          <w:trHeight w:val="300"/>
        </w:trPr>
        <w:tc>
          <w:tcPr>
            <w:tcW w:w="1440" w:type="dxa"/>
          </w:tcPr>
          <w:p w14:paraId="6ED13D7A" w14:textId="319BF3B9" w:rsidR="35C54CC5" w:rsidRDefault="35C54CC5" w:rsidP="4A148D04">
            <w:r>
              <w:t>Engleski jezik/Ivana Kolar</w:t>
            </w:r>
          </w:p>
        </w:tc>
        <w:tc>
          <w:tcPr>
            <w:tcW w:w="3285" w:type="dxa"/>
          </w:tcPr>
          <w:p w14:paraId="08F26D24" w14:textId="35004524" w:rsidR="4A148D04" w:rsidRDefault="4A148D04" w:rsidP="4A148D04"/>
          <w:p w14:paraId="52A7F2EE" w14:textId="390E15CE" w:rsidR="35C54CC5" w:rsidRDefault="35C54CC5" w:rsidP="4A148D04">
            <w:r>
              <w:t xml:space="preserve">5.razredi </w:t>
            </w:r>
          </w:p>
          <w:p w14:paraId="02120BF8" w14:textId="704A41E2" w:rsidR="35C54CC5" w:rsidRDefault="35C54CC5" w:rsidP="4A148D04">
            <w:r>
              <w:t>A i B tjedan</w:t>
            </w:r>
          </w:p>
          <w:p w14:paraId="607215E9" w14:textId="7F91A6D5" w:rsidR="35C54CC5" w:rsidRDefault="35C54CC5" w:rsidP="4A148D04">
            <w:r>
              <w:t xml:space="preserve"> ponedjeljak 12.50-13.35</w:t>
            </w:r>
          </w:p>
          <w:p w14:paraId="09A6780B" w14:textId="30F42AF5" w:rsidR="35C54CC5" w:rsidRDefault="35C54CC5" w:rsidP="4A148D04">
            <w:r>
              <w:lastRenderedPageBreak/>
              <w:t>8.razredi</w:t>
            </w:r>
          </w:p>
          <w:p w14:paraId="25112E6B" w14:textId="032DFF6E" w:rsidR="35C54CC5" w:rsidRDefault="35C54CC5" w:rsidP="4A148D04">
            <w:r>
              <w:t xml:space="preserve"> A i B tjedan </w:t>
            </w:r>
          </w:p>
          <w:p w14:paraId="649155A0" w14:textId="4F386D9A" w:rsidR="35C54CC5" w:rsidRDefault="35C54CC5" w:rsidP="4A148D04">
            <w:r>
              <w:t>utorak 12.50-13.35</w:t>
            </w:r>
          </w:p>
        </w:tc>
        <w:tc>
          <w:tcPr>
            <w:tcW w:w="1065" w:type="dxa"/>
          </w:tcPr>
          <w:p w14:paraId="0E1EB63C" w14:textId="346B9D9B" w:rsidR="4A148D04" w:rsidRDefault="4A148D04" w:rsidP="4A148D04"/>
        </w:tc>
        <w:tc>
          <w:tcPr>
            <w:tcW w:w="3834" w:type="dxa"/>
          </w:tcPr>
          <w:p w14:paraId="2646AF4B" w14:textId="5652A64B" w:rsidR="35C54CC5" w:rsidRDefault="35C54CC5" w:rsidP="4A148D04">
            <w:r>
              <w:t>8.razred</w:t>
            </w:r>
          </w:p>
          <w:p w14:paraId="7EB8C108" w14:textId="3FB79F5B" w:rsidR="35C54CC5" w:rsidRDefault="35C54CC5" w:rsidP="4A148D04">
            <w:r>
              <w:t>A i B tjedan četvrtak 12.50-13.35</w:t>
            </w:r>
          </w:p>
        </w:tc>
        <w:tc>
          <w:tcPr>
            <w:tcW w:w="1020" w:type="dxa"/>
          </w:tcPr>
          <w:p w14:paraId="6C38D664" w14:textId="3705491C" w:rsidR="4A148D04" w:rsidRDefault="4A148D04" w:rsidP="4A148D04"/>
        </w:tc>
      </w:tr>
      <w:tr w:rsidR="4A148D04" w14:paraId="2E2BBDF5" w14:textId="77777777" w:rsidTr="4A148D04">
        <w:trPr>
          <w:trHeight w:val="300"/>
        </w:trPr>
        <w:tc>
          <w:tcPr>
            <w:tcW w:w="1440" w:type="dxa"/>
          </w:tcPr>
          <w:p w14:paraId="7FAF03E8" w14:textId="30F15CD0" w:rsidR="7B237F1E" w:rsidRDefault="7B237F1E" w:rsidP="4A148D04">
            <w:r>
              <w:t>Povijest /Karlo Leš</w:t>
            </w:r>
          </w:p>
        </w:tc>
        <w:tc>
          <w:tcPr>
            <w:tcW w:w="3285" w:type="dxa"/>
          </w:tcPr>
          <w:p w14:paraId="7F217B82" w14:textId="47969F10" w:rsidR="7B237F1E" w:rsidRDefault="7B237F1E" w:rsidP="4A148D04">
            <w:r>
              <w:t>Svi razredi:</w:t>
            </w:r>
          </w:p>
          <w:p w14:paraId="2A7DFCA8" w14:textId="0E483CE5" w:rsidR="7B237F1E" w:rsidRDefault="7B237F1E" w:rsidP="4A148D04">
            <w:r>
              <w:t>A i B tjedan:</w:t>
            </w:r>
          </w:p>
          <w:p w14:paraId="5B2073F7" w14:textId="22EAC005" w:rsidR="7B237F1E" w:rsidRDefault="7B237F1E" w:rsidP="4A148D04">
            <w:r>
              <w:t xml:space="preserve"> četvrtak 12:55-13:40</w:t>
            </w:r>
          </w:p>
          <w:p w14:paraId="41CE7002" w14:textId="5AC52203" w:rsidR="4A148D04" w:rsidRDefault="4A148D04" w:rsidP="4A148D04"/>
        </w:tc>
        <w:tc>
          <w:tcPr>
            <w:tcW w:w="1065" w:type="dxa"/>
          </w:tcPr>
          <w:p w14:paraId="40C2E11F" w14:textId="71F1B954" w:rsidR="4A148D04" w:rsidRDefault="4A148D04" w:rsidP="4A148D04"/>
        </w:tc>
        <w:tc>
          <w:tcPr>
            <w:tcW w:w="3834" w:type="dxa"/>
          </w:tcPr>
          <w:p w14:paraId="7FEF82A1" w14:textId="16BC3F2E" w:rsidR="7B237F1E" w:rsidRDefault="7B237F1E" w:rsidP="4A148D04">
            <w:r>
              <w:t xml:space="preserve">5. i 6. razredi: </w:t>
            </w:r>
          </w:p>
          <w:p w14:paraId="122BDCEE" w14:textId="78506DD6" w:rsidR="7B237F1E" w:rsidRDefault="7B237F1E" w:rsidP="4A148D04">
            <w:r>
              <w:t>A tjedan: utorak 12:00-12:50</w:t>
            </w:r>
          </w:p>
          <w:p w14:paraId="1A0AA82B" w14:textId="0CEC1B15" w:rsidR="7B237F1E" w:rsidRDefault="7B237F1E" w:rsidP="4A148D04">
            <w:r>
              <w:t>B tjedan: ponedjeljak 12:50-13:40</w:t>
            </w:r>
          </w:p>
        </w:tc>
        <w:tc>
          <w:tcPr>
            <w:tcW w:w="1020" w:type="dxa"/>
          </w:tcPr>
          <w:p w14:paraId="3CC30166" w14:textId="6CE9E928" w:rsidR="4A148D04" w:rsidRDefault="4A148D04" w:rsidP="4A148D04"/>
        </w:tc>
      </w:tr>
    </w:tbl>
    <w:p w14:paraId="11EAA16E" w14:textId="21AABCF4" w:rsidR="00930BB0" w:rsidRDefault="00930BB0"/>
    <w:sectPr w:rsidR="00930BB0" w:rsidSect="0003461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3887183">
    <w:abstractNumId w:val="8"/>
  </w:num>
  <w:num w:numId="2" w16cid:durableId="833958059">
    <w:abstractNumId w:val="6"/>
  </w:num>
  <w:num w:numId="3" w16cid:durableId="2022587661">
    <w:abstractNumId w:val="5"/>
  </w:num>
  <w:num w:numId="4" w16cid:durableId="741830887">
    <w:abstractNumId w:val="4"/>
  </w:num>
  <w:num w:numId="5" w16cid:durableId="951590490">
    <w:abstractNumId w:val="7"/>
  </w:num>
  <w:num w:numId="6" w16cid:durableId="1913926826">
    <w:abstractNumId w:val="3"/>
  </w:num>
  <w:num w:numId="7" w16cid:durableId="561795967">
    <w:abstractNumId w:val="2"/>
  </w:num>
  <w:num w:numId="8" w16cid:durableId="196280417">
    <w:abstractNumId w:val="1"/>
  </w:num>
  <w:num w:numId="9" w16cid:durableId="169072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2AC4"/>
    <w:rsid w:val="00930BB0"/>
    <w:rsid w:val="00A5174D"/>
    <w:rsid w:val="00AA1D8D"/>
    <w:rsid w:val="00B47730"/>
    <w:rsid w:val="00CB0664"/>
    <w:rsid w:val="00D7006F"/>
    <w:rsid w:val="00E368E0"/>
    <w:rsid w:val="00EC20FC"/>
    <w:rsid w:val="00ED72F5"/>
    <w:rsid w:val="00F8FBE2"/>
    <w:rsid w:val="00FC693F"/>
    <w:rsid w:val="026BBDC6"/>
    <w:rsid w:val="02D617D6"/>
    <w:rsid w:val="03C89F5B"/>
    <w:rsid w:val="03E77A7D"/>
    <w:rsid w:val="03F0719B"/>
    <w:rsid w:val="046451DD"/>
    <w:rsid w:val="056B11B8"/>
    <w:rsid w:val="05FA3397"/>
    <w:rsid w:val="06BDB960"/>
    <w:rsid w:val="070A9622"/>
    <w:rsid w:val="070C1DDB"/>
    <w:rsid w:val="07942E7C"/>
    <w:rsid w:val="08444A86"/>
    <w:rsid w:val="08A59F4C"/>
    <w:rsid w:val="09D01EEE"/>
    <w:rsid w:val="0A11AF25"/>
    <w:rsid w:val="0A684577"/>
    <w:rsid w:val="0ACF0D67"/>
    <w:rsid w:val="0AD97E09"/>
    <w:rsid w:val="0B497ED6"/>
    <w:rsid w:val="0C293A24"/>
    <w:rsid w:val="0C76E8FC"/>
    <w:rsid w:val="0D6B47FE"/>
    <w:rsid w:val="0D904914"/>
    <w:rsid w:val="0D998898"/>
    <w:rsid w:val="0DAED9E5"/>
    <w:rsid w:val="0E6A1716"/>
    <w:rsid w:val="0F50A701"/>
    <w:rsid w:val="0F7BB83E"/>
    <w:rsid w:val="0F8F7281"/>
    <w:rsid w:val="0FD23ED0"/>
    <w:rsid w:val="0FDDBDE5"/>
    <w:rsid w:val="100A3FA4"/>
    <w:rsid w:val="101DEC7D"/>
    <w:rsid w:val="109146A8"/>
    <w:rsid w:val="10D9C2EA"/>
    <w:rsid w:val="115746D0"/>
    <w:rsid w:val="11B5EDF0"/>
    <w:rsid w:val="11E92FCD"/>
    <w:rsid w:val="12206782"/>
    <w:rsid w:val="134900AC"/>
    <w:rsid w:val="1407A454"/>
    <w:rsid w:val="14CFBB19"/>
    <w:rsid w:val="14D0C964"/>
    <w:rsid w:val="14FF0F8B"/>
    <w:rsid w:val="15078713"/>
    <w:rsid w:val="1639B7E8"/>
    <w:rsid w:val="169FB42C"/>
    <w:rsid w:val="16E3106C"/>
    <w:rsid w:val="171A925B"/>
    <w:rsid w:val="17D119C5"/>
    <w:rsid w:val="184A47F2"/>
    <w:rsid w:val="19133EBF"/>
    <w:rsid w:val="193BA8D9"/>
    <w:rsid w:val="194FDBF0"/>
    <w:rsid w:val="195F330B"/>
    <w:rsid w:val="196B2985"/>
    <w:rsid w:val="19CFAAFC"/>
    <w:rsid w:val="1A0E6AB1"/>
    <w:rsid w:val="1A8ED5E4"/>
    <w:rsid w:val="1B9FBD9E"/>
    <w:rsid w:val="1BA2869E"/>
    <w:rsid w:val="1BF083EA"/>
    <w:rsid w:val="1BF0E298"/>
    <w:rsid w:val="1C063938"/>
    <w:rsid w:val="1C2A830E"/>
    <w:rsid w:val="1C2DD644"/>
    <w:rsid w:val="1CAE64E0"/>
    <w:rsid w:val="1D4E8B80"/>
    <w:rsid w:val="1E4462E3"/>
    <w:rsid w:val="1F16F6B0"/>
    <w:rsid w:val="1F6D4C82"/>
    <w:rsid w:val="20031B27"/>
    <w:rsid w:val="2020FB70"/>
    <w:rsid w:val="20315450"/>
    <w:rsid w:val="203E227C"/>
    <w:rsid w:val="2084E46B"/>
    <w:rsid w:val="21E0ABF3"/>
    <w:rsid w:val="22346D50"/>
    <w:rsid w:val="22842757"/>
    <w:rsid w:val="22ED7CE7"/>
    <w:rsid w:val="230ACBDB"/>
    <w:rsid w:val="232B120C"/>
    <w:rsid w:val="23490D82"/>
    <w:rsid w:val="23934475"/>
    <w:rsid w:val="241E715F"/>
    <w:rsid w:val="247199AC"/>
    <w:rsid w:val="25226F3F"/>
    <w:rsid w:val="25C9F470"/>
    <w:rsid w:val="266DBABC"/>
    <w:rsid w:val="26BDE482"/>
    <w:rsid w:val="26CEAD0F"/>
    <w:rsid w:val="270AE7CE"/>
    <w:rsid w:val="272990F2"/>
    <w:rsid w:val="274D5B57"/>
    <w:rsid w:val="2809FE27"/>
    <w:rsid w:val="288570D0"/>
    <w:rsid w:val="28F47E00"/>
    <w:rsid w:val="291438B3"/>
    <w:rsid w:val="293E72B3"/>
    <w:rsid w:val="2942D722"/>
    <w:rsid w:val="294CF9A7"/>
    <w:rsid w:val="2A3F140C"/>
    <w:rsid w:val="2AD2544F"/>
    <w:rsid w:val="2B01CEF2"/>
    <w:rsid w:val="2B07E3EC"/>
    <w:rsid w:val="2B580C36"/>
    <w:rsid w:val="2B769C82"/>
    <w:rsid w:val="2B89E96A"/>
    <w:rsid w:val="2B9D2718"/>
    <w:rsid w:val="2B9FE31F"/>
    <w:rsid w:val="2BD81CC1"/>
    <w:rsid w:val="2BDF2345"/>
    <w:rsid w:val="2C1A800A"/>
    <w:rsid w:val="2C4D3BCA"/>
    <w:rsid w:val="2CB98B88"/>
    <w:rsid w:val="2CDDD5E9"/>
    <w:rsid w:val="2DA6E899"/>
    <w:rsid w:val="2E04F27A"/>
    <w:rsid w:val="2E13C83C"/>
    <w:rsid w:val="2F23788A"/>
    <w:rsid w:val="2F4086B1"/>
    <w:rsid w:val="30136E62"/>
    <w:rsid w:val="30AA5E0D"/>
    <w:rsid w:val="31972EAF"/>
    <w:rsid w:val="31D085EF"/>
    <w:rsid w:val="3210634C"/>
    <w:rsid w:val="326C7E58"/>
    <w:rsid w:val="340E1720"/>
    <w:rsid w:val="34A055AD"/>
    <w:rsid w:val="34B7E2A3"/>
    <w:rsid w:val="35C54CC5"/>
    <w:rsid w:val="37C5971B"/>
    <w:rsid w:val="389E7127"/>
    <w:rsid w:val="38E412D9"/>
    <w:rsid w:val="39E0FADC"/>
    <w:rsid w:val="3AD9D760"/>
    <w:rsid w:val="3ADBD93D"/>
    <w:rsid w:val="3B383E78"/>
    <w:rsid w:val="3BEB949C"/>
    <w:rsid w:val="3BEBA3F8"/>
    <w:rsid w:val="3E1C33B5"/>
    <w:rsid w:val="3E78E4DB"/>
    <w:rsid w:val="3F3E2D62"/>
    <w:rsid w:val="3FB11400"/>
    <w:rsid w:val="405C0103"/>
    <w:rsid w:val="40F48408"/>
    <w:rsid w:val="4120FCCB"/>
    <w:rsid w:val="41281D86"/>
    <w:rsid w:val="4171479F"/>
    <w:rsid w:val="435652BD"/>
    <w:rsid w:val="44271034"/>
    <w:rsid w:val="44B4CD87"/>
    <w:rsid w:val="44C2A281"/>
    <w:rsid w:val="4541539A"/>
    <w:rsid w:val="463BE530"/>
    <w:rsid w:val="464CEB5A"/>
    <w:rsid w:val="465614FE"/>
    <w:rsid w:val="47BF5997"/>
    <w:rsid w:val="47D4271B"/>
    <w:rsid w:val="48A43480"/>
    <w:rsid w:val="48D461FE"/>
    <w:rsid w:val="4966724C"/>
    <w:rsid w:val="4A042828"/>
    <w:rsid w:val="4A148D04"/>
    <w:rsid w:val="4A630774"/>
    <w:rsid w:val="4ACB0437"/>
    <w:rsid w:val="4AD9F541"/>
    <w:rsid w:val="4AEE0481"/>
    <w:rsid w:val="4B03E4B4"/>
    <w:rsid w:val="4C038E78"/>
    <w:rsid w:val="4C568687"/>
    <w:rsid w:val="4C834FD7"/>
    <w:rsid w:val="4C997EAB"/>
    <w:rsid w:val="4E51C55F"/>
    <w:rsid w:val="4EBA6201"/>
    <w:rsid w:val="4F1D46E4"/>
    <w:rsid w:val="4F319BBE"/>
    <w:rsid w:val="4F90C32D"/>
    <w:rsid w:val="4FAFE841"/>
    <w:rsid w:val="505A2420"/>
    <w:rsid w:val="50878BED"/>
    <w:rsid w:val="50C055F0"/>
    <w:rsid w:val="5134D9B6"/>
    <w:rsid w:val="51724F2F"/>
    <w:rsid w:val="51CA994C"/>
    <w:rsid w:val="51CEA614"/>
    <w:rsid w:val="52052E2B"/>
    <w:rsid w:val="526806E4"/>
    <w:rsid w:val="526AAEBA"/>
    <w:rsid w:val="5283F6F0"/>
    <w:rsid w:val="52E08FCB"/>
    <w:rsid w:val="533E2E66"/>
    <w:rsid w:val="535E26B3"/>
    <w:rsid w:val="5367B3CF"/>
    <w:rsid w:val="542DC259"/>
    <w:rsid w:val="54C06441"/>
    <w:rsid w:val="5522C005"/>
    <w:rsid w:val="556A0827"/>
    <w:rsid w:val="5589F3CA"/>
    <w:rsid w:val="558C1D0C"/>
    <w:rsid w:val="5599FFAC"/>
    <w:rsid w:val="55E34954"/>
    <w:rsid w:val="55F13912"/>
    <w:rsid w:val="56208B25"/>
    <w:rsid w:val="5643341D"/>
    <w:rsid w:val="56BA5C56"/>
    <w:rsid w:val="57B93127"/>
    <w:rsid w:val="582600C7"/>
    <w:rsid w:val="583BC14D"/>
    <w:rsid w:val="589E7E14"/>
    <w:rsid w:val="590640DE"/>
    <w:rsid w:val="5925ECCF"/>
    <w:rsid w:val="5A6CCF28"/>
    <w:rsid w:val="5AC7836F"/>
    <w:rsid w:val="5B428FFC"/>
    <w:rsid w:val="5B598055"/>
    <w:rsid w:val="5BD1AF9C"/>
    <w:rsid w:val="5C6226A2"/>
    <w:rsid w:val="5D47A424"/>
    <w:rsid w:val="5E2DD44C"/>
    <w:rsid w:val="5E513F04"/>
    <w:rsid w:val="5E8C7960"/>
    <w:rsid w:val="601520F7"/>
    <w:rsid w:val="605FA81B"/>
    <w:rsid w:val="6063AF62"/>
    <w:rsid w:val="60A6BD08"/>
    <w:rsid w:val="60A8E82C"/>
    <w:rsid w:val="60FCFFFE"/>
    <w:rsid w:val="615EB9E7"/>
    <w:rsid w:val="61A6BDE4"/>
    <w:rsid w:val="61FFEFD6"/>
    <w:rsid w:val="62E2005B"/>
    <w:rsid w:val="62E876C6"/>
    <w:rsid w:val="62F3A78C"/>
    <w:rsid w:val="63F53274"/>
    <w:rsid w:val="647BA315"/>
    <w:rsid w:val="65227725"/>
    <w:rsid w:val="65566044"/>
    <w:rsid w:val="65DB22A9"/>
    <w:rsid w:val="6629A65B"/>
    <w:rsid w:val="667B07A0"/>
    <w:rsid w:val="66AF2C1B"/>
    <w:rsid w:val="67B4509C"/>
    <w:rsid w:val="6809856E"/>
    <w:rsid w:val="680F8601"/>
    <w:rsid w:val="6840CBF5"/>
    <w:rsid w:val="6859B17B"/>
    <w:rsid w:val="6899353A"/>
    <w:rsid w:val="68E3C8B2"/>
    <w:rsid w:val="6942782D"/>
    <w:rsid w:val="6955A8AB"/>
    <w:rsid w:val="6962A5ED"/>
    <w:rsid w:val="69FB525C"/>
    <w:rsid w:val="69FE5503"/>
    <w:rsid w:val="6B2B2A1D"/>
    <w:rsid w:val="6B45FF70"/>
    <w:rsid w:val="6BD0C235"/>
    <w:rsid w:val="6C387E7B"/>
    <w:rsid w:val="6C5E6E82"/>
    <w:rsid w:val="6C840293"/>
    <w:rsid w:val="6CB38BCB"/>
    <w:rsid w:val="6D0EFAE1"/>
    <w:rsid w:val="6D7A4EBB"/>
    <w:rsid w:val="6D9FEBCE"/>
    <w:rsid w:val="6EF09C32"/>
    <w:rsid w:val="6FD9DE90"/>
    <w:rsid w:val="705263DC"/>
    <w:rsid w:val="7160B728"/>
    <w:rsid w:val="71646DD0"/>
    <w:rsid w:val="71F98350"/>
    <w:rsid w:val="726E4454"/>
    <w:rsid w:val="728B2E06"/>
    <w:rsid w:val="731076D5"/>
    <w:rsid w:val="7312C536"/>
    <w:rsid w:val="73508A45"/>
    <w:rsid w:val="736302B2"/>
    <w:rsid w:val="73826505"/>
    <w:rsid w:val="7395BFAF"/>
    <w:rsid w:val="739F468C"/>
    <w:rsid w:val="7409CEA3"/>
    <w:rsid w:val="75076712"/>
    <w:rsid w:val="754B41A8"/>
    <w:rsid w:val="755CA71E"/>
    <w:rsid w:val="7637788A"/>
    <w:rsid w:val="768D861C"/>
    <w:rsid w:val="77A8D4AB"/>
    <w:rsid w:val="77ADFEF3"/>
    <w:rsid w:val="782A6F2A"/>
    <w:rsid w:val="7887F7CD"/>
    <w:rsid w:val="7943666B"/>
    <w:rsid w:val="7A419F2F"/>
    <w:rsid w:val="7A9AFBFB"/>
    <w:rsid w:val="7AFC13E0"/>
    <w:rsid w:val="7B0A7ECC"/>
    <w:rsid w:val="7B0C5C71"/>
    <w:rsid w:val="7B237F1E"/>
    <w:rsid w:val="7C3CC4E4"/>
    <w:rsid w:val="7C8E7582"/>
    <w:rsid w:val="7CA6DC5D"/>
    <w:rsid w:val="7CDEF19D"/>
    <w:rsid w:val="7D748ED4"/>
    <w:rsid w:val="7DECE238"/>
    <w:rsid w:val="7E26B261"/>
    <w:rsid w:val="7E4AA248"/>
    <w:rsid w:val="7E6925B6"/>
    <w:rsid w:val="7E7B021E"/>
    <w:rsid w:val="7E994D7A"/>
    <w:rsid w:val="7EEEE80B"/>
    <w:rsid w:val="7F4DD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CDF3C3F-DB6B-44E2-A2ED-F5E8DA56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TOVIINFORMACIJA xmlns="3498d0d5-97d2-42ca-9090-95be33117fb9">
      <Url xsi:nil="true"/>
      <Description xsi:nil="true"/>
    </SATOVIINFORMACIJA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19" ma:contentTypeDescription="Stvaranje novog dokumenta." ma:contentTypeScope="" ma:versionID="ba5f170a4f18f8c9abadf02d70164709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825110e7640c2f94f30d6ff7c24f9a00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SATOVIINFORMACI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ATOVIINFORMACIJA" ma:index="25" nillable="true" ma:displayName="SATOVI INFORMACIJA" ma:description="https://carnet-my.sharepoint.com/:w:/g/personal/marina_habazin_skole_hr/EdjhZVntEqxIhXRnCvV9ZgkB-zKtoMC1RXOelYi3Fn6LKQ?e=Mm7Gi5" ma:format="Hyperlink" ma:internalName="SATOVIINFORMACIJ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a36482-70ac-400f-8fd0-241ecc39450f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9BAAF0-F351-473D-B85F-471341CB7F02}">
  <ds:schemaRefs>
    <ds:schemaRef ds:uri="http://schemas.microsoft.com/office/2006/metadata/properties"/>
    <ds:schemaRef ds:uri="http://schemas.microsoft.com/office/infopath/2007/PartnerControls"/>
    <ds:schemaRef ds:uri="3498d0d5-97d2-42ca-9090-95be33117fb9"/>
    <ds:schemaRef ds:uri="c3d1f244-6952-471a-a14b-b439d1271939"/>
  </ds:schemaRefs>
</ds:datastoreItem>
</file>

<file path=customXml/itemProps2.xml><?xml version="1.0" encoding="utf-8"?>
<ds:datastoreItem xmlns:ds="http://schemas.openxmlformats.org/officeDocument/2006/customXml" ds:itemID="{107C8596-C16E-4009-90B6-0BC23DFAC0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297F0-9F99-4CA4-B8F8-817B6FEEF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c3d1f244-6952-471a-a14b-b439d127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481</Words>
  <Characters>2746</Characters>
  <Application>Microsoft Office Word</Application>
  <DocSecurity>0</DocSecurity>
  <Lines>22</Lines>
  <Paragraphs>6</Paragraphs>
  <ScaleCrop>false</ScaleCrop>
  <Manager/>
  <Company/>
  <LinksUpToDate>false</LinksUpToDate>
  <CharactersWithSpaces>3221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Marina Habazin</cp:lastModifiedBy>
  <cp:revision>17</cp:revision>
  <dcterms:created xsi:type="dcterms:W3CDTF">2026-09-02T15:24:00Z</dcterms:created>
  <dcterms:modified xsi:type="dcterms:W3CDTF">2026-10-04T13:28:00Z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