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31DCA" w:rsidP="4E275A2B" w:rsidRDefault="4E275A2B" w14:paraId="6D44112B" w14:textId="77777777">
      <w:pPr>
        <w:pStyle w:val="Naslov1"/>
        <w:rPr>
          <w:rFonts w:asciiTheme="minorHAnsi" w:hAnsiTheme="minorHAnsi" w:eastAsiaTheme="minorEastAsia" w:cstheme="minorBidi"/>
        </w:rPr>
      </w:pPr>
      <w:r w:rsidRPr="4E275A2B">
        <w:rPr>
          <w:rFonts w:asciiTheme="minorHAnsi" w:hAnsiTheme="minorHAnsi" w:eastAsiaTheme="minorEastAsia" w:cstheme="minorBidi"/>
        </w:rPr>
        <w:t>Plan roditeljskih sastanaka - predmetna nastava (5.-8. razred)</w:t>
      </w:r>
    </w:p>
    <w:tbl>
      <w:tblPr>
        <w:tblStyle w:val="Reetkatablice"/>
        <w:tblW w:w="13110" w:type="dxa"/>
        <w:tblLook w:val="04A0" w:firstRow="1" w:lastRow="0" w:firstColumn="1" w:lastColumn="0" w:noHBand="0" w:noVBand="1"/>
      </w:tblPr>
      <w:tblGrid>
        <w:gridCol w:w="1181"/>
        <w:gridCol w:w="1492"/>
        <w:gridCol w:w="1334"/>
        <w:gridCol w:w="2985"/>
        <w:gridCol w:w="2190"/>
        <w:gridCol w:w="3928"/>
      </w:tblGrid>
      <w:tr w:rsidR="00231DCA" w:rsidTr="2133111D" w14:paraId="38F5D5ED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4EE9BEE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Razred</w:t>
            </w:r>
          </w:p>
        </w:tc>
        <w:tc>
          <w:tcPr>
            <w:tcW w:w="1492" w:type="dxa"/>
            <w:tcMar/>
          </w:tcPr>
          <w:p w:rsidR="00231DCA" w:rsidP="6D8F5A47" w:rsidRDefault="007A783E" w14:paraId="68D6982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Razrednik/ca</w:t>
            </w:r>
          </w:p>
        </w:tc>
        <w:tc>
          <w:tcPr>
            <w:tcW w:w="1334" w:type="dxa"/>
            <w:tcMar/>
          </w:tcPr>
          <w:p w:rsidR="00231DCA" w:rsidP="6D8F5A47" w:rsidRDefault="007A783E" w14:paraId="1F921ADC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Predmet</w:t>
            </w:r>
          </w:p>
        </w:tc>
        <w:tc>
          <w:tcPr>
            <w:tcW w:w="2985" w:type="dxa"/>
            <w:tcMar/>
          </w:tcPr>
          <w:p w:rsidR="00231DCA" w:rsidP="6D8F5A47" w:rsidRDefault="007A783E" w14:paraId="6F81A877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1. sastanak (IX.)</w:t>
            </w:r>
          </w:p>
        </w:tc>
        <w:tc>
          <w:tcPr>
            <w:tcW w:w="2190" w:type="dxa"/>
            <w:tcMar/>
          </w:tcPr>
          <w:p w:rsidR="00231DCA" w:rsidP="6D8F5A47" w:rsidRDefault="007A783E" w14:paraId="7FB9C647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2. sastanak (I./II.)</w:t>
            </w:r>
          </w:p>
        </w:tc>
        <w:tc>
          <w:tcPr>
            <w:tcW w:w="3928" w:type="dxa"/>
            <w:tcMar/>
          </w:tcPr>
          <w:p w:rsidR="00231DCA" w:rsidP="6D8F5A47" w:rsidRDefault="007A783E" w14:paraId="79BB4CB1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3. sastanak (V.)</w:t>
            </w:r>
          </w:p>
        </w:tc>
      </w:tr>
      <w:tr w:rsidR="00231DCA" w:rsidTr="2133111D" w14:paraId="1E50D4F4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42FC0E12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5.a</w:t>
            </w:r>
          </w:p>
        </w:tc>
        <w:tc>
          <w:tcPr>
            <w:tcW w:w="1492" w:type="dxa"/>
            <w:tcMar/>
          </w:tcPr>
          <w:p w:rsidR="00231DCA" w:rsidP="6D8F5A47" w:rsidRDefault="007A783E" w14:paraId="4E78A4EA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Karlo Leš</w:t>
            </w:r>
          </w:p>
        </w:tc>
        <w:tc>
          <w:tcPr>
            <w:tcW w:w="1334" w:type="dxa"/>
            <w:tcMar/>
          </w:tcPr>
          <w:p w:rsidR="00231DCA" w:rsidP="6D8F5A47" w:rsidRDefault="007A783E" w14:paraId="2A2F8214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Povijest i geografija</w:t>
            </w:r>
          </w:p>
        </w:tc>
        <w:tc>
          <w:tcPr>
            <w:tcW w:w="2985" w:type="dxa"/>
            <w:tcMar/>
          </w:tcPr>
          <w:p w:rsidR="00231DCA" w:rsidP="6D8F5A47" w:rsidRDefault="00231DCA" w14:paraId="1D433248" w14:textId="2C5C79DB">
            <w:pPr/>
            <w:r w:rsidRPr="2133111D" w:rsidR="2D0198CC">
              <w:rPr>
                <w:noProof w:val="0"/>
                <w:lang w:val="hr-HR"/>
              </w:rPr>
              <w:t>10.9.2026.</w:t>
            </w:r>
          </w:p>
          <w:p w:rsidR="00231DCA" w:rsidP="2133111D" w:rsidRDefault="00231DCA" w14:paraId="3EC902D3" w14:textId="02A78BC9">
            <w:pPr>
              <w:rPr>
                <w:noProof w:val="0"/>
                <w:lang w:val="en-US"/>
              </w:rPr>
            </w:pPr>
            <w:r w:rsidRPr="2133111D" w:rsidR="2D0198CC">
              <w:rPr>
                <w:noProof w:val="0"/>
                <w:lang w:val="en-US"/>
              </w:rPr>
              <w:t xml:space="preserve">Organizacija rada u </w:t>
            </w:r>
            <w:r w:rsidRPr="2133111D" w:rsidR="2D0198CC">
              <w:rPr>
                <w:noProof w:val="0"/>
                <w:lang w:val="en-US"/>
              </w:rPr>
              <w:t>šk</w:t>
            </w:r>
            <w:r w:rsidRPr="2133111D" w:rsidR="2D0198CC">
              <w:rPr>
                <w:noProof w:val="0"/>
                <w:lang w:val="en-US"/>
              </w:rPr>
              <w:t xml:space="preserve">.  </w:t>
            </w:r>
            <w:r w:rsidRPr="2133111D" w:rsidR="2D0198CC">
              <w:rPr>
                <w:noProof w:val="0"/>
                <w:lang w:val="en-US"/>
              </w:rPr>
              <w:t>god 2026. / 2027., zakoni</w:t>
            </w:r>
            <w:r w:rsidRPr="2133111D" w:rsidR="2D0198CC">
              <w:rPr>
                <w:noProof w:val="0"/>
                <w:lang w:val="en-US"/>
              </w:rPr>
              <w:t xml:space="preserve"> </w:t>
            </w:r>
            <w:r w:rsidRPr="2133111D" w:rsidR="2D0198CC">
              <w:rPr>
                <w:noProof w:val="0"/>
                <w:lang w:val="en-US"/>
              </w:rPr>
              <w:t>i</w:t>
            </w:r>
            <w:r w:rsidRPr="2133111D" w:rsidR="2D0198CC">
              <w:rPr>
                <w:noProof w:val="0"/>
                <w:lang w:val="en-US"/>
              </w:rPr>
              <w:t xml:space="preserve"> </w:t>
            </w:r>
            <w:r w:rsidRPr="2133111D" w:rsidR="2D0198CC">
              <w:rPr>
                <w:noProof w:val="0"/>
                <w:lang w:val="en-US"/>
              </w:rPr>
              <w:t>pravilnici</w:t>
            </w:r>
            <w:r w:rsidRPr="2133111D" w:rsidR="2D0198CC">
              <w:rPr>
                <w:noProof w:val="0"/>
                <w:lang w:val="en-US"/>
              </w:rPr>
              <w:t xml:space="preserve"> </w:t>
            </w:r>
            <w:r w:rsidRPr="2133111D" w:rsidR="2D0198CC">
              <w:rPr>
                <w:noProof w:val="0"/>
                <w:lang w:val="en-US"/>
              </w:rPr>
              <w:t>te</w:t>
            </w:r>
            <w:r w:rsidRPr="2133111D" w:rsidR="2D0198CC">
              <w:rPr>
                <w:noProof w:val="0"/>
                <w:lang w:val="en-US"/>
              </w:rPr>
              <w:t xml:space="preserve"> </w:t>
            </w:r>
            <w:r w:rsidRPr="2133111D" w:rsidR="2D0198CC">
              <w:rPr>
                <w:noProof w:val="0"/>
                <w:lang w:val="en-US"/>
              </w:rPr>
              <w:t>obaveze</w:t>
            </w:r>
            <w:r w:rsidRPr="2133111D" w:rsidR="2D0198CC">
              <w:rPr>
                <w:noProof w:val="0"/>
                <w:lang w:val="en-US"/>
              </w:rPr>
              <w:t xml:space="preserve"> </w:t>
            </w:r>
            <w:r w:rsidRPr="2133111D" w:rsidR="2D0198CC">
              <w:rPr>
                <w:noProof w:val="0"/>
                <w:lang w:val="en-US"/>
              </w:rPr>
              <w:t>tijekom godine</w:t>
            </w:r>
          </w:p>
          <w:p w:rsidR="00231DCA" w:rsidP="6D8F5A47" w:rsidRDefault="00231DCA" w14:paraId="672A6659" w14:textId="23525034">
            <w:pPr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00231DCA" w:rsidP="2133111D" w:rsidRDefault="00231DCA" w14:paraId="751B2F11" w14:textId="34EC6C20">
            <w:pPr>
              <w:rPr>
                <w:noProof w:val="0"/>
                <w:lang w:val="hr-HR"/>
              </w:rPr>
            </w:pPr>
            <w:r w:rsidRPr="2133111D" w:rsidR="2D0198CC">
              <w:rPr>
                <w:noProof w:val="0"/>
                <w:lang w:val="hr-HR"/>
              </w:rPr>
              <w:t>Veljača 2027.</w:t>
            </w:r>
          </w:p>
          <w:p w:rsidR="00231DCA" w:rsidP="2133111D" w:rsidRDefault="00231DCA" w14:paraId="22E64463" w14:textId="63CBCFCA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133111D" w:rsidR="2D0198CC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hr-HR"/>
              </w:rPr>
              <w:t>Zlostavljanje u školi – kako ga prepoznati i prevenirati</w:t>
            </w:r>
          </w:p>
          <w:p w:rsidR="00231DCA" w:rsidP="6D8F5A47" w:rsidRDefault="00231DCA" w14:paraId="0A37501D" w14:textId="02BA039F">
            <w:pPr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00231DCA" w:rsidP="2133111D" w:rsidRDefault="00231DCA" w14:paraId="670E54CB" w14:textId="00831346">
            <w:pPr>
              <w:rPr>
                <w:noProof w:val="0"/>
                <w:lang w:val="hr-HR"/>
              </w:rPr>
            </w:pPr>
            <w:r w:rsidRPr="2133111D" w:rsidR="2D0198CC">
              <w:rPr>
                <w:noProof w:val="0"/>
                <w:lang w:val="hr-HR"/>
              </w:rPr>
              <w:t>Svibanj</w:t>
            </w:r>
            <w:r w:rsidRPr="2133111D" w:rsidR="2D0198CC">
              <w:rPr>
                <w:noProof w:val="0"/>
                <w:lang w:val="hr-HR"/>
              </w:rPr>
              <w:t xml:space="preserve"> 2027.</w:t>
            </w:r>
          </w:p>
          <w:p w:rsidR="00231DCA" w:rsidP="2133111D" w:rsidRDefault="00231DCA" w14:paraId="37285CFF" w14:textId="1584596F">
            <w:pPr>
              <w:rPr>
                <w:noProof w:val="0"/>
                <w:lang w:val="hr-HR"/>
              </w:rPr>
            </w:pPr>
            <w:r w:rsidRPr="2133111D" w:rsidR="2D0198CC">
              <w:rPr>
                <w:noProof w:val="0"/>
                <w:lang w:val="hr-HR"/>
              </w:rPr>
              <w:t>Analiza uspjeha i vladanja</w:t>
            </w:r>
          </w:p>
          <w:p w:rsidR="00231DCA" w:rsidP="6D8F5A47" w:rsidRDefault="00231DCA" w14:paraId="5DAB6C7B" w14:textId="71071C8D">
            <w:pPr>
              <w:rPr>
                <w:noProof w:val="0"/>
                <w:lang w:val="hr-HR"/>
              </w:rPr>
            </w:pPr>
          </w:p>
        </w:tc>
      </w:tr>
      <w:tr w:rsidR="00231DCA" w:rsidTr="2133111D" w14:paraId="1DE1740E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47A3B60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5.b</w:t>
            </w:r>
          </w:p>
        </w:tc>
        <w:tc>
          <w:tcPr>
            <w:tcW w:w="1492" w:type="dxa"/>
            <w:tcMar/>
          </w:tcPr>
          <w:p w:rsidR="00231DCA" w:rsidP="6D8F5A47" w:rsidRDefault="007A783E" w14:paraId="2D025A25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Dubravka Uzelac Mezdjić</w:t>
            </w:r>
          </w:p>
        </w:tc>
        <w:tc>
          <w:tcPr>
            <w:tcW w:w="1334" w:type="dxa"/>
            <w:tcMar/>
          </w:tcPr>
          <w:p w:rsidR="00231DCA" w:rsidP="6D8F5A47" w:rsidRDefault="007A783E" w14:paraId="6FF4CFD7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Tehnička kultura</w:t>
            </w:r>
          </w:p>
        </w:tc>
        <w:tc>
          <w:tcPr>
            <w:tcW w:w="2985" w:type="dxa"/>
            <w:tcMar/>
          </w:tcPr>
          <w:p w:rsidR="00231DCA" w:rsidP="6D8F5A47" w:rsidRDefault="00231DCA" w14:paraId="6A05A809" w14:textId="44EC008C">
            <w:pPr>
              <w:rPr>
                <w:noProof w:val="0"/>
                <w:lang w:val="hr-HR"/>
              </w:rPr>
            </w:pPr>
            <w:r w:rsidRPr="6D8F5A47" w:rsidR="47CCDCB6">
              <w:rPr>
                <w:noProof w:val="0"/>
                <w:lang w:val="hr-HR"/>
              </w:rPr>
              <w:t>10.9.2026.</w:t>
            </w:r>
          </w:p>
        </w:tc>
        <w:tc>
          <w:tcPr>
            <w:tcW w:w="2190" w:type="dxa"/>
            <w:tcMar/>
          </w:tcPr>
          <w:p w:rsidR="00231DCA" w:rsidP="6D8F5A47" w:rsidRDefault="00231DCA" w14:paraId="669B264C" w14:textId="56C9918A">
            <w:pPr>
              <w:rPr>
                <w:noProof w:val="0"/>
                <w:lang w:val="hr-HR"/>
              </w:rPr>
            </w:pPr>
            <w:r w:rsidRPr="6D8F5A47" w:rsidR="002E8370">
              <w:rPr>
                <w:noProof w:val="0"/>
                <w:lang w:val="hr-HR"/>
              </w:rPr>
              <w:t>Veljača</w:t>
            </w:r>
            <w:r w:rsidRPr="6D8F5A47" w:rsidR="002E8370">
              <w:rPr>
                <w:noProof w:val="0"/>
                <w:lang w:val="hr-HR"/>
              </w:rPr>
              <w:t xml:space="preserve"> 2027.</w:t>
            </w:r>
          </w:p>
          <w:p w:rsidR="00231DCA" w:rsidP="6D8F5A47" w:rsidRDefault="00231DCA" w14:paraId="2F8C63E2" w14:textId="3695C181">
            <w:pPr>
              <w:rPr>
                <w:noProof w:val="0"/>
                <w:lang w:val="hr-HR"/>
              </w:rPr>
            </w:pPr>
            <w:r w:rsidRPr="6D8F5A47" w:rsidR="002E8370">
              <w:rPr>
                <w:noProof w:val="0"/>
                <w:lang w:val="hr-HR"/>
              </w:rPr>
              <w:t>Analiza uspjeha i vladanja</w:t>
            </w:r>
          </w:p>
          <w:p w:rsidR="00231DCA" w:rsidP="6D8F5A47" w:rsidRDefault="00231DCA" w14:paraId="5A39BBE3" w14:textId="0041ECCE">
            <w:pPr>
              <w:rPr>
                <w:noProof w:val="0"/>
                <w:lang w:val="hr-HR"/>
              </w:rPr>
            </w:pPr>
            <w:r w:rsidRPr="6D8F5A47" w:rsidR="002E8370">
              <w:rPr>
                <w:noProof w:val="0"/>
                <w:lang w:val="hr-HR"/>
              </w:rPr>
              <w:t>Opasnosti</w:t>
            </w:r>
            <w:r w:rsidRPr="6D8F5A47" w:rsidR="002E8370">
              <w:rPr>
                <w:noProof w:val="0"/>
                <w:lang w:val="hr-HR"/>
              </w:rPr>
              <w:t xml:space="preserve"> </w:t>
            </w:r>
            <w:r w:rsidRPr="6D8F5A47" w:rsidR="002E8370">
              <w:rPr>
                <w:noProof w:val="0"/>
                <w:lang w:val="hr-HR"/>
              </w:rPr>
              <w:t>na</w:t>
            </w:r>
            <w:r w:rsidRPr="6D8F5A47" w:rsidR="002E8370">
              <w:rPr>
                <w:noProof w:val="0"/>
                <w:lang w:val="hr-HR"/>
              </w:rPr>
              <w:t xml:space="preserve"> Internetu</w:t>
            </w:r>
          </w:p>
        </w:tc>
        <w:tc>
          <w:tcPr>
            <w:tcW w:w="3928" w:type="dxa"/>
            <w:tcMar/>
          </w:tcPr>
          <w:p w:rsidR="00231DCA" w:rsidP="6D8F5A47" w:rsidRDefault="00231DCA" w14:paraId="094C6B1A" w14:textId="09031387">
            <w:pPr>
              <w:rPr>
                <w:noProof w:val="0"/>
                <w:lang w:val="hr-HR"/>
              </w:rPr>
            </w:pPr>
            <w:r w:rsidRPr="6D8F5A47" w:rsidR="002E8370">
              <w:rPr>
                <w:noProof w:val="0"/>
                <w:lang w:val="hr-HR"/>
              </w:rPr>
              <w:t>Svibanj</w:t>
            </w:r>
            <w:r w:rsidRPr="6D8F5A47" w:rsidR="002E8370">
              <w:rPr>
                <w:noProof w:val="0"/>
                <w:lang w:val="hr-HR"/>
              </w:rPr>
              <w:t xml:space="preserve"> 2027.</w:t>
            </w:r>
          </w:p>
          <w:p w:rsidR="00231DCA" w:rsidP="6D8F5A47" w:rsidRDefault="00231DCA" w14:paraId="41C8F396" w14:textId="1584596F">
            <w:pPr>
              <w:rPr>
                <w:noProof w:val="0"/>
                <w:lang w:val="hr-HR"/>
              </w:rPr>
            </w:pPr>
            <w:r w:rsidRPr="6D8F5A47" w:rsidR="002E8370">
              <w:rPr>
                <w:noProof w:val="0"/>
                <w:lang w:val="hr-HR"/>
              </w:rPr>
              <w:t>Analiza uspjeha i vladanja</w:t>
            </w:r>
          </w:p>
        </w:tc>
      </w:tr>
      <w:tr w:rsidR="00231DCA" w:rsidTr="2133111D" w14:paraId="42406CB7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7E5832F5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5.c</w:t>
            </w:r>
          </w:p>
        </w:tc>
        <w:tc>
          <w:tcPr>
            <w:tcW w:w="1492" w:type="dxa"/>
            <w:tcMar/>
          </w:tcPr>
          <w:p w:rsidR="00231DCA" w:rsidP="6D8F5A47" w:rsidRDefault="007A783E" w14:paraId="40ACF3DA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Kristina Čerkez</w:t>
            </w:r>
          </w:p>
        </w:tc>
        <w:tc>
          <w:tcPr>
            <w:tcW w:w="1334" w:type="dxa"/>
            <w:tcMar/>
          </w:tcPr>
          <w:p w:rsidR="00231DCA" w:rsidP="6D8F5A47" w:rsidRDefault="007A783E" w14:paraId="6A032132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Geografija</w:t>
            </w:r>
          </w:p>
        </w:tc>
        <w:tc>
          <w:tcPr>
            <w:tcW w:w="2985" w:type="dxa"/>
            <w:tcMar/>
          </w:tcPr>
          <w:p w:rsidR="00231DCA" w:rsidP="6D8F5A47" w:rsidRDefault="00231DCA" w14:paraId="0D0B940D" w14:textId="325F4219">
            <w:pPr/>
            <w:r w:rsidRPr="2133111D" w:rsidR="3BB5D7C0">
              <w:rPr>
                <w:noProof w:val="0"/>
                <w:lang w:val="hr-HR"/>
              </w:rPr>
              <w:t>10.9.2026.</w:t>
            </w:r>
          </w:p>
        </w:tc>
        <w:tc>
          <w:tcPr>
            <w:tcW w:w="2190" w:type="dxa"/>
            <w:tcMar/>
          </w:tcPr>
          <w:p w:rsidR="00231DCA" w:rsidP="6D8F5A47" w:rsidRDefault="00231DCA" w14:paraId="34C73245" w14:textId="377C1CD9">
            <w:pPr/>
            <w:r w:rsidRPr="2133111D" w:rsidR="3BB5D7C0">
              <w:rPr>
                <w:noProof w:val="0"/>
                <w:lang w:val="en-US"/>
              </w:rPr>
              <w:t>Veljača 2027.</w:t>
            </w:r>
          </w:p>
          <w:p w:rsidR="00231DCA" w:rsidP="6D8F5A47" w:rsidRDefault="00231DCA" w14:paraId="0E27B00A" w14:textId="0E12F091">
            <w:pPr/>
            <w:r w:rsidRPr="2133111D" w:rsidR="3BB5D7C0">
              <w:rPr>
                <w:noProof w:val="0"/>
                <w:lang w:val="en-US"/>
              </w:rPr>
              <w:t>Analiza uspjeha i vladanja; Zlostavljanje u školi - kako ga prepoznati i prevenitai</w:t>
            </w:r>
          </w:p>
        </w:tc>
        <w:tc>
          <w:tcPr>
            <w:tcW w:w="3928" w:type="dxa"/>
            <w:tcMar/>
          </w:tcPr>
          <w:p w:rsidR="00231DCA" w:rsidP="6D8F5A47" w:rsidRDefault="00231DCA" w14:paraId="36C76E82" w14:textId="0D10D8B5">
            <w:pPr/>
            <w:r w:rsidRPr="2133111D" w:rsidR="2CC594BA">
              <w:rPr>
                <w:noProof w:val="0"/>
                <w:lang w:val="en-US"/>
              </w:rPr>
              <w:t>Svibanj 2027.</w:t>
            </w:r>
          </w:p>
          <w:p w:rsidR="00231DCA" w:rsidP="6D8F5A47" w:rsidRDefault="00231DCA" w14:paraId="60061E4C" w14:textId="0F8F04C4">
            <w:pPr/>
            <w:r w:rsidRPr="2133111D" w:rsidR="2CC594BA">
              <w:rPr>
                <w:noProof w:val="0"/>
                <w:lang w:val="en-US"/>
              </w:rPr>
              <w:t>Analiza uspjeha i vladanja</w:t>
            </w:r>
          </w:p>
        </w:tc>
      </w:tr>
      <w:tr w:rsidR="00231DCA" w:rsidTr="2133111D" w14:paraId="37499F94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5555FFE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5.d</w:t>
            </w:r>
          </w:p>
        </w:tc>
        <w:tc>
          <w:tcPr>
            <w:tcW w:w="1492" w:type="dxa"/>
            <w:tcMar/>
          </w:tcPr>
          <w:p w:rsidR="00231DCA" w:rsidP="6D8F5A47" w:rsidRDefault="007A783E" w14:paraId="001155B0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Brigita Matekalo</w:t>
            </w:r>
          </w:p>
        </w:tc>
        <w:tc>
          <w:tcPr>
            <w:tcW w:w="1334" w:type="dxa"/>
            <w:tcMar/>
          </w:tcPr>
          <w:p w:rsidR="00231DCA" w:rsidP="6D8F5A47" w:rsidRDefault="007A783E" w14:paraId="6EDDEB23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Matematika</w:t>
            </w:r>
          </w:p>
        </w:tc>
        <w:tc>
          <w:tcPr>
            <w:tcW w:w="2985" w:type="dxa"/>
            <w:tcMar/>
          </w:tcPr>
          <w:p w:rsidR="00231DCA" w:rsidP="6D8F5A47" w:rsidRDefault="00231DCA" w14:paraId="4B94D5A5" w14:textId="2AD5CBF9">
            <w:pPr>
              <w:rPr>
                <w:noProof w:val="0"/>
                <w:lang w:val="hr-HR"/>
              </w:rPr>
            </w:pPr>
            <w:r w:rsidRPr="6D8F5A47" w:rsidR="0B8A6B06">
              <w:rPr>
                <w:noProof w:val="0"/>
                <w:lang w:val="hr-HR"/>
              </w:rPr>
              <w:t>10.9.2026.</w:t>
            </w:r>
          </w:p>
        </w:tc>
        <w:tc>
          <w:tcPr>
            <w:tcW w:w="2190" w:type="dxa"/>
            <w:tcMar/>
          </w:tcPr>
          <w:p w:rsidR="00231DCA" w:rsidP="6D8F5A47" w:rsidRDefault="00231DCA" w14:paraId="2A1F9A3A" w14:textId="34EC6C20">
            <w:pPr>
              <w:rPr>
                <w:noProof w:val="0"/>
                <w:lang w:val="hr-HR"/>
              </w:rPr>
            </w:pPr>
            <w:r w:rsidRPr="6D8F5A47" w:rsidR="0B8A6B06">
              <w:rPr>
                <w:noProof w:val="0"/>
                <w:lang w:val="hr-HR"/>
              </w:rPr>
              <w:t>Veljača 2027.</w:t>
            </w:r>
          </w:p>
          <w:p w:rsidR="00231DCA" w:rsidP="6D8F5A47" w:rsidRDefault="00231DCA" w14:paraId="3DEEC669" w14:textId="63CBCFCA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6D8F5A47" w:rsidR="38E18D4F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hr-HR"/>
              </w:rPr>
              <w:t>Zlostavljanje u školi – kako ga prepoznati i prevenirati</w:t>
            </w:r>
          </w:p>
        </w:tc>
        <w:tc>
          <w:tcPr>
            <w:tcW w:w="3928" w:type="dxa"/>
            <w:tcMar/>
          </w:tcPr>
          <w:p w:rsidR="00231DCA" w:rsidP="6D8F5A47" w:rsidRDefault="00231DCA" w14:paraId="53E29682" w14:textId="70FD345E">
            <w:pPr>
              <w:rPr>
                <w:noProof w:val="0"/>
                <w:lang w:val="hr-HR"/>
              </w:rPr>
            </w:pPr>
            <w:r w:rsidRPr="6D8F5A47" w:rsidR="0B8A6B06">
              <w:rPr>
                <w:noProof w:val="0"/>
                <w:lang w:val="hr-HR"/>
              </w:rPr>
              <w:t xml:space="preserve">Svibanj </w:t>
            </w:r>
            <w:r w:rsidRPr="6D8F5A47" w:rsidR="0B8A6B06">
              <w:rPr>
                <w:noProof w:val="0"/>
                <w:lang w:val="hr-HR"/>
              </w:rPr>
              <w:t xml:space="preserve"> 2027.</w:t>
            </w:r>
          </w:p>
          <w:p w:rsidR="00231DCA" w:rsidP="6D8F5A47" w:rsidRDefault="00231DCA" w14:paraId="3656B9AB" w14:textId="3DAB0E14">
            <w:pPr>
              <w:rPr>
                <w:noProof w:val="0"/>
                <w:lang w:val="hr-HR"/>
              </w:rPr>
            </w:pPr>
            <w:r w:rsidRPr="6D8F5A47" w:rsidR="79AA3A0F">
              <w:rPr>
                <w:noProof w:val="0"/>
                <w:lang w:val="hr-HR"/>
              </w:rPr>
              <w:t>Osvrt</w:t>
            </w:r>
            <w:r w:rsidRPr="6D8F5A47" w:rsidR="79AA3A0F">
              <w:rPr>
                <w:noProof w:val="0"/>
                <w:lang w:val="hr-HR"/>
              </w:rPr>
              <w:t xml:space="preserve"> </w:t>
            </w:r>
            <w:r w:rsidRPr="6D8F5A47" w:rsidR="79AA3A0F">
              <w:rPr>
                <w:noProof w:val="0"/>
                <w:lang w:val="hr-HR"/>
              </w:rPr>
              <w:t>na</w:t>
            </w:r>
            <w:r w:rsidRPr="6D8F5A47" w:rsidR="79AA3A0F">
              <w:rPr>
                <w:noProof w:val="0"/>
                <w:lang w:val="hr-HR"/>
              </w:rPr>
              <w:t xml:space="preserve"> </w:t>
            </w:r>
            <w:r w:rsidRPr="6D8F5A47" w:rsidR="79AA3A0F">
              <w:rPr>
                <w:noProof w:val="0"/>
                <w:lang w:val="hr-HR"/>
              </w:rPr>
              <w:t>uspjeh</w:t>
            </w:r>
            <w:r w:rsidRPr="6D8F5A47" w:rsidR="79AA3A0F">
              <w:rPr>
                <w:noProof w:val="0"/>
                <w:lang w:val="hr-HR"/>
              </w:rPr>
              <w:t xml:space="preserve"> </w:t>
            </w:r>
            <w:r w:rsidRPr="6D8F5A47" w:rsidR="79AA3A0F">
              <w:rPr>
                <w:noProof w:val="0"/>
                <w:lang w:val="hr-HR"/>
              </w:rPr>
              <w:t>i</w:t>
            </w:r>
            <w:r w:rsidRPr="6D8F5A47" w:rsidR="79AA3A0F">
              <w:rPr>
                <w:noProof w:val="0"/>
                <w:lang w:val="hr-HR"/>
              </w:rPr>
              <w:t xml:space="preserve"> </w:t>
            </w:r>
            <w:r w:rsidRPr="6D8F5A47" w:rsidR="79AA3A0F">
              <w:rPr>
                <w:noProof w:val="0"/>
                <w:lang w:val="hr-HR"/>
              </w:rPr>
              <w:t>vladanje</w:t>
            </w:r>
            <w:r w:rsidRPr="6D8F5A47" w:rsidR="79AA3A0F">
              <w:rPr>
                <w:noProof w:val="0"/>
                <w:lang w:val="hr-HR"/>
              </w:rPr>
              <w:t xml:space="preserve"> </w:t>
            </w:r>
            <w:r w:rsidRPr="6D8F5A47" w:rsidR="79AA3A0F">
              <w:rPr>
                <w:noProof w:val="0"/>
                <w:lang w:val="hr-HR"/>
              </w:rPr>
              <w:t>učenika</w:t>
            </w:r>
          </w:p>
        </w:tc>
      </w:tr>
      <w:tr w:rsidR="00231DCA" w:rsidTr="2133111D" w14:paraId="65BD28CF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1E92BDCF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6.a</w:t>
            </w:r>
          </w:p>
        </w:tc>
        <w:tc>
          <w:tcPr>
            <w:tcW w:w="1492" w:type="dxa"/>
            <w:tcMar/>
          </w:tcPr>
          <w:p w:rsidR="00231DCA" w:rsidP="6D8F5A47" w:rsidRDefault="007A783E" w14:paraId="172B64AB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Marina Habazin</w:t>
            </w:r>
          </w:p>
        </w:tc>
        <w:tc>
          <w:tcPr>
            <w:tcW w:w="1334" w:type="dxa"/>
            <w:tcMar/>
          </w:tcPr>
          <w:p w:rsidR="00231DCA" w:rsidP="6D8F5A47" w:rsidRDefault="007A783E" w14:paraId="2A8AC2DA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Katolički vjeronauk</w:t>
            </w:r>
          </w:p>
        </w:tc>
        <w:tc>
          <w:tcPr>
            <w:tcW w:w="2985" w:type="dxa"/>
            <w:tcMar/>
          </w:tcPr>
          <w:p w:rsidR="00231DCA" w:rsidP="6D8F5A47" w:rsidRDefault="00231DCA" w14:paraId="1C959BFD" w14:textId="31991380">
            <w:pPr>
              <w:rPr>
                <w:noProof w:val="0"/>
                <w:lang w:val="hr-HR"/>
              </w:rPr>
            </w:pPr>
            <w:r w:rsidRPr="6D8F5A47" w:rsidR="020F5112">
              <w:rPr>
                <w:noProof w:val="0"/>
                <w:lang w:val="hr-HR"/>
              </w:rPr>
              <w:t xml:space="preserve">17.9.2026. </w:t>
            </w:r>
          </w:p>
          <w:p w:rsidR="00231DCA" w:rsidP="294F9824" w:rsidRDefault="00231DCA" w14:paraId="049F31CB" w14:textId="02A78BC9">
            <w:pPr>
              <w:rPr>
                <w:noProof w:val="0"/>
                <w:lang w:val="en-US"/>
              </w:rPr>
            </w:pPr>
            <w:r w:rsidRPr="294F9824" w:rsidR="5BF4F0D1">
              <w:rPr>
                <w:noProof w:val="0"/>
                <w:lang w:val="en-US"/>
              </w:rPr>
              <w:t>Organizacija</w:t>
            </w:r>
            <w:r w:rsidRPr="294F9824" w:rsidR="5BF4F0D1">
              <w:rPr>
                <w:noProof w:val="0"/>
                <w:lang w:val="en-US"/>
              </w:rPr>
              <w:t xml:space="preserve"> rada u </w:t>
            </w:r>
            <w:r w:rsidRPr="294F9824" w:rsidR="5BF4F0D1">
              <w:rPr>
                <w:noProof w:val="0"/>
                <w:lang w:val="en-US"/>
              </w:rPr>
              <w:t>šk</w:t>
            </w:r>
            <w:r w:rsidRPr="294F9824" w:rsidR="5BF4F0D1">
              <w:rPr>
                <w:noProof w:val="0"/>
                <w:lang w:val="en-US"/>
              </w:rPr>
              <w:t xml:space="preserve">.  </w:t>
            </w:r>
            <w:r w:rsidRPr="294F9824" w:rsidR="5BF4F0D1">
              <w:rPr>
                <w:noProof w:val="0"/>
                <w:lang w:val="en-US"/>
              </w:rPr>
              <w:t xml:space="preserve">god 2026. / 2027., </w:t>
            </w:r>
            <w:r w:rsidRPr="294F9824" w:rsidR="5BF4F0D1">
              <w:rPr>
                <w:noProof w:val="0"/>
                <w:lang w:val="en-US"/>
              </w:rPr>
              <w:t>zakoni</w:t>
            </w:r>
            <w:r w:rsidRPr="294F9824" w:rsidR="5BF4F0D1">
              <w:rPr>
                <w:noProof w:val="0"/>
                <w:lang w:val="en-US"/>
              </w:rPr>
              <w:t xml:space="preserve"> </w:t>
            </w:r>
            <w:r w:rsidRPr="294F9824" w:rsidR="5BF4F0D1">
              <w:rPr>
                <w:noProof w:val="0"/>
                <w:lang w:val="en-US"/>
              </w:rPr>
              <w:t>i</w:t>
            </w:r>
            <w:r w:rsidRPr="294F9824" w:rsidR="5BF4F0D1">
              <w:rPr>
                <w:noProof w:val="0"/>
                <w:lang w:val="en-US"/>
              </w:rPr>
              <w:t xml:space="preserve"> </w:t>
            </w:r>
            <w:r w:rsidRPr="294F9824" w:rsidR="5BF4F0D1">
              <w:rPr>
                <w:noProof w:val="0"/>
                <w:lang w:val="en-US"/>
              </w:rPr>
              <w:t>pravilnici</w:t>
            </w:r>
            <w:r w:rsidRPr="294F9824" w:rsidR="5BF4F0D1">
              <w:rPr>
                <w:noProof w:val="0"/>
                <w:lang w:val="en-US"/>
              </w:rPr>
              <w:t xml:space="preserve"> </w:t>
            </w:r>
            <w:r w:rsidRPr="294F9824" w:rsidR="5BF4F0D1">
              <w:rPr>
                <w:noProof w:val="0"/>
                <w:lang w:val="en-US"/>
              </w:rPr>
              <w:t>te</w:t>
            </w:r>
            <w:r w:rsidRPr="294F9824" w:rsidR="5BF4F0D1">
              <w:rPr>
                <w:noProof w:val="0"/>
                <w:lang w:val="en-US"/>
              </w:rPr>
              <w:t xml:space="preserve"> </w:t>
            </w:r>
            <w:r w:rsidRPr="294F9824" w:rsidR="5BF4F0D1">
              <w:rPr>
                <w:noProof w:val="0"/>
                <w:lang w:val="en-US"/>
              </w:rPr>
              <w:t>obaveze</w:t>
            </w:r>
            <w:r w:rsidRPr="294F9824" w:rsidR="5BF4F0D1">
              <w:rPr>
                <w:noProof w:val="0"/>
                <w:lang w:val="en-US"/>
              </w:rPr>
              <w:t xml:space="preserve"> </w:t>
            </w:r>
            <w:r w:rsidRPr="294F9824" w:rsidR="5BF4F0D1">
              <w:rPr>
                <w:noProof w:val="0"/>
                <w:lang w:val="en-US"/>
              </w:rPr>
              <w:t>ti</w:t>
            </w:r>
            <w:r w:rsidRPr="294F9824" w:rsidR="56E21887">
              <w:rPr>
                <w:noProof w:val="0"/>
                <w:lang w:val="en-US"/>
              </w:rPr>
              <w:t>jekom</w:t>
            </w:r>
            <w:r w:rsidRPr="294F9824" w:rsidR="56E21887">
              <w:rPr>
                <w:noProof w:val="0"/>
                <w:lang w:val="en-US"/>
              </w:rPr>
              <w:t xml:space="preserve"> godine</w:t>
            </w:r>
          </w:p>
        </w:tc>
        <w:tc>
          <w:tcPr>
            <w:tcW w:w="2190" w:type="dxa"/>
            <w:tcMar/>
          </w:tcPr>
          <w:p w:rsidR="00231DCA" w:rsidP="6D8F5A47" w:rsidRDefault="00231DCA" w14:paraId="40CB469C" w14:textId="035EA04E">
            <w:pPr>
              <w:rPr>
                <w:noProof w:val="0"/>
                <w:lang w:val="hr-HR"/>
              </w:rPr>
            </w:pPr>
            <w:r w:rsidRPr="6D8F5A47" w:rsidR="6ADBA4DA">
              <w:rPr>
                <w:noProof w:val="0"/>
                <w:lang w:val="hr-HR"/>
              </w:rPr>
              <w:t>Siječanj</w:t>
            </w:r>
            <w:r w:rsidRPr="6D8F5A47" w:rsidR="6ADBA4DA">
              <w:rPr>
                <w:noProof w:val="0"/>
                <w:lang w:val="hr-HR"/>
              </w:rPr>
              <w:t>, 2027.</w:t>
            </w:r>
          </w:p>
          <w:p w:rsidR="00231DCA" w:rsidP="6D8F5A47" w:rsidRDefault="00231DCA" w14:paraId="1248F9CB" w14:textId="7578617D">
            <w:pPr>
              <w:pStyle w:val="Odlomakpopisa"/>
              <w:numPr>
                <w:ilvl w:val="0"/>
                <w:numId w:val="10"/>
              </w:numPr>
              <w:rPr>
                <w:noProof w:val="0"/>
                <w:lang w:val="hr-HR"/>
              </w:rPr>
            </w:pPr>
            <w:r w:rsidRPr="6D8F5A47" w:rsidR="6ADBA4DA">
              <w:rPr>
                <w:noProof w:val="0"/>
                <w:lang w:val="hr-HR"/>
              </w:rPr>
              <w:t xml:space="preserve">Analiza </w:t>
            </w:r>
            <w:r w:rsidRPr="6D8F5A47" w:rsidR="6ADBA4DA">
              <w:rPr>
                <w:noProof w:val="0"/>
                <w:lang w:val="hr-HR"/>
              </w:rPr>
              <w:t>uspjeha</w:t>
            </w:r>
            <w:r w:rsidRPr="6D8F5A47" w:rsidR="6ADBA4DA">
              <w:rPr>
                <w:noProof w:val="0"/>
                <w:lang w:val="hr-HR"/>
              </w:rPr>
              <w:t xml:space="preserve"> i vladanja</w:t>
            </w:r>
          </w:p>
          <w:p w:rsidR="00231DCA" w:rsidP="6D8F5A47" w:rsidRDefault="00231DCA" w14:paraId="53128261" w14:textId="60073A90">
            <w:pPr>
              <w:pStyle w:val="Odlomakpopisa"/>
              <w:numPr>
                <w:ilvl w:val="0"/>
                <w:numId w:val="10"/>
              </w:numPr>
              <w:rPr>
                <w:noProof w:val="0"/>
                <w:lang w:val="hr-HR"/>
              </w:rPr>
            </w:pPr>
            <w:r w:rsidRPr="6D8F5A47" w:rsidR="28BFFB9F">
              <w:rPr>
                <w:noProof w:val="0"/>
                <w:lang w:val="hr-HR"/>
              </w:rPr>
              <w:t>Roditeljska</w:t>
            </w:r>
            <w:r w:rsidRPr="6D8F5A47" w:rsidR="28BFFB9F">
              <w:rPr>
                <w:noProof w:val="0"/>
                <w:lang w:val="hr-HR"/>
              </w:rPr>
              <w:t xml:space="preserve"> uloga</w:t>
            </w:r>
          </w:p>
        </w:tc>
        <w:tc>
          <w:tcPr>
            <w:tcW w:w="3928" w:type="dxa"/>
            <w:tcMar/>
          </w:tcPr>
          <w:p w:rsidR="00231DCA" w:rsidP="6D8F5A47" w:rsidRDefault="00231DCA" w14:paraId="5AC67E3E" w14:textId="1F466BDE">
            <w:pPr>
              <w:rPr>
                <w:noProof w:val="0"/>
                <w:lang w:val="hr-HR"/>
              </w:rPr>
            </w:pPr>
            <w:r w:rsidRPr="6D8F5A47" w:rsidR="28BFFB9F">
              <w:rPr>
                <w:noProof w:val="0"/>
                <w:lang w:val="hr-HR"/>
              </w:rPr>
              <w:t>Svibanj</w:t>
            </w:r>
            <w:r w:rsidRPr="6D8F5A47" w:rsidR="28BFFB9F">
              <w:rPr>
                <w:noProof w:val="0"/>
                <w:lang w:val="hr-HR"/>
              </w:rPr>
              <w:t>, 2027.</w:t>
            </w:r>
          </w:p>
          <w:p w:rsidR="00231DCA" w:rsidP="6D8F5A47" w:rsidRDefault="00231DCA" w14:paraId="163AC1DE" w14:textId="2B40ACBE">
            <w:pPr>
              <w:pStyle w:val="Odlomakpopisa"/>
              <w:numPr>
                <w:ilvl w:val="0"/>
                <w:numId w:val="11"/>
              </w:numPr>
              <w:rPr>
                <w:noProof w:val="0"/>
                <w:lang w:val="hr-HR"/>
              </w:rPr>
            </w:pPr>
            <w:r w:rsidRPr="6D8F5A47" w:rsidR="28BFFB9F">
              <w:rPr>
                <w:noProof w:val="0"/>
                <w:lang w:val="hr-HR"/>
              </w:rPr>
              <w:t xml:space="preserve">Na </w:t>
            </w:r>
            <w:r w:rsidRPr="6D8F5A47" w:rsidR="28BFFB9F">
              <w:rPr>
                <w:noProof w:val="0"/>
                <w:lang w:val="hr-HR"/>
              </w:rPr>
              <w:t>kraju</w:t>
            </w:r>
            <w:r w:rsidRPr="6D8F5A47" w:rsidR="28BFFB9F">
              <w:rPr>
                <w:noProof w:val="0"/>
                <w:lang w:val="hr-HR"/>
              </w:rPr>
              <w:t xml:space="preserve"> </w:t>
            </w:r>
            <w:r w:rsidRPr="6D8F5A47" w:rsidR="28BFFB9F">
              <w:rPr>
                <w:noProof w:val="0"/>
                <w:lang w:val="hr-HR"/>
              </w:rPr>
              <w:t>nastavne</w:t>
            </w:r>
            <w:r w:rsidRPr="6D8F5A47" w:rsidR="28BFFB9F">
              <w:rPr>
                <w:noProof w:val="0"/>
                <w:lang w:val="hr-HR"/>
              </w:rPr>
              <w:t xml:space="preserve"> godine</w:t>
            </w:r>
          </w:p>
          <w:p w:rsidR="00231DCA" w:rsidP="6D8F5A47" w:rsidRDefault="00231DCA" w14:paraId="62486C05" w14:textId="5C4C260F">
            <w:pPr>
              <w:pStyle w:val="Odlomakpopisa"/>
              <w:numPr>
                <w:ilvl w:val="0"/>
                <w:numId w:val="11"/>
              </w:numPr>
              <w:rPr>
                <w:noProof w:val="0"/>
                <w:lang w:val="hr-HR"/>
              </w:rPr>
            </w:pPr>
            <w:r w:rsidRPr="2133111D" w:rsidR="7590C825">
              <w:rPr>
                <w:noProof w:val="0"/>
                <w:lang w:val="hr-HR"/>
              </w:rPr>
              <w:t>Prepoznajemo</w:t>
            </w:r>
            <w:r w:rsidRPr="2133111D" w:rsidR="7590C825">
              <w:rPr>
                <w:noProof w:val="0"/>
                <w:lang w:val="hr-HR"/>
              </w:rPr>
              <w:t xml:space="preserve"> li </w:t>
            </w:r>
            <w:r w:rsidRPr="2133111D" w:rsidR="7590C825">
              <w:rPr>
                <w:noProof w:val="0"/>
                <w:lang w:val="hr-HR"/>
              </w:rPr>
              <w:t>agresivna</w:t>
            </w:r>
            <w:r w:rsidRPr="2133111D" w:rsidR="7590C825">
              <w:rPr>
                <w:noProof w:val="0"/>
                <w:lang w:val="hr-HR"/>
              </w:rPr>
              <w:t xml:space="preserve"> ponašanja</w:t>
            </w:r>
          </w:p>
        </w:tc>
      </w:tr>
      <w:tr w:rsidR="00231DCA" w:rsidTr="2133111D" w14:paraId="64F37ADC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0051848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6.b</w:t>
            </w:r>
          </w:p>
        </w:tc>
        <w:tc>
          <w:tcPr>
            <w:tcW w:w="1492" w:type="dxa"/>
            <w:tcMar/>
          </w:tcPr>
          <w:p w:rsidR="00231DCA" w:rsidP="6D8F5A47" w:rsidRDefault="007A783E" w14:paraId="25E970E5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Ivana Kolar</w:t>
            </w:r>
          </w:p>
        </w:tc>
        <w:tc>
          <w:tcPr>
            <w:tcW w:w="1334" w:type="dxa"/>
            <w:tcMar/>
          </w:tcPr>
          <w:p w:rsidR="00231DCA" w:rsidP="6D8F5A47" w:rsidRDefault="007A783E" w14:paraId="24EE3A78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Engleski jezik</w:t>
            </w:r>
          </w:p>
        </w:tc>
        <w:tc>
          <w:tcPr>
            <w:tcW w:w="2985" w:type="dxa"/>
            <w:tcMar/>
          </w:tcPr>
          <w:p w:rsidR="00231DCA" w:rsidP="6D8F5A47" w:rsidRDefault="00231DCA" w14:paraId="169C5281" w14:textId="22F44B1E">
            <w:pPr/>
            <w:r w:rsidRPr="2133111D" w:rsidR="5CF63F27">
              <w:rPr>
                <w:noProof w:val="0"/>
                <w:lang w:val="hr-HR"/>
              </w:rPr>
              <w:t>14.9.2026.</w:t>
            </w:r>
          </w:p>
          <w:p w:rsidR="00231DCA" w:rsidP="6D8F5A47" w:rsidRDefault="00231DCA" w14:paraId="4B99056E" w14:textId="591B2079">
            <w:pPr/>
            <w:r w:rsidRPr="2133111D" w:rsidR="5CF63F27">
              <w:rPr>
                <w:noProof w:val="0"/>
                <w:lang w:val="en-US"/>
              </w:rPr>
              <w:t>Organizacija rada u šk.god.2026./2027. , upoznavanje s odredbama Zakona i Pravilnika te Kućnog reda škole</w:t>
            </w:r>
          </w:p>
        </w:tc>
        <w:tc>
          <w:tcPr>
            <w:tcW w:w="2190" w:type="dxa"/>
            <w:tcMar/>
          </w:tcPr>
          <w:p w:rsidR="00231DCA" w:rsidP="6D8F5A47" w:rsidRDefault="00231DCA" w14:paraId="2AA3700A" w14:textId="55F59188">
            <w:pPr/>
            <w:r w:rsidRPr="2133111D" w:rsidR="5CF63F27">
              <w:rPr>
                <w:noProof w:val="0"/>
                <w:lang w:val="en-US"/>
              </w:rPr>
              <w:t>Siječanj, 2027.</w:t>
            </w:r>
          </w:p>
          <w:p w:rsidR="00231DCA" w:rsidP="2133111D" w:rsidRDefault="00231DCA" w14:paraId="2C8593EB" w14:textId="3E5FF058">
            <w:pPr>
              <w:pStyle w:val="Odlomakpopisa"/>
              <w:numPr>
                <w:ilvl w:val="0"/>
                <w:numId w:val="14"/>
              </w:numPr>
              <w:rPr>
                <w:noProof w:val="0"/>
                <w:lang w:val="en-US"/>
              </w:rPr>
            </w:pPr>
            <w:r w:rsidRPr="2133111D" w:rsidR="5CF63F27">
              <w:rPr>
                <w:noProof w:val="0"/>
                <w:lang w:val="en-US"/>
              </w:rPr>
              <w:t>Analiza uspjeha i vladanja</w:t>
            </w:r>
          </w:p>
          <w:p w:rsidR="00231DCA" w:rsidP="2133111D" w:rsidRDefault="00231DCA" w14:paraId="1299C43A" w14:textId="6F2BBCD2">
            <w:pPr>
              <w:pStyle w:val="Odlomakpopisa"/>
              <w:numPr>
                <w:ilvl w:val="0"/>
                <w:numId w:val="14"/>
              </w:numPr>
              <w:rPr>
                <w:noProof w:val="0"/>
                <w:lang w:val="en-US"/>
              </w:rPr>
            </w:pPr>
            <w:r w:rsidRPr="2133111D" w:rsidR="5CF63F27">
              <w:rPr>
                <w:noProof w:val="0"/>
                <w:lang w:val="en-US"/>
              </w:rPr>
              <w:t>Alati za digitalno doba</w:t>
            </w:r>
          </w:p>
        </w:tc>
        <w:tc>
          <w:tcPr>
            <w:tcW w:w="3928" w:type="dxa"/>
            <w:tcMar/>
          </w:tcPr>
          <w:p w:rsidR="00231DCA" w:rsidP="6D8F5A47" w:rsidRDefault="00231DCA" w14:paraId="3253FDEA" w14:textId="37C62F5E">
            <w:pPr/>
            <w:r w:rsidRPr="2133111D" w:rsidR="5D3CCD32">
              <w:rPr>
                <w:noProof w:val="0"/>
                <w:lang w:val="en-US"/>
              </w:rPr>
              <w:t>Svibanj, 2027.</w:t>
            </w:r>
          </w:p>
          <w:p w:rsidR="00231DCA" w:rsidP="2133111D" w:rsidRDefault="00231DCA" w14:paraId="54CC39FD" w14:textId="5A9AC32F">
            <w:pPr>
              <w:pStyle w:val="Odlomakpopisa"/>
              <w:numPr>
                <w:ilvl w:val="0"/>
                <w:numId w:val="15"/>
              </w:numPr>
              <w:rPr>
                <w:noProof w:val="0"/>
                <w:lang w:val="en-US"/>
              </w:rPr>
            </w:pPr>
            <w:r w:rsidRPr="2133111D" w:rsidR="5D3CCD32">
              <w:rPr>
                <w:noProof w:val="0"/>
                <w:lang w:val="en-US"/>
              </w:rPr>
              <w:t>Uspjeh na kraju nastavne godine</w:t>
            </w:r>
          </w:p>
          <w:p w:rsidR="00231DCA" w:rsidP="2133111D" w:rsidRDefault="00231DCA" w14:paraId="4DDBEF00" w14:textId="7BF81C9A">
            <w:pPr>
              <w:pStyle w:val="Odlomakpopisa"/>
              <w:numPr>
                <w:ilvl w:val="0"/>
                <w:numId w:val="15"/>
              </w:numPr>
              <w:rPr>
                <w:noProof w:val="0"/>
                <w:lang w:val="en-US"/>
              </w:rPr>
            </w:pPr>
            <w:r w:rsidRPr="2133111D" w:rsidR="5D3CCD32">
              <w:rPr>
                <w:noProof w:val="0"/>
                <w:lang w:val="en-US"/>
              </w:rPr>
              <w:t>Roditeljska uloga</w:t>
            </w:r>
          </w:p>
        </w:tc>
      </w:tr>
      <w:tr w:rsidR="00231DCA" w:rsidTr="2133111D" w14:paraId="152C92BC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511715C2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6.c</w:t>
            </w:r>
          </w:p>
        </w:tc>
        <w:tc>
          <w:tcPr>
            <w:tcW w:w="1492" w:type="dxa"/>
            <w:tcMar/>
          </w:tcPr>
          <w:p w:rsidR="00231DCA" w:rsidP="6D8F5A47" w:rsidRDefault="007A783E" w14:paraId="3C387E21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Sandra Hajak</w:t>
            </w:r>
          </w:p>
        </w:tc>
        <w:tc>
          <w:tcPr>
            <w:tcW w:w="1334" w:type="dxa"/>
            <w:tcMar/>
          </w:tcPr>
          <w:p w:rsidR="00231DCA" w:rsidP="6D8F5A47" w:rsidRDefault="007A783E" w14:paraId="301E62C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Hrvatski jezik</w:t>
            </w:r>
          </w:p>
        </w:tc>
        <w:tc>
          <w:tcPr>
            <w:tcW w:w="2985" w:type="dxa"/>
            <w:tcMar/>
          </w:tcPr>
          <w:p w:rsidR="00231DCA" w:rsidP="6D8F5A47" w:rsidRDefault="00231DCA" w14:paraId="0709ED37" w14:textId="7D97DEFA">
            <w:pPr>
              <w:rPr>
                <w:noProof w:val="0"/>
                <w:lang w:val="hr-HR"/>
              </w:rPr>
            </w:pPr>
            <w:r w:rsidRPr="6D8F5A47" w:rsidR="0AB197FC">
              <w:rPr>
                <w:noProof w:val="0"/>
                <w:lang w:val="hr-HR"/>
              </w:rPr>
              <w:t xml:space="preserve">14. 9. 2026. </w:t>
            </w:r>
          </w:p>
          <w:p w:rsidR="00231DCA" w:rsidP="6D8F5A47" w:rsidRDefault="00231DCA" w14:paraId="3CF2D8B6" w14:textId="330B8608">
            <w:pPr>
              <w:pStyle w:val="Normal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Organizacija rada u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školsko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j godini 2026./2027.,  upoznavanje s Kućnim redom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škol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e te s odredbama zakona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</w:t>
            </w:r>
            <w:r w:rsidRPr="6D8F5A47" w:rsidR="0AB197FC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i pravilnika</w:t>
            </w:r>
          </w:p>
        </w:tc>
        <w:tc>
          <w:tcPr>
            <w:tcW w:w="2190" w:type="dxa"/>
            <w:tcMar/>
          </w:tcPr>
          <w:p w:rsidR="00231DCA" w:rsidP="6D8F5A47" w:rsidRDefault="00231DCA" w14:paraId="29BBBA13" w14:textId="54355D33">
            <w:pPr>
              <w:pStyle w:val="Normal"/>
              <w:rPr>
                <w:noProof w:val="0"/>
                <w:lang w:val="hr-HR"/>
              </w:rPr>
            </w:pPr>
            <w:r w:rsidRPr="6D8F5A47" w:rsidR="0AB197FC">
              <w:rPr>
                <w:noProof w:val="0"/>
                <w:lang w:val="hr-HR"/>
              </w:rPr>
              <w:t>siječanj 2027.</w:t>
            </w:r>
          </w:p>
          <w:p w:rsidR="00231DCA" w:rsidP="6D8F5A47" w:rsidRDefault="00231DCA" w14:paraId="61720F41" w14:textId="75C20863">
            <w:pPr>
              <w:rPr>
                <w:noProof w:val="0"/>
                <w:lang w:val="hr-HR"/>
              </w:rPr>
            </w:pPr>
            <w:r w:rsidRPr="6D8F5A47" w:rsidR="7A78AC3F">
              <w:rPr>
                <w:noProof w:val="0"/>
                <w:lang w:val="hr-HR"/>
              </w:rPr>
              <w:t xml:space="preserve">1.Analiza </w:t>
            </w:r>
            <w:r w:rsidRPr="6D8F5A47" w:rsidR="7A78AC3F">
              <w:rPr>
                <w:noProof w:val="0"/>
                <w:lang w:val="hr-HR"/>
              </w:rPr>
              <w:t>uspjeha</w:t>
            </w:r>
            <w:r w:rsidRPr="6D8F5A47" w:rsidR="7A78AC3F">
              <w:rPr>
                <w:noProof w:val="0"/>
                <w:lang w:val="hr-HR"/>
              </w:rPr>
              <w:t xml:space="preserve"> </w:t>
            </w:r>
            <w:r w:rsidRPr="6D8F5A47" w:rsidR="04476EE1">
              <w:rPr>
                <w:noProof w:val="0"/>
                <w:lang w:val="hr-HR"/>
              </w:rPr>
              <w:t>i</w:t>
            </w:r>
            <w:r w:rsidRPr="6D8F5A47" w:rsidR="04476EE1">
              <w:rPr>
                <w:noProof w:val="0"/>
                <w:lang w:val="hr-HR"/>
              </w:rPr>
              <w:t xml:space="preserve"> vladanja </w:t>
            </w:r>
            <w:r w:rsidRPr="6D8F5A47" w:rsidR="7A78AC3F">
              <w:rPr>
                <w:noProof w:val="0"/>
                <w:lang w:val="hr-HR"/>
              </w:rPr>
              <w:t xml:space="preserve">na </w:t>
            </w:r>
            <w:r w:rsidRPr="6D8F5A47" w:rsidR="7A78AC3F">
              <w:rPr>
                <w:noProof w:val="0"/>
                <w:lang w:val="hr-HR"/>
              </w:rPr>
              <w:t>kraju</w:t>
            </w:r>
            <w:r w:rsidRPr="6D8F5A47" w:rsidR="7A78AC3F">
              <w:rPr>
                <w:noProof w:val="0"/>
                <w:lang w:val="hr-HR"/>
              </w:rPr>
              <w:t xml:space="preserve"> </w:t>
            </w:r>
            <w:r w:rsidRPr="6D8F5A47" w:rsidR="7A78AC3F">
              <w:rPr>
                <w:noProof w:val="0"/>
                <w:lang w:val="hr-HR"/>
              </w:rPr>
              <w:t>prvoga</w:t>
            </w:r>
            <w:r w:rsidRPr="6D8F5A47" w:rsidR="7A78AC3F">
              <w:rPr>
                <w:noProof w:val="0"/>
                <w:lang w:val="hr-HR"/>
              </w:rPr>
              <w:t xml:space="preserve"> </w:t>
            </w:r>
            <w:r w:rsidRPr="6D8F5A47" w:rsidR="7A78AC3F">
              <w:rPr>
                <w:noProof w:val="0"/>
                <w:lang w:val="hr-HR"/>
              </w:rPr>
              <w:t>polugodišta</w:t>
            </w:r>
          </w:p>
          <w:p w:rsidR="00231DCA" w:rsidP="6D8F5A47" w:rsidRDefault="00231DCA" w14:paraId="0FB78278" w14:textId="29AF2B35">
            <w:pPr>
              <w:rPr>
                <w:noProof w:val="0"/>
                <w:lang w:val="hr-HR"/>
              </w:rPr>
            </w:pPr>
            <w:r w:rsidRPr="6D8F5A47" w:rsidR="7A78AC3F">
              <w:rPr>
                <w:noProof w:val="0"/>
                <w:lang w:val="hr-HR"/>
              </w:rPr>
              <w:t>2. Roditeljska uloga</w:t>
            </w:r>
          </w:p>
        </w:tc>
        <w:tc>
          <w:tcPr>
            <w:tcW w:w="3928" w:type="dxa"/>
            <w:tcMar/>
          </w:tcPr>
          <w:p w:rsidR="00231DCA" w:rsidP="6D8F5A47" w:rsidRDefault="00231DCA" w14:paraId="2FEC077F" w14:textId="622B7024">
            <w:pPr>
              <w:rPr>
                <w:noProof w:val="0"/>
                <w:lang w:val="hr-HR"/>
              </w:rPr>
            </w:pPr>
            <w:r w:rsidRPr="6D8F5A47" w:rsidR="0AB197FC">
              <w:rPr>
                <w:noProof w:val="0"/>
                <w:lang w:val="hr-HR"/>
              </w:rPr>
              <w:t>svibanj 2027.</w:t>
            </w:r>
          </w:p>
          <w:p w:rsidR="00231DCA" w:rsidP="6D8F5A47" w:rsidRDefault="00231DCA" w14:paraId="3E1192AA" w14:textId="0B7881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noProof w:val="0"/>
                <w:lang w:val="hr-HR"/>
              </w:rPr>
            </w:pPr>
            <w:r w:rsidRPr="6D8F5A47" w:rsidR="46967FC9">
              <w:rPr>
                <w:noProof w:val="0"/>
                <w:lang w:val="hr-HR"/>
              </w:rPr>
              <w:t xml:space="preserve">1.Analiza </w:t>
            </w:r>
            <w:r w:rsidRPr="6D8F5A47" w:rsidR="46967FC9">
              <w:rPr>
                <w:noProof w:val="0"/>
                <w:lang w:val="hr-HR"/>
              </w:rPr>
              <w:t>uspjeha</w:t>
            </w:r>
            <w:r w:rsidRPr="6D8F5A47" w:rsidR="46967FC9">
              <w:rPr>
                <w:noProof w:val="0"/>
                <w:lang w:val="hr-HR"/>
              </w:rPr>
              <w:t xml:space="preserve"> </w:t>
            </w:r>
            <w:r w:rsidRPr="6D8F5A47" w:rsidR="26F6B62C">
              <w:rPr>
                <w:noProof w:val="0"/>
                <w:lang w:val="hr-HR"/>
              </w:rPr>
              <w:t xml:space="preserve">i vladanja </w:t>
            </w:r>
            <w:r w:rsidRPr="6D8F5A47" w:rsidR="46967FC9">
              <w:rPr>
                <w:noProof w:val="0"/>
                <w:lang w:val="hr-HR"/>
              </w:rPr>
              <w:t>na</w:t>
            </w:r>
            <w:r w:rsidRPr="6D8F5A47" w:rsidR="46967FC9">
              <w:rPr>
                <w:noProof w:val="0"/>
                <w:lang w:val="hr-HR"/>
              </w:rPr>
              <w:t xml:space="preserve"> </w:t>
            </w:r>
            <w:r w:rsidRPr="6D8F5A47" w:rsidR="46967FC9">
              <w:rPr>
                <w:noProof w:val="0"/>
                <w:lang w:val="hr-HR"/>
              </w:rPr>
              <w:t>kraju</w:t>
            </w:r>
            <w:r w:rsidRPr="6D8F5A47" w:rsidR="46967FC9">
              <w:rPr>
                <w:noProof w:val="0"/>
                <w:lang w:val="hr-HR"/>
              </w:rPr>
              <w:t xml:space="preserve"> </w:t>
            </w:r>
            <w:r w:rsidRPr="6D8F5A47" w:rsidR="46967FC9">
              <w:rPr>
                <w:noProof w:val="0"/>
                <w:lang w:val="hr-HR"/>
              </w:rPr>
              <w:t>nastavne</w:t>
            </w:r>
            <w:r w:rsidRPr="6D8F5A47" w:rsidR="46967FC9">
              <w:rPr>
                <w:noProof w:val="0"/>
                <w:lang w:val="hr-HR"/>
              </w:rPr>
              <w:t xml:space="preserve"> </w:t>
            </w:r>
            <w:r w:rsidRPr="6D8F5A47" w:rsidR="46967FC9">
              <w:rPr>
                <w:noProof w:val="0"/>
                <w:lang w:val="hr-HR"/>
              </w:rPr>
              <w:t>godine</w:t>
            </w:r>
            <w:r w:rsidRPr="6D8F5A47" w:rsidR="46967FC9">
              <w:rPr>
                <w:noProof w:val="0"/>
                <w:lang w:val="hr-HR"/>
              </w:rPr>
              <w:t xml:space="preserve"> </w:t>
            </w:r>
          </w:p>
          <w:p w:rsidR="00231DCA" w:rsidP="6D8F5A47" w:rsidRDefault="00231DCA" w14:paraId="44E34645" w14:textId="65B5BA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noProof w:val="0"/>
                <w:lang w:val="hr-HR"/>
              </w:rPr>
            </w:pPr>
            <w:r w:rsidRPr="6D8F5A47" w:rsidR="211CFB73">
              <w:rPr>
                <w:noProof w:val="0"/>
                <w:lang w:val="hr-HR"/>
              </w:rPr>
              <w:t>2. Agresivna ponašanja</w:t>
            </w:r>
          </w:p>
          <w:p w:rsidR="00231DCA" w:rsidP="6D8F5A47" w:rsidRDefault="00231DCA" w14:paraId="1FC39945" w14:textId="3860E331">
            <w:pPr>
              <w:rPr>
                <w:noProof w:val="0"/>
                <w:lang w:val="hr-HR"/>
              </w:rPr>
            </w:pPr>
          </w:p>
        </w:tc>
      </w:tr>
      <w:tr w:rsidR="00231DCA" w:rsidTr="2133111D" w14:paraId="26D7ED52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708E8330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6.d</w:t>
            </w:r>
          </w:p>
        </w:tc>
        <w:tc>
          <w:tcPr>
            <w:tcW w:w="1492" w:type="dxa"/>
            <w:tcMar/>
          </w:tcPr>
          <w:p w:rsidR="00231DCA" w:rsidP="6D8F5A47" w:rsidRDefault="007A783E" w14:paraId="0B8D34E8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Ante Malekin</w:t>
            </w:r>
          </w:p>
        </w:tc>
        <w:tc>
          <w:tcPr>
            <w:tcW w:w="1334" w:type="dxa"/>
            <w:tcMar/>
          </w:tcPr>
          <w:p w:rsidR="00231DCA" w:rsidP="6D8F5A47" w:rsidRDefault="007A783E" w14:paraId="7A5948B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Povijest i geografija</w:t>
            </w:r>
          </w:p>
        </w:tc>
        <w:tc>
          <w:tcPr>
            <w:tcW w:w="2985" w:type="dxa"/>
            <w:tcMar/>
          </w:tcPr>
          <w:p w:rsidR="00231DCA" w:rsidP="6D8F5A47" w:rsidRDefault="00231DCA" w14:paraId="34CE0A41" w14:textId="77777777">
            <w:pPr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00231DCA" w:rsidP="6D8F5A47" w:rsidRDefault="00231DCA" w14:paraId="62EBF3C5" w14:textId="77777777">
            <w:pPr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00231DCA" w:rsidP="6D8F5A47" w:rsidRDefault="00231DCA" w14:paraId="6D98A12B" w14:textId="77777777">
            <w:pPr>
              <w:rPr>
                <w:noProof w:val="0"/>
                <w:lang w:val="hr-HR"/>
              </w:rPr>
            </w:pPr>
          </w:p>
        </w:tc>
      </w:tr>
      <w:tr w:rsidR="00231DCA" w:rsidTr="2133111D" w14:paraId="691268F1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65ADEBE0" w14:textId="3B3D8D65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7.</w:t>
            </w:r>
            <w:r w:rsidRPr="6D8F5A47" w:rsidR="52A3BBA0">
              <w:rPr>
                <w:noProof w:val="0"/>
                <w:lang w:val="hr-HR"/>
              </w:rPr>
              <w:t xml:space="preserve"> </w:t>
            </w:r>
            <w:r w:rsidRPr="6D8F5A47" w:rsidR="059075B5">
              <w:rPr>
                <w:noProof w:val="0"/>
                <w:lang w:val="hr-HR"/>
              </w:rPr>
              <w:t>a</w:t>
            </w:r>
          </w:p>
        </w:tc>
        <w:tc>
          <w:tcPr>
            <w:tcW w:w="1492" w:type="dxa"/>
            <w:tcMar/>
          </w:tcPr>
          <w:p w:rsidR="00231DCA" w:rsidP="6D8F5A47" w:rsidRDefault="007A783E" w14:paraId="49B18FDA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Žaklina Hasnaš</w:t>
            </w:r>
          </w:p>
        </w:tc>
        <w:tc>
          <w:tcPr>
            <w:tcW w:w="1334" w:type="dxa"/>
            <w:tcMar/>
          </w:tcPr>
          <w:p w:rsidR="00231DCA" w:rsidP="6D8F5A47" w:rsidRDefault="007A783E" w14:paraId="61BC9A7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Hrvatski jezik</w:t>
            </w:r>
          </w:p>
        </w:tc>
        <w:tc>
          <w:tcPr>
            <w:tcW w:w="2985" w:type="dxa"/>
            <w:tcMar/>
          </w:tcPr>
          <w:p w:rsidR="00231DCA" w:rsidP="29CAB0E0" w:rsidRDefault="00231DCA" w14:paraId="2D5E422C" w14:textId="521D55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</w:pPr>
            <w:r w:rsidRPr="29CAB0E0" w:rsidR="5AAC0029">
              <w:rPr>
                <w:noProof w:val="0"/>
                <w:lang w:val="hr-HR"/>
              </w:rPr>
              <w:t xml:space="preserve">11. </w:t>
            </w:r>
            <w:r w:rsidRPr="29CAB0E0" w:rsidR="20097842">
              <w:rPr>
                <w:noProof w:val="0"/>
                <w:lang w:val="hr-HR"/>
              </w:rPr>
              <w:t>rujna</w:t>
            </w:r>
            <w:r w:rsidRPr="29CAB0E0" w:rsidR="5AAC0029">
              <w:rPr>
                <w:noProof w:val="0"/>
                <w:lang w:val="hr-HR"/>
              </w:rPr>
              <w:t xml:space="preserve"> 2026. </w:t>
            </w:r>
          </w:p>
          <w:p w:rsidR="00231DCA" w:rsidP="6D8F5A47" w:rsidRDefault="00231DCA" w14:paraId="29B73C15" w14:textId="18F5B7F3">
            <w:pPr>
              <w:pStyle w:val="Normal"/>
              <w:rPr>
                <w:noProof w:val="0"/>
                <w:lang w:val="hr-HR"/>
              </w:rPr>
            </w:pPr>
            <w:r w:rsidRPr="6D8F5A47" w:rsidR="191FF7A1">
              <w:rPr>
                <w:noProof w:val="0"/>
                <w:lang w:val="hr-HR"/>
              </w:rPr>
              <w:t xml:space="preserve">1. dio </w:t>
            </w:r>
            <w:r w:rsidRPr="6D8F5A47" w:rsidR="191FF7A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–</w:t>
            </w:r>
            <w:r w:rsidRPr="6D8F5A47" w:rsidR="191FF7A1">
              <w:rPr>
                <w:noProof w:val="0"/>
                <w:lang w:val="hr-HR"/>
              </w:rPr>
              <w:t xml:space="preserve"> zajednički roditeljski sastanak s roditeljima učenika 7. razreda</w:t>
            </w:r>
            <w:r w:rsidRPr="6D8F5A47" w:rsidR="38D2206D">
              <w:rPr>
                <w:noProof w:val="0"/>
                <w:lang w:val="hr-HR"/>
              </w:rPr>
              <w:t xml:space="preserve"> - maturalno putovanje</w:t>
            </w:r>
          </w:p>
          <w:p w:rsidR="00231DCA" w:rsidP="6D8F5A47" w:rsidRDefault="00231DCA" w14:paraId="5997CC1D" w14:textId="69427B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</w:pPr>
            <w:r w:rsidRPr="6D8F5A47" w:rsidR="191FF7A1">
              <w:rPr>
                <w:noProof w:val="0"/>
                <w:lang w:val="hr-HR"/>
              </w:rPr>
              <w:t xml:space="preserve">2. dio </w:t>
            </w:r>
            <w:r w:rsidRPr="6D8F5A47" w:rsidR="191FF7A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– </w:t>
            </w:r>
            <w:r w:rsidRPr="6D8F5A47" w:rsidR="7D05CAA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Organizacija rada u 2026./2027. šk. </w:t>
            </w:r>
            <w:r w:rsidRPr="6D8F5A47" w:rsidR="6797FBC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g</w:t>
            </w:r>
            <w:r w:rsidRPr="6D8F5A47" w:rsidR="7D05CAA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od. </w:t>
            </w:r>
            <w:r w:rsidRPr="6D8F5A47" w:rsidR="42F9E29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t</w:t>
            </w:r>
            <w:r w:rsidRPr="6D8F5A47" w:rsidR="7D05CAA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e upoznavanje </w:t>
            </w:r>
            <w:r w:rsidRPr="6D8F5A47" w:rsidR="41CB613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s </w:t>
            </w:r>
            <w:r w:rsidRPr="6D8F5A47" w:rsidR="258DF2A0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odredbama pravilnika i</w:t>
            </w:r>
            <w:r w:rsidRPr="6D8F5A47" w:rsidR="6F533AE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 </w:t>
            </w:r>
            <w:r w:rsidRPr="6D8F5A47" w:rsidR="258DF2A0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zakona</w:t>
            </w:r>
            <w:r w:rsidRPr="6D8F5A47" w:rsidR="066E78F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 (razrednica s</w:t>
            </w:r>
            <w:r w:rsidRPr="6D8F5A47" w:rsidR="7BF2341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 xml:space="preserve"> </w:t>
            </w:r>
            <w:r w:rsidRPr="6D8F5A47" w:rsidR="066E78F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roditeljima 7. a)</w:t>
            </w:r>
          </w:p>
        </w:tc>
        <w:tc>
          <w:tcPr>
            <w:tcW w:w="2190" w:type="dxa"/>
            <w:tcMar/>
          </w:tcPr>
          <w:p w:rsidR="00231DCA" w:rsidP="6D8F5A47" w:rsidRDefault="00231DCA" w14:paraId="4732E128" w14:textId="391858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D8F5A47" w:rsidR="15007EFC">
              <w:rPr>
                <w:noProof w:val="0"/>
                <w:lang w:val="hr-HR"/>
              </w:rPr>
              <w:t>v</w:t>
            </w:r>
            <w:r w:rsidRPr="6D8F5A47" w:rsidR="5955C547">
              <w:rPr>
                <w:noProof w:val="0"/>
                <w:lang w:val="hr-HR"/>
              </w:rPr>
              <w:t>eljača</w:t>
            </w:r>
            <w:r w:rsidRPr="6D8F5A47" w:rsidR="26D63D0F">
              <w:rPr>
                <w:noProof w:val="0"/>
                <w:lang w:val="hr-HR"/>
              </w:rPr>
              <w:t xml:space="preserve"> 2027. </w:t>
            </w:r>
          </w:p>
          <w:p w:rsidR="00231DCA" w:rsidP="6D8F5A47" w:rsidRDefault="00231DCA" w14:paraId="0C55C1EA" w14:textId="1F7822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D8F5A47" w:rsidR="5955C547">
              <w:rPr>
                <w:noProof w:val="0"/>
                <w:lang w:val="hr-HR"/>
              </w:rPr>
              <w:t>Uspjeh učenika u</w:t>
            </w:r>
            <w:r w:rsidRPr="6D8F5A47" w:rsidR="0CCD8489">
              <w:rPr>
                <w:noProof w:val="0"/>
                <w:lang w:val="hr-HR"/>
              </w:rPr>
              <w:t xml:space="preserve"> učenju i vladanju tijekom</w:t>
            </w:r>
            <w:r w:rsidRPr="6D8F5A47" w:rsidR="5955C547">
              <w:rPr>
                <w:noProof w:val="0"/>
                <w:lang w:val="hr-HR"/>
              </w:rPr>
              <w:t xml:space="preserve"> prvo</w:t>
            </w:r>
            <w:r w:rsidRPr="6D8F5A47" w:rsidR="0490E5A2">
              <w:rPr>
                <w:noProof w:val="0"/>
                <w:lang w:val="hr-HR"/>
              </w:rPr>
              <w:t>ga</w:t>
            </w:r>
            <w:r w:rsidRPr="6D8F5A47" w:rsidR="5955C547">
              <w:rPr>
                <w:noProof w:val="0"/>
                <w:lang w:val="hr-HR"/>
              </w:rPr>
              <w:t xml:space="preserve"> odgojno-obrazovno</w:t>
            </w:r>
            <w:r w:rsidRPr="6D8F5A47" w:rsidR="1256D86A">
              <w:rPr>
                <w:noProof w:val="0"/>
                <w:lang w:val="hr-HR"/>
              </w:rPr>
              <w:t>ga</w:t>
            </w:r>
            <w:r w:rsidRPr="6D8F5A47" w:rsidR="5955C547">
              <w:rPr>
                <w:noProof w:val="0"/>
                <w:lang w:val="hr-HR"/>
              </w:rPr>
              <w:t xml:space="preserve"> razdoblj</w:t>
            </w:r>
            <w:r w:rsidRPr="6D8F5A47" w:rsidR="702ABBBE">
              <w:rPr>
                <w:noProof w:val="0"/>
                <w:lang w:val="hr-HR"/>
              </w:rPr>
              <w:t>a</w:t>
            </w:r>
          </w:p>
          <w:p w:rsidR="00231DCA" w:rsidP="6D8F5A47" w:rsidRDefault="00231DCA" w14:paraId="110FFD37" w14:textId="68CE6A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33111D" w:rsidR="2DBC100A">
              <w:rPr>
                <w:noProof w:val="0"/>
                <w:lang w:val="hr-HR"/>
              </w:rPr>
              <w:t>Zaštita osobnih podataka na internetu</w:t>
            </w:r>
            <w:r w:rsidRPr="2133111D" w:rsidR="2E344C9C">
              <w:rPr>
                <w:noProof w:val="0"/>
                <w:lang w:val="hr-HR"/>
              </w:rPr>
              <w:t xml:space="preserve"> – predavanje razrednice</w:t>
            </w:r>
          </w:p>
        </w:tc>
        <w:tc>
          <w:tcPr>
            <w:tcW w:w="3928" w:type="dxa"/>
            <w:tcMar/>
          </w:tcPr>
          <w:p w:rsidR="00231DCA" w:rsidP="6D8F5A47" w:rsidRDefault="00231DCA" w14:paraId="69B8AC15" w14:textId="264AF459">
            <w:pPr>
              <w:pStyle w:val="Normal"/>
            </w:pPr>
            <w:r w:rsidRPr="6D8F5A47" w:rsidR="1030E457">
              <w:rPr>
                <w:noProof w:val="0"/>
                <w:lang w:val="hr-HR"/>
              </w:rPr>
              <w:t xml:space="preserve">svibanj 2027. </w:t>
            </w:r>
          </w:p>
          <w:p w:rsidR="00231DCA" w:rsidP="6D8F5A47" w:rsidRDefault="00231DCA" w14:paraId="118A6C0D" w14:textId="7613D5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D8F5A47" w:rsidR="403AC659">
              <w:rPr>
                <w:noProof w:val="0"/>
                <w:lang w:val="hr-HR"/>
              </w:rPr>
              <w:t>Uspjeh učenika u</w:t>
            </w:r>
            <w:r w:rsidRPr="6D8F5A47" w:rsidR="0734CFA3">
              <w:rPr>
                <w:noProof w:val="0"/>
                <w:lang w:val="hr-HR"/>
              </w:rPr>
              <w:t xml:space="preserve"> učenju i vladanju tijekom</w:t>
            </w:r>
            <w:r w:rsidRPr="6D8F5A47" w:rsidR="403AC659">
              <w:rPr>
                <w:noProof w:val="0"/>
                <w:lang w:val="hr-HR"/>
              </w:rPr>
              <w:t xml:space="preserve"> </w:t>
            </w:r>
            <w:r w:rsidRPr="6D8F5A47" w:rsidR="2F2D3164">
              <w:rPr>
                <w:noProof w:val="0"/>
                <w:lang w:val="hr-HR"/>
              </w:rPr>
              <w:t xml:space="preserve">drugoga </w:t>
            </w:r>
            <w:r w:rsidRPr="6D8F5A47" w:rsidR="403AC659">
              <w:rPr>
                <w:noProof w:val="0"/>
                <w:lang w:val="hr-HR"/>
              </w:rPr>
              <w:t>odgojno-obrazovno</w:t>
            </w:r>
            <w:r w:rsidRPr="6D8F5A47" w:rsidR="4C32759A">
              <w:rPr>
                <w:noProof w:val="0"/>
                <w:lang w:val="hr-HR"/>
              </w:rPr>
              <w:t xml:space="preserve">ga </w:t>
            </w:r>
            <w:r w:rsidRPr="6D8F5A47" w:rsidR="403AC659">
              <w:rPr>
                <w:noProof w:val="0"/>
                <w:lang w:val="hr-HR"/>
              </w:rPr>
              <w:t>razdoblj</w:t>
            </w:r>
            <w:r w:rsidRPr="6D8F5A47" w:rsidR="064778B9">
              <w:rPr>
                <w:noProof w:val="0"/>
                <w:lang w:val="hr-HR"/>
              </w:rPr>
              <w:t>a</w:t>
            </w:r>
          </w:p>
          <w:p w:rsidR="00231DCA" w:rsidP="6D8F5A47" w:rsidRDefault="00231DCA" w14:paraId="26CF8D07" w14:textId="2FB74F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D8F5A47" w:rsidR="403AC659">
              <w:rPr>
                <w:noProof w:val="0"/>
                <w:lang w:val="hr-HR"/>
              </w:rPr>
              <w:t xml:space="preserve"> </w:t>
            </w:r>
          </w:p>
          <w:p w:rsidR="00231DCA" w:rsidP="6D8F5A47" w:rsidRDefault="00231DCA" w14:paraId="6B699379" w14:textId="13CAF312">
            <w:pPr>
              <w:rPr>
                <w:noProof w:val="0"/>
                <w:lang w:val="hr-HR"/>
              </w:rPr>
            </w:pPr>
          </w:p>
        </w:tc>
      </w:tr>
      <w:tr w:rsidR="00231DCA" w:rsidTr="2133111D" w14:paraId="4085A60D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63F38D61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7.b</w:t>
            </w:r>
          </w:p>
        </w:tc>
        <w:tc>
          <w:tcPr>
            <w:tcW w:w="1492" w:type="dxa"/>
            <w:tcMar/>
          </w:tcPr>
          <w:p w:rsidR="00231DCA" w:rsidP="6D8F5A47" w:rsidRDefault="007A783E" w14:paraId="149E805C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Ana Pengov</w:t>
            </w:r>
          </w:p>
        </w:tc>
        <w:tc>
          <w:tcPr>
            <w:tcW w:w="1334" w:type="dxa"/>
            <w:tcMar/>
          </w:tcPr>
          <w:p w:rsidR="00231DCA" w:rsidP="6D8F5A47" w:rsidRDefault="007A783E" w14:paraId="7900AEB6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Matematika</w:t>
            </w:r>
          </w:p>
        </w:tc>
        <w:tc>
          <w:tcPr>
            <w:tcW w:w="2985" w:type="dxa"/>
            <w:tcMar/>
          </w:tcPr>
          <w:p w:rsidR="00231DCA" w:rsidP="6D8F5A47" w:rsidRDefault="00231DCA" w14:paraId="4789016A" w14:textId="019293F4">
            <w:pPr/>
            <w:r w:rsidRPr="20621576" w:rsidR="4B1C8238">
              <w:rPr>
                <w:noProof w:val="0"/>
                <w:sz w:val="20"/>
                <w:szCs w:val="20"/>
                <w:u w:val="single"/>
                <w:lang w:val="hr-HR"/>
              </w:rPr>
              <w:t>11. rujna 2026.</w:t>
            </w:r>
          </w:p>
          <w:p w:rsidR="00231DCA" w:rsidP="20621576" w:rsidRDefault="00231DCA" w14:paraId="22AA3F69" w14:textId="2DA661CD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</w:p>
          <w:p w:rsidR="00231DCA" w:rsidP="20621576" w:rsidRDefault="00231DCA" w14:paraId="3080E492" w14:textId="53B2D787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  <w:r w:rsidRPr="20621576" w:rsidR="4B1C8238">
              <w:rPr>
                <w:noProof w:val="0"/>
                <w:sz w:val="20"/>
                <w:szCs w:val="20"/>
                <w:u w:val="none"/>
                <w:lang w:val="hr-HR"/>
              </w:rPr>
              <w:t>DNEVNI RED:</w:t>
            </w:r>
          </w:p>
          <w:p w:rsidR="00231DCA" w:rsidP="20621576" w:rsidRDefault="00231DCA" w14:paraId="1C01EEF7" w14:textId="2BE5B8BD">
            <w:pPr>
              <w:spacing w:before="0" w:beforeAutospacing="off" w:after="0" w:afterAutospacing="off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1.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dio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: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zajednički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roditeljski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sastanak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s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roditeljima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učenika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7.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razreda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(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matural</w:t>
            </w:r>
            <w:r w:rsidRPr="20621576" w:rsidR="65B56A9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no</w:t>
            </w:r>
            <w:r w:rsidRPr="20621576" w:rsidR="65B56A9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putovanje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),.</w:t>
            </w:r>
          </w:p>
          <w:p w:rsidR="00231DCA" w:rsidP="20621576" w:rsidRDefault="00231DCA" w14:paraId="1F72F646" w14:textId="6F1F7FC6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</w:pP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2. dio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: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razrednica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roditelji 7. </w:t>
            </w:r>
            <w:r w:rsidRPr="20621576" w:rsidR="025B18CE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b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–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organizacija rada u 2026./2027., upoznavanje s odredbama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zakona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pravilnika</w:t>
            </w:r>
          </w:p>
        </w:tc>
        <w:tc>
          <w:tcPr>
            <w:tcW w:w="2190" w:type="dxa"/>
            <w:tcMar/>
          </w:tcPr>
          <w:p w:rsidR="00231DCA" w:rsidP="6D8F5A47" w:rsidRDefault="00231DCA" w14:paraId="02F380C6" w14:textId="42148FE3">
            <w:pPr/>
            <w:r w:rsidRPr="20621576" w:rsidR="4B1C8238">
              <w:rPr>
                <w:noProof w:val="0"/>
                <w:sz w:val="20"/>
                <w:szCs w:val="20"/>
                <w:u w:val="single"/>
                <w:lang w:val="hr-HR"/>
              </w:rPr>
              <w:t>siječanj /veljača 2027.</w:t>
            </w:r>
          </w:p>
          <w:p w:rsidR="00231DCA" w:rsidP="20621576" w:rsidRDefault="00231DCA" w14:paraId="7E7B04AF" w14:textId="2D4CE283">
            <w:pPr>
              <w:rPr>
                <w:noProof w:val="0"/>
                <w:sz w:val="20"/>
                <w:szCs w:val="20"/>
                <w:u w:val="single"/>
                <w:lang w:val="hr-HR"/>
              </w:rPr>
            </w:pPr>
          </w:p>
          <w:p w:rsidR="00231DCA" w:rsidP="20621576" w:rsidRDefault="00231DCA" w14:paraId="27B67F38" w14:textId="2DA661CD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</w:p>
          <w:p w:rsidR="00231DCA" w:rsidP="20621576" w:rsidRDefault="00231DCA" w14:paraId="38D2A5E8" w14:textId="3789DB9A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  <w:r w:rsidRPr="20621576" w:rsidR="0B528D0E">
              <w:rPr>
                <w:noProof w:val="0"/>
                <w:sz w:val="20"/>
                <w:szCs w:val="20"/>
                <w:u w:val="none"/>
                <w:lang w:val="hr-HR"/>
              </w:rPr>
              <w:t>DNEVNI RED:</w:t>
            </w:r>
          </w:p>
          <w:p w:rsidR="00231DCA" w:rsidP="20621576" w:rsidRDefault="00231DCA" w14:paraId="6498BF11" w14:textId="34F09D06">
            <w:pPr>
              <w:pStyle w:val="Normal"/>
            </w:pPr>
            <w:r w:rsidRPr="20621576" w:rsidR="0B528D0E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1.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Uspjeh učenika u prvom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obrazovnom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razdoblju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;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</w:p>
          <w:p w:rsidR="00231DCA" w:rsidP="20621576" w:rsidRDefault="00231DCA" w14:paraId="0D1E0601" w14:textId="25594E06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0621576" w:rsidR="56675E7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2.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Moja ponašanja u ulozi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roditelja (Abeceda prevencije)</w:t>
            </w:r>
          </w:p>
          <w:p w:rsidR="00231DCA" w:rsidP="20621576" w:rsidRDefault="00231DCA" w14:paraId="1182200B" w14:textId="6DE5E9DF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</w:p>
          <w:p w:rsidR="00231DCA" w:rsidP="6D8F5A47" w:rsidRDefault="00231DCA" w14:paraId="08CE6F91" w14:textId="022B5494">
            <w:pPr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00231DCA" w:rsidP="6D8F5A47" w:rsidRDefault="00231DCA" w14:paraId="039510FC" w14:textId="54219B45">
            <w:pPr/>
            <w:r w:rsidRPr="20621576" w:rsidR="4B1C8238">
              <w:rPr>
                <w:noProof w:val="0"/>
                <w:sz w:val="20"/>
                <w:szCs w:val="20"/>
                <w:u w:val="single"/>
                <w:lang w:val="hr-HR"/>
              </w:rPr>
              <w:t>svibanj 2027.</w:t>
            </w:r>
          </w:p>
          <w:p w:rsidR="00231DCA" w:rsidP="20621576" w:rsidRDefault="00231DCA" w14:paraId="4AA83DC1" w14:textId="616C5238">
            <w:pPr>
              <w:rPr>
                <w:noProof w:val="0"/>
                <w:sz w:val="20"/>
                <w:szCs w:val="20"/>
                <w:u w:val="single"/>
                <w:lang w:val="hr-HR"/>
              </w:rPr>
            </w:pPr>
          </w:p>
          <w:p w:rsidR="00231DCA" w:rsidP="20621576" w:rsidRDefault="00231DCA" w14:paraId="648EF65D" w14:textId="2DA661CD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</w:p>
          <w:p w:rsidR="00231DCA" w:rsidP="20621576" w:rsidRDefault="00231DCA" w14:paraId="4C8D9E2C" w14:textId="736A447D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  <w:r w:rsidRPr="20621576" w:rsidR="708F86B2">
              <w:rPr>
                <w:noProof w:val="0"/>
                <w:sz w:val="20"/>
                <w:szCs w:val="20"/>
                <w:u w:val="none"/>
                <w:lang w:val="hr-HR"/>
              </w:rPr>
              <w:t>DNEVNI RED:</w:t>
            </w:r>
          </w:p>
          <w:p w:rsidR="00231DCA" w:rsidP="20621576" w:rsidRDefault="00231DCA" w14:paraId="427C774E" w14:textId="56D6465D">
            <w:pPr>
              <w:pStyle w:val="Normal"/>
              <w:spacing w:before="0" w:beforeAutospacing="off" w:after="0" w:afterAutospacing="off"/>
            </w:pPr>
            <w:r w:rsidRPr="20621576" w:rsidR="708F86B2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1.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Uspjeh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učenika pred kraj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nastavne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godine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; </w:t>
            </w:r>
          </w:p>
          <w:p w:rsidR="00231DCA" w:rsidP="20621576" w:rsidRDefault="00231DCA" w14:paraId="3CC7EC0F" w14:textId="714B28C1">
            <w:pPr>
              <w:pStyle w:val="Normal"/>
              <w:spacing w:before="0" w:beforeAutospacing="off" w:after="0" w:afterAutospacing="off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0621576" w:rsidR="4E7C14DE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2.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Izazovi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adolescencije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(</w:t>
            </w:r>
            <w:r w:rsidRPr="20621576" w:rsidR="4B1C823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Abeceda prevencije)</w:t>
            </w:r>
          </w:p>
          <w:p w:rsidR="00231DCA" w:rsidP="6D8F5A47" w:rsidRDefault="00231DCA" w14:paraId="61CDCEAD" w14:textId="617152FC">
            <w:pPr>
              <w:rPr>
                <w:noProof w:val="0"/>
                <w:lang w:val="hr-HR"/>
              </w:rPr>
            </w:pPr>
          </w:p>
        </w:tc>
      </w:tr>
      <w:tr w:rsidR="00231DCA" w:rsidTr="2133111D" w14:paraId="63015E08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3B24E66C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7.c</w:t>
            </w:r>
          </w:p>
        </w:tc>
        <w:tc>
          <w:tcPr>
            <w:tcW w:w="1492" w:type="dxa"/>
            <w:tcMar/>
          </w:tcPr>
          <w:p w:rsidR="00231DCA" w:rsidP="6D8F5A47" w:rsidRDefault="007A783E" w14:paraId="56BCD77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Antun Rotar</w:t>
            </w:r>
          </w:p>
        </w:tc>
        <w:tc>
          <w:tcPr>
            <w:tcW w:w="1334" w:type="dxa"/>
            <w:tcMar/>
          </w:tcPr>
          <w:p w:rsidR="00231DCA" w:rsidP="6D8F5A47" w:rsidRDefault="007A783E" w14:paraId="38AFAF00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Katolički vjeronauk</w:t>
            </w:r>
          </w:p>
        </w:tc>
        <w:tc>
          <w:tcPr>
            <w:tcW w:w="2985" w:type="dxa"/>
            <w:tcMar/>
          </w:tcPr>
          <w:p w:rsidR="00231DCA" w:rsidP="294F9824" w:rsidRDefault="00231DCA" w14:paraId="0699DB9C" w14:textId="019293F4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  <w:r w:rsidRPr="294F9824" w:rsidR="7D8F835B">
              <w:rPr>
                <w:noProof w:val="0"/>
                <w:sz w:val="20"/>
                <w:szCs w:val="20"/>
                <w:u w:val="none"/>
                <w:lang w:val="hr-HR"/>
              </w:rPr>
              <w:t>11. rujna 2026.</w:t>
            </w:r>
          </w:p>
          <w:p w:rsidR="00231DCA" w:rsidP="294F9824" w:rsidRDefault="00231DCA" w14:paraId="6C208FC4" w14:textId="3B924C16">
            <w:pPr>
              <w:spacing w:before="0" w:beforeAutospacing="off" w:after="0" w:afterAutospacing="off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1.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dio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: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zajednički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roditeljski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sastanak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s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roditeljima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učenika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7.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razreda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(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maturala</w:t>
            </w:r>
            <w:r w:rsidRPr="294F9824" w:rsidR="7DF5D294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no putovanje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),.</w:t>
            </w:r>
          </w:p>
          <w:p w:rsidR="00231DCA" w:rsidP="294F9824" w:rsidRDefault="00231DCA" w14:paraId="23DE523C" w14:textId="641AE81D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</w:pP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2. dio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: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razrednik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roditelji 7. c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–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organizacija rada u 2026./2027., upoznavanje s odredbama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zakona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7D8F835B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pravilnika</w:t>
            </w:r>
          </w:p>
        </w:tc>
        <w:tc>
          <w:tcPr>
            <w:tcW w:w="2190" w:type="dxa"/>
            <w:tcMar/>
          </w:tcPr>
          <w:p w:rsidR="00231DCA" w:rsidP="294F9824" w:rsidRDefault="00231DCA" w14:paraId="0F9D8C6B" w14:textId="3B491FBB">
            <w:pPr>
              <w:rPr>
                <w:noProof w:val="0"/>
                <w:sz w:val="20"/>
                <w:szCs w:val="20"/>
                <w:u w:val="none"/>
                <w:lang w:val="hr-HR"/>
              </w:rPr>
            </w:pPr>
            <w:r w:rsidRPr="294F9824" w:rsidR="606C2626">
              <w:rPr>
                <w:noProof w:val="0"/>
                <w:sz w:val="20"/>
                <w:szCs w:val="20"/>
                <w:u w:val="none"/>
                <w:lang w:val="hr-HR"/>
              </w:rPr>
              <w:t>siječanj /veljača 2027.</w:t>
            </w:r>
          </w:p>
          <w:p w:rsidR="00231DCA" w:rsidP="294F9824" w:rsidRDefault="00231DCA" w14:paraId="73C02BBC" w14:textId="40B80B76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Uspjeh učenika u prvom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obrazovnom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razdoblju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;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Moja ponašanja u ulozi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294F9824" w:rsidR="606C26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roditelja (Abeceda prevencije)</w:t>
            </w:r>
          </w:p>
          <w:p w:rsidR="00231DCA" w:rsidP="6D8F5A47" w:rsidRDefault="00231DCA" w14:paraId="52E56223" w14:textId="15BA110A">
            <w:pPr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00231DCA" w:rsidP="294F9824" w:rsidRDefault="00231DCA" w14:paraId="6A9617E6" w14:textId="264AF459">
            <w:pPr>
              <w:pStyle w:val="Normal"/>
            </w:pPr>
            <w:r w:rsidRPr="294F9824" w:rsidR="79D894B5">
              <w:rPr>
                <w:noProof w:val="0"/>
                <w:lang w:val="hr-HR"/>
              </w:rPr>
              <w:t xml:space="preserve">svibanj 2027. </w:t>
            </w:r>
          </w:p>
          <w:p w:rsidR="00231DCA" w:rsidP="294F9824" w:rsidRDefault="00231DCA" w14:paraId="4B4A26EA" w14:textId="7613D5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94F9824" w:rsidR="79D894B5">
              <w:rPr>
                <w:noProof w:val="0"/>
                <w:lang w:val="hr-HR"/>
              </w:rPr>
              <w:t>Uspjeh učenika u učenju i vladanju tijekom</w:t>
            </w:r>
            <w:r w:rsidRPr="294F9824" w:rsidR="79D894B5">
              <w:rPr>
                <w:noProof w:val="0"/>
                <w:lang w:val="hr-HR"/>
              </w:rPr>
              <w:t xml:space="preserve"> </w:t>
            </w:r>
            <w:r w:rsidRPr="294F9824" w:rsidR="79D894B5">
              <w:rPr>
                <w:noProof w:val="0"/>
                <w:lang w:val="hr-HR"/>
              </w:rPr>
              <w:t>drugoga odgojno-obrazovnoga razdoblja</w:t>
            </w:r>
          </w:p>
          <w:p w:rsidR="00231DCA" w:rsidP="6D8F5A47" w:rsidRDefault="00231DCA" w14:paraId="07547A01" w14:textId="73380C9F">
            <w:pPr>
              <w:rPr>
                <w:noProof w:val="0"/>
                <w:lang w:val="hr-HR"/>
              </w:rPr>
            </w:pPr>
          </w:p>
        </w:tc>
      </w:tr>
      <w:tr w:rsidR="00231DCA" w:rsidTr="2133111D" w14:paraId="78015464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038584AB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7.d</w:t>
            </w:r>
          </w:p>
        </w:tc>
        <w:tc>
          <w:tcPr>
            <w:tcW w:w="1492" w:type="dxa"/>
            <w:tcMar/>
          </w:tcPr>
          <w:p w:rsidR="00231DCA" w:rsidP="6D8F5A47" w:rsidRDefault="007A783E" w14:paraId="2D97D731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Ivana Major</w:t>
            </w:r>
          </w:p>
        </w:tc>
        <w:tc>
          <w:tcPr>
            <w:tcW w:w="1334" w:type="dxa"/>
            <w:tcMar/>
          </w:tcPr>
          <w:p w:rsidR="00231DCA" w:rsidP="6D8F5A47" w:rsidRDefault="007A783E" w14:paraId="6296C22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Hrvatski jezik</w:t>
            </w:r>
          </w:p>
        </w:tc>
        <w:tc>
          <w:tcPr>
            <w:tcW w:w="2985" w:type="dxa"/>
            <w:tcMar/>
          </w:tcPr>
          <w:p w:rsidR="00231DCA" w:rsidP="6D8F5A47" w:rsidRDefault="00231DCA" w14:paraId="13DCA123" w14:textId="019293F4">
            <w:pPr>
              <w:rPr>
                <w:noProof w:val="0"/>
                <w:sz w:val="20"/>
                <w:szCs w:val="20"/>
                <w:u w:val="single"/>
                <w:lang w:val="hr-HR"/>
              </w:rPr>
            </w:pPr>
            <w:r w:rsidRPr="6D8F5A47" w:rsidR="3415701B">
              <w:rPr>
                <w:noProof w:val="0"/>
                <w:sz w:val="20"/>
                <w:szCs w:val="20"/>
                <w:u w:val="single"/>
                <w:lang w:val="hr-HR"/>
              </w:rPr>
              <w:t>11. r</w:t>
            </w:r>
            <w:r w:rsidRPr="6D8F5A47" w:rsidR="3415701B">
              <w:rPr>
                <w:noProof w:val="0"/>
                <w:sz w:val="20"/>
                <w:szCs w:val="20"/>
                <w:u w:val="single"/>
                <w:lang w:val="hr-HR"/>
              </w:rPr>
              <w:t>ujna</w:t>
            </w:r>
            <w:r w:rsidRPr="6D8F5A47" w:rsidR="3415701B">
              <w:rPr>
                <w:noProof w:val="0"/>
                <w:sz w:val="20"/>
                <w:szCs w:val="20"/>
                <w:u w:val="single"/>
                <w:lang w:val="hr-HR"/>
              </w:rPr>
              <w:t xml:space="preserve"> 2026.</w:t>
            </w:r>
          </w:p>
          <w:p w:rsidR="00231DCA" w:rsidP="294F9824" w:rsidRDefault="00231DCA" w14:paraId="16600E69" w14:textId="4E92539F">
            <w:pPr>
              <w:spacing w:before="0" w:beforeAutospacing="off" w:after="0" w:afterAutospacing="off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1.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dio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: </w:t>
            </w:r>
            <w:r w:rsidRPr="294F9824" w:rsidR="4539A21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z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ajednički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roditeljski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sastanak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s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roditeljima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učenika</w:t>
            </w:r>
            <w:r w:rsidRPr="294F9824" w:rsidR="45969727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7.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razreda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(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maturalac</w:t>
            </w:r>
            <w:r w:rsidRPr="294F9824" w:rsidR="0DD4DAD6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)</w:t>
            </w:r>
            <w:r w:rsidRPr="294F9824" w:rsidR="0478133C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,.</w:t>
            </w:r>
          </w:p>
          <w:p w:rsidR="00231DCA" w:rsidP="6D8F5A47" w:rsidRDefault="00231DCA" w14:paraId="07459315" w14:textId="5FE22345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</w:pPr>
            <w:r w:rsidRPr="6D8F5A47" w:rsidR="130D3232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2. </w:t>
            </w:r>
            <w:r w:rsidRPr="6D8F5A47" w:rsidR="130D3232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dio</w:t>
            </w:r>
            <w:r w:rsidRPr="6D8F5A47" w:rsidR="130D3232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: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razrednica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roditelji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7. d</w:t>
            </w:r>
            <w:r w:rsidRPr="6D8F5A47" w:rsidR="0C0B62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–</w:t>
            </w:r>
            <w:r w:rsidRPr="6D8F5A47" w:rsidR="0C0B6226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rganizacija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rada u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2026./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2027.,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upoznavanje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s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odredbama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zakona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540A1AD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pravilnika</w:t>
            </w:r>
          </w:p>
        </w:tc>
        <w:tc>
          <w:tcPr>
            <w:tcW w:w="2190" w:type="dxa"/>
            <w:tcMar/>
          </w:tcPr>
          <w:p w:rsidR="00231DCA" w:rsidP="6D8F5A47" w:rsidRDefault="00231DCA" w14:paraId="5F5CE610" w14:textId="42148FE3">
            <w:pPr>
              <w:rPr>
                <w:noProof w:val="0"/>
                <w:sz w:val="20"/>
                <w:szCs w:val="20"/>
                <w:u w:val="single"/>
                <w:lang w:val="hr-HR"/>
              </w:rPr>
            </w:pPr>
            <w:r w:rsidRPr="294F9824" w:rsidR="3AB4E204">
              <w:rPr>
                <w:noProof w:val="0"/>
                <w:sz w:val="20"/>
                <w:szCs w:val="20"/>
                <w:u w:val="single"/>
                <w:lang w:val="hr-HR"/>
              </w:rPr>
              <w:t>s</w:t>
            </w:r>
            <w:r w:rsidRPr="294F9824" w:rsidR="0881B63C">
              <w:rPr>
                <w:noProof w:val="0"/>
                <w:sz w:val="20"/>
                <w:szCs w:val="20"/>
                <w:u w:val="single"/>
                <w:lang w:val="hr-HR"/>
              </w:rPr>
              <w:t>iječanj /</w:t>
            </w:r>
            <w:r w:rsidRPr="294F9824" w:rsidR="0881B63C">
              <w:rPr>
                <w:noProof w:val="0"/>
                <w:sz w:val="20"/>
                <w:szCs w:val="20"/>
                <w:u w:val="single"/>
                <w:lang w:val="hr-HR"/>
              </w:rPr>
              <w:t>veljača</w:t>
            </w:r>
            <w:r w:rsidRPr="294F9824" w:rsidR="4E137209">
              <w:rPr>
                <w:noProof w:val="0"/>
                <w:sz w:val="20"/>
                <w:szCs w:val="20"/>
                <w:u w:val="single"/>
                <w:lang w:val="hr-HR"/>
              </w:rPr>
              <w:t xml:space="preserve"> 2027.</w:t>
            </w:r>
          </w:p>
          <w:p w:rsidR="00231DCA" w:rsidP="6D8F5A47" w:rsidRDefault="00231DCA" w14:paraId="6537F28F" w14:textId="40B80B76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Uspjeh 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učenika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u 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prvom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obrazovnom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2AD238E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razdoblju</w:t>
            </w:r>
            <w:r w:rsidRPr="6D8F5A47" w:rsidR="49BBFD80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;</w:t>
            </w:r>
            <w:r w:rsidRPr="6D8F5A47" w:rsidR="19C9BF7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Moja ponašanja u </w:t>
            </w:r>
            <w:r w:rsidRPr="6D8F5A47" w:rsidR="19C9BF7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ulozi</w:t>
            </w:r>
            <w:r w:rsidRPr="6D8F5A47" w:rsidR="19C9BF7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19C9BF7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roditelja</w:t>
            </w:r>
            <w:r w:rsidRPr="6D8F5A47" w:rsidR="295BE5CA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(Abeceda prevencije)</w:t>
            </w:r>
          </w:p>
        </w:tc>
        <w:tc>
          <w:tcPr>
            <w:tcW w:w="3928" w:type="dxa"/>
            <w:tcMar/>
          </w:tcPr>
          <w:p w:rsidR="00231DCA" w:rsidP="6D8F5A47" w:rsidRDefault="00231DCA" w14:paraId="317E5D16" w14:textId="54219B45">
            <w:pPr>
              <w:rPr>
                <w:noProof w:val="0"/>
                <w:sz w:val="20"/>
                <w:szCs w:val="20"/>
                <w:u w:val="single"/>
                <w:lang w:val="hr-HR"/>
              </w:rPr>
            </w:pPr>
            <w:r w:rsidRPr="294F9824" w:rsidR="2102D863">
              <w:rPr>
                <w:noProof w:val="0"/>
                <w:sz w:val="20"/>
                <w:szCs w:val="20"/>
                <w:u w:val="single"/>
                <w:lang w:val="hr-HR"/>
              </w:rPr>
              <w:t>s</w:t>
            </w:r>
            <w:r w:rsidRPr="294F9824" w:rsidR="7E3EA5EB">
              <w:rPr>
                <w:noProof w:val="0"/>
                <w:sz w:val="20"/>
                <w:szCs w:val="20"/>
                <w:u w:val="single"/>
                <w:lang w:val="hr-HR"/>
              </w:rPr>
              <w:t>vibanj</w:t>
            </w:r>
            <w:r w:rsidRPr="294F9824" w:rsidR="054FFE9E">
              <w:rPr>
                <w:noProof w:val="0"/>
                <w:sz w:val="20"/>
                <w:szCs w:val="20"/>
                <w:u w:val="single"/>
                <w:lang w:val="hr-HR"/>
              </w:rPr>
              <w:t xml:space="preserve"> 2027.</w:t>
            </w:r>
          </w:p>
          <w:p w:rsidR="00231DCA" w:rsidP="6D8F5A47" w:rsidRDefault="00231DCA" w14:paraId="6F8DEC40" w14:textId="4BE8931F">
            <w:pPr>
              <w:pStyle w:val="Normal"/>
              <w:spacing w:before="0" w:beforeAutospacing="off" w:after="0" w:afterAutospacing="off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6D8F5A47" w:rsidR="742A1139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spjeh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učenika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pred 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kraj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2A1CBAE7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nastav</w:t>
            </w:r>
            <w:r w:rsidRPr="6D8F5A47" w:rsidR="1745F1C4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ne</w:t>
            </w:r>
            <w:r w:rsidRPr="6D8F5A47" w:rsidR="1745F1C4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1745F1C4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godine</w:t>
            </w:r>
            <w:r w:rsidRPr="6D8F5A47" w:rsidR="1745F1C4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; </w:t>
            </w:r>
            <w:r w:rsidRPr="6D8F5A47" w:rsidR="62A1864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Izazovi</w:t>
            </w:r>
            <w:r w:rsidRPr="6D8F5A47" w:rsidR="62A1864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</w:t>
            </w:r>
            <w:r w:rsidRPr="6D8F5A47" w:rsidR="62A18648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adolescencije</w:t>
            </w:r>
            <w:r w:rsidRPr="6D8F5A47" w:rsidR="77598BE1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(</w:t>
            </w:r>
            <w:r w:rsidRPr="6D8F5A47" w:rsidR="77598BE1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Abeceda</w:t>
            </w:r>
            <w:r w:rsidRPr="6D8F5A47" w:rsidR="77598BE1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prevencije)</w:t>
            </w:r>
          </w:p>
          <w:p w:rsidR="00231DCA" w:rsidP="6D8F5A47" w:rsidRDefault="00231DCA" w14:paraId="6DFB9E20" w14:textId="6D2D9B44">
            <w:pPr>
              <w:rPr>
                <w:noProof w:val="0"/>
                <w:lang w:val="hr-HR"/>
              </w:rPr>
            </w:pPr>
          </w:p>
        </w:tc>
      </w:tr>
      <w:tr w:rsidR="00231DCA" w:rsidTr="2133111D" w14:paraId="686A795A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0C1D88A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8.a</w:t>
            </w:r>
          </w:p>
        </w:tc>
        <w:tc>
          <w:tcPr>
            <w:tcW w:w="1492" w:type="dxa"/>
            <w:tcMar/>
          </w:tcPr>
          <w:p w:rsidR="00231DCA" w:rsidP="6D8F5A47" w:rsidRDefault="007A783E" w14:paraId="6BD4F156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Danijela Eranović</w:t>
            </w:r>
          </w:p>
        </w:tc>
        <w:tc>
          <w:tcPr>
            <w:tcW w:w="1334" w:type="dxa"/>
            <w:tcMar/>
          </w:tcPr>
          <w:p w:rsidR="00231DCA" w:rsidP="6D8F5A47" w:rsidRDefault="007A783E" w14:paraId="61DE04F3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TZK</w:t>
            </w:r>
          </w:p>
        </w:tc>
        <w:tc>
          <w:tcPr>
            <w:tcW w:w="2985" w:type="dxa"/>
            <w:tcMar/>
          </w:tcPr>
          <w:p w:rsidR="00231DCA" w:rsidP="6D8F5A47" w:rsidRDefault="00231DCA" w14:paraId="44E871BC" w14:textId="1267758F">
            <w:pPr>
              <w:rPr>
                <w:noProof w:val="0"/>
                <w:lang w:val="hr-HR"/>
              </w:rPr>
            </w:pPr>
            <w:r w:rsidRPr="6D8F5A47" w:rsidR="44CBFC7D">
              <w:rPr>
                <w:noProof w:val="0"/>
                <w:lang w:val="hr-HR"/>
              </w:rPr>
              <w:t>Rujan 2026.</w:t>
            </w:r>
          </w:p>
        </w:tc>
        <w:tc>
          <w:tcPr>
            <w:tcW w:w="2190" w:type="dxa"/>
            <w:tcMar/>
          </w:tcPr>
          <w:p w:rsidR="00231DCA" w:rsidP="6D8F5A47" w:rsidRDefault="00231DCA" w14:paraId="144A5D23" w14:textId="5DF7E5A9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</w:pPr>
            <w:r w:rsidRPr="6D8F5A47" w:rsidR="44CBFC7D"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  <w:t>Veljača</w:t>
            </w:r>
            <w:r w:rsidRPr="6D8F5A47" w:rsidR="44CBFC7D"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  <w:t xml:space="preserve"> 2027.</w:t>
            </w:r>
          </w:p>
        </w:tc>
        <w:tc>
          <w:tcPr>
            <w:tcW w:w="3928" w:type="dxa"/>
            <w:tcMar/>
          </w:tcPr>
          <w:p w:rsidR="00231DCA" w:rsidP="6D8F5A47" w:rsidRDefault="00231DCA" w14:paraId="738610EB" w14:textId="2C144B3E">
            <w:pPr>
              <w:rPr>
                <w:noProof w:val="0"/>
                <w:lang w:val="hr-HR"/>
              </w:rPr>
            </w:pPr>
            <w:r w:rsidRPr="6D8F5A47" w:rsidR="44CBFC7D">
              <w:rPr>
                <w:noProof w:val="0"/>
                <w:lang w:val="hr-HR"/>
              </w:rPr>
              <w:t>Svibanj</w:t>
            </w:r>
            <w:r w:rsidRPr="6D8F5A47" w:rsidR="44CBFC7D">
              <w:rPr>
                <w:noProof w:val="0"/>
                <w:lang w:val="hr-HR"/>
              </w:rPr>
              <w:t xml:space="preserve"> 2027.</w:t>
            </w:r>
          </w:p>
        </w:tc>
      </w:tr>
      <w:tr w:rsidR="00231DCA" w:rsidTr="2133111D" w14:paraId="69F6DCA0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323525E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8.b</w:t>
            </w:r>
          </w:p>
        </w:tc>
        <w:tc>
          <w:tcPr>
            <w:tcW w:w="1492" w:type="dxa"/>
            <w:tcMar/>
          </w:tcPr>
          <w:p w:rsidR="00231DCA" w:rsidP="6D8F5A47" w:rsidRDefault="007A783E" w14:paraId="4EB16B3A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Marijana Kuljko</w:t>
            </w:r>
          </w:p>
        </w:tc>
        <w:tc>
          <w:tcPr>
            <w:tcW w:w="1334" w:type="dxa"/>
            <w:tcMar/>
          </w:tcPr>
          <w:p w:rsidR="00231DCA" w:rsidP="6D8F5A47" w:rsidRDefault="007A783E" w14:paraId="2D4291B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Priroda i biologija</w:t>
            </w:r>
          </w:p>
        </w:tc>
        <w:tc>
          <w:tcPr>
            <w:tcW w:w="2985" w:type="dxa"/>
            <w:tcMar/>
          </w:tcPr>
          <w:p w:rsidR="00231DCA" w:rsidP="6D8F5A47" w:rsidRDefault="00231DCA" w14:paraId="4C38BA1B" w14:textId="2A7CC8C7">
            <w:pPr>
              <w:pStyle w:val="Normal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16. </w:t>
            </w:r>
            <w:r w:rsidRPr="6D8F5A47" w:rsidR="499991D9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rujna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2026. god.</w:t>
            </w:r>
          </w:p>
          <w:p w:rsidR="00231DCA" w:rsidP="6D8F5A47" w:rsidRDefault="00231DCA" w14:paraId="463F29E8" w14:textId="35841BA7">
            <w:pPr>
              <w:pStyle w:val="Normal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Organizacija rada u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školsko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j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godin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i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2026.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/2027., 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upoznavanj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e s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Kućni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m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redo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m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škol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e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t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e s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odredbam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a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zakon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a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i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 xml:space="preserve"> pravilnik</w:t>
            </w:r>
            <w:r w:rsidRPr="6D8F5A47" w:rsidR="6D72E02E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a</w:t>
            </w:r>
          </w:p>
        </w:tc>
        <w:tc>
          <w:tcPr>
            <w:tcW w:w="2190" w:type="dxa"/>
            <w:tcMar/>
          </w:tcPr>
          <w:p w:rsidR="00231DCA" w:rsidP="6D8F5A47" w:rsidRDefault="00231DCA" w14:paraId="21A68D95" w14:textId="06D9FA93">
            <w:pPr>
              <w:rPr>
                <w:noProof w:val="0"/>
                <w:lang w:val="hr-HR"/>
              </w:rPr>
            </w:pPr>
            <w:r w:rsidRPr="6D8F5A47" w:rsidR="6D72E02E">
              <w:rPr>
                <w:noProof w:val="0"/>
                <w:lang w:val="hr-HR"/>
              </w:rPr>
              <w:t>Siječanj</w:t>
            </w:r>
            <w:r w:rsidRPr="6D8F5A47" w:rsidR="6D72E02E">
              <w:rPr>
                <w:noProof w:val="0"/>
                <w:lang w:val="hr-HR"/>
              </w:rPr>
              <w:t xml:space="preserve"> 2027.</w:t>
            </w:r>
            <w:r w:rsidRPr="6D8F5A47" w:rsidR="61873D75">
              <w:rPr>
                <w:noProof w:val="0"/>
                <w:lang w:val="hr-HR"/>
              </w:rPr>
              <w:t xml:space="preserve">god. </w:t>
            </w:r>
          </w:p>
          <w:p w:rsidR="00231DCA" w:rsidP="6D8F5A47" w:rsidRDefault="00231DCA" w14:paraId="3B7B4B86" w14:textId="32CD32B1">
            <w:pPr>
              <w:rPr>
                <w:noProof w:val="0"/>
                <w:lang w:val="hr-HR"/>
              </w:rPr>
            </w:pPr>
            <w:r w:rsidRPr="6D8F5A47" w:rsidR="6D72E02E">
              <w:rPr>
                <w:noProof w:val="0"/>
                <w:lang w:val="hr-HR"/>
              </w:rPr>
              <w:t xml:space="preserve">Uspjeh učenika/ca u 1. </w:t>
            </w:r>
            <w:r w:rsidRPr="6D8F5A47" w:rsidR="6D72E02E">
              <w:rPr>
                <w:noProof w:val="0"/>
                <w:lang w:val="hr-HR"/>
              </w:rPr>
              <w:t>polugodištu</w:t>
            </w:r>
            <w:r w:rsidRPr="6D8F5A47" w:rsidR="6D72E02E">
              <w:rPr>
                <w:noProof w:val="0"/>
                <w:lang w:val="hr-HR"/>
              </w:rPr>
              <w:t xml:space="preserve">; Moje dijete </w:t>
            </w:r>
            <w:r w:rsidRPr="6D8F5A47" w:rsidR="6D72E02E">
              <w:rPr>
                <w:noProof w:val="0"/>
                <w:lang w:val="hr-HR"/>
              </w:rPr>
              <w:t>odrasta</w:t>
            </w:r>
            <w:r w:rsidRPr="6D8F5A47" w:rsidR="6D72E02E">
              <w:rPr>
                <w:noProof w:val="0"/>
                <w:lang w:val="hr-HR"/>
              </w:rPr>
              <w:t xml:space="preserve">, </w:t>
            </w:r>
            <w:r w:rsidRPr="6D8F5A47" w:rsidR="6D72E02E">
              <w:rPr>
                <w:noProof w:val="0"/>
                <w:lang w:val="hr-HR"/>
              </w:rPr>
              <w:t>što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učini</w:t>
            </w:r>
            <w:r w:rsidRPr="6D8F5A47" w:rsidR="04DE0F02">
              <w:rPr>
                <w:noProof w:val="0"/>
                <w:lang w:val="hr-HR"/>
              </w:rPr>
              <w:t>t</w:t>
            </w:r>
            <w:r w:rsidRPr="6D8F5A47" w:rsidR="6D72E02E">
              <w:rPr>
                <w:noProof w:val="0"/>
                <w:lang w:val="hr-HR"/>
              </w:rPr>
              <w:t>i</w:t>
            </w:r>
            <w:r w:rsidRPr="6D8F5A47" w:rsidR="6D72E02E">
              <w:rPr>
                <w:noProof w:val="0"/>
                <w:lang w:val="hr-HR"/>
              </w:rPr>
              <w:t xml:space="preserve"> - </w:t>
            </w:r>
            <w:r w:rsidRPr="6D8F5A47" w:rsidR="6D72E02E">
              <w:rPr>
                <w:noProof w:val="0"/>
                <w:lang w:val="hr-HR"/>
              </w:rPr>
              <w:t>Abeceda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prevencije</w:t>
            </w:r>
          </w:p>
        </w:tc>
        <w:tc>
          <w:tcPr>
            <w:tcW w:w="3928" w:type="dxa"/>
            <w:tcMar/>
          </w:tcPr>
          <w:p w:rsidR="00231DCA" w:rsidP="294F9824" w:rsidRDefault="00231DCA" w14:paraId="0BF5E2CA" w14:textId="5BF2FC0A">
            <w:pPr>
              <w:rPr>
                <w:noProof w:val="0"/>
                <w:lang w:val="en-US"/>
              </w:rPr>
            </w:pPr>
            <w:r w:rsidRPr="294F9824" w:rsidR="50F18651">
              <w:rPr>
                <w:noProof w:val="0"/>
                <w:lang w:val="en-US"/>
              </w:rPr>
              <w:t>Svibanj</w:t>
            </w:r>
            <w:r w:rsidRPr="294F9824" w:rsidR="50F18651">
              <w:rPr>
                <w:noProof w:val="0"/>
                <w:lang w:val="en-US"/>
              </w:rPr>
              <w:t xml:space="preserve"> 2027</w:t>
            </w:r>
            <w:r w:rsidRPr="294F9824" w:rsidR="50F18651">
              <w:rPr>
                <w:noProof w:val="0"/>
                <w:lang w:val="en-US"/>
              </w:rPr>
              <w:t xml:space="preserve">. </w:t>
            </w:r>
            <w:r w:rsidRPr="294F9824" w:rsidR="1EB9354D">
              <w:rPr>
                <w:noProof w:val="0"/>
                <w:lang w:val="en-US"/>
              </w:rPr>
              <w:t xml:space="preserve"> </w:t>
            </w:r>
            <w:r w:rsidRPr="294F9824" w:rsidR="1EB9354D">
              <w:rPr>
                <w:noProof w:val="0"/>
                <w:lang w:val="en-US"/>
              </w:rPr>
              <w:t>god.</w:t>
            </w:r>
          </w:p>
          <w:p w:rsidR="00231DCA" w:rsidP="6D8F5A47" w:rsidRDefault="00231DCA" w14:paraId="3A0FF5F2" w14:textId="164E0DB7">
            <w:pPr>
              <w:rPr>
                <w:noProof w:val="0"/>
                <w:lang w:val="hr-HR"/>
              </w:rPr>
            </w:pPr>
            <w:r w:rsidRPr="6D8F5A47" w:rsidR="6D72E02E">
              <w:rPr>
                <w:noProof w:val="0"/>
                <w:lang w:val="hr-HR"/>
              </w:rPr>
              <w:t>Uspjeh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na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kraju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nastavne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godine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i</w:t>
            </w:r>
            <w:r w:rsidRPr="6D8F5A47" w:rsidR="6D72E02E">
              <w:rPr>
                <w:noProof w:val="0"/>
                <w:lang w:val="hr-HR"/>
              </w:rPr>
              <w:t xml:space="preserve"> </w:t>
            </w:r>
            <w:r w:rsidRPr="6D8F5A47" w:rsidR="6D72E02E">
              <w:rPr>
                <w:noProof w:val="0"/>
                <w:lang w:val="hr-HR"/>
              </w:rPr>
              <w:t>kako</w:t>
            </w:r>
            <w:r w:rsidRPr="6D8F5A47" w:rsidR="6D72E02E">
              <w:rPr>
                <w:noProof w:val="0"/>
                <w:lang w:val="hr-HR"/>
              </w:rPr>
              <w:t xml:space="preserve"> ga </w:t>
            </w:r>
            <w:r w:rsidRPr="6D8F5A47" w:rsidR="6D72E02E">
              <w:rPr>
                <w:noProof w:val="0"/>
                <w:lang w:val="hr-HR"/>
              </w:rPr>
              <w:t>poboljšati</w:t>
            </w:r>
            <w:r w:rsidRPr="6D8F5A47" w:rsidR="6D72E02E">
              <w:rPr>
                <w:noProof w:val="0"/>
                <w:lang w:val="hr-HR"/>
              </w:rPr>
              <w:t xml:space="preserve">; </w:t>
            </w:r>
            <w:r w:rsidRPr="6D8F5A47" w:rsidR="6D72E02E">
              <w:rPr>
                <w:noProof w:val="0"/>
                <w:lang w:val="hr-HR"/>
              </w:rPr>
              <w:t>Upisi</w:t>
            </w:r>
            <w:r w:rsidRPr="6D8F5A47" w:rsidR="6D72E02E">
              <w:rPr>
                <w:noProof w:val="0"/>
                <w:lang w:val="hr-HR"/>
              </w:rPr>
              <w:t xml:space="preserve"> u srednju školu</w:t>
            </w:r>
          </w:p>
        </w:tc>
      </w:tr>
      <w:tr w:rsidR="00231DCA" w:rsidTr="2133111D" w14:paraId="202E12B8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443918F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8.c</w:t>
            </w:r>
          </w:p>
        </w:tc>
        <w:tc>
          <w:tcPr>
            <w:tcW w:w="1492" w:type="dxa"/>
            <w:tcMar/>
          </w:tcPr>
          <w:p w:rsidR="00231DCA" w:rsidP="6D8F5A47" w:rsidRDefault="007A783E" w14:paraId="12A99ECD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Željka Octenjak</w:t>
            </w:r>
          </w:p>
        </w:tc>
        <w:tc>
          <w:tcPr>
            <w:tcW w:w="1334" w:type="dxa"/>
            <w:tcMar/>
          </w:tcPr>
          <w:p w:rsidR="00231DCA" w:rsidP="6D8F5A47" w:rsidRDefault="007A783E" w14:paraId="1EC14D19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Katolički vjeronauk</w:t>
            </w:r>
          </w:p>
        </w:tc>
        <w:tc>
          <w:tcPr>
            <w:tcW w:w="2985" w:type="dxa"/>
            <w:tcMar/>
          </w:tcPr>
          <w:p w:rsidR="00231DCA" w:rsidP="6D8F5A47" w:rsidRDefault="00231DCA" w14:paraId="0F40CBC2" w14:textId="36C5970A">
            <w:pPr/>
            <w:r w:rsidRPr="475720D2" w:rsidR="43C74532">
              <w:rPr>
                <w:noProof w:val="0"/>
                <w:lang w:val="hr-HR"/>
              </w:rPr>
              <w:t xml:space="preserve">17. </w:t>
            </w:r>
            <w:r w:rsidRPr="475720D2" w:rsidR="32E5DE2F">
              <w:rPr>
                <w:noProof w:val="0"/>
                <w:lang w:val="hr-HR"/>
              </w:rPr>
              <w:t>RUJAN</w:t>
            </w:r>
            <w:r w:rsidRPr="475720D2" w:rsidR="43C74532">
              <w:rPr>
                <w:noProof w:val="0"/>
                <w:lang w:val="hr-HR"/>
              </w:rPr>
              <w:t xml:space="preserve"> 2026. </w:t>
            </w:r>
          </w:p>
          <w:p w:rsidR="00231DCA" w:rsidP="475720D2" w:rsidRDefault="00231DCA" w14:paraId="0393F581" w14:textId="19AD9F03">
            <w:pPr>
              <w:pStyle w:val="Normal"/>
            </w:pPr>
            <w:r w:rsidRPr="475720D2" w:rsidR="43C74532">
              <w:rPr>
                <w:noProof w:val="0"/>
                <w:lang w:val="hr-HR"/>
              </w:rPr>
              <w:t>Organizacija rada u školskoj godini 2026./2027.,  upoznavanje s Kućnim redom škole te s odredbama zakona i pravilnika;</w:t>
            </w:r>
          </w:p>
          <w:p w:rsidR="00231DCA" w:rsidP="475720D2" w:rsidRDefault="00231DCA" w14:paraId="2FF33B49" w14:textId="61DD7BDA">
            <w:pPr>
              <w:pStyle w:val="Normal"/>
            </w:pPr>
            <w:r w:rsidRPr="475720D2" w:rsidR="43C74532">
              <w:rPr>
                <w:noProof w:val="0"/>
                <w:lang w:val="hr-HR"/>
              </w:rPr>
              <w:t>Informativka, terenske nastave, izbor predstavnika u Vijeće roditelja;razno</w:t>
            </w:r>
          </w:p>
          <w:p w:rsidR="00231DCA" w:rsidP="6D8F5A47" w:rsidRDefault="00231DCA" w14:paraId="61829076" w14:textId="5B86E11F">
            <w:pPr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00231DCA" w:rsidP="475720D2" w:rsidRDefault="00231DCA" w14:paraId="7567DFC3" w14:textId="40C943F2">
            <w:pPr>
              <w:spacing w:before="0" w:beforeAutospacing="off" w:after="160" w:afterAutospacing="off" w:line="257" w:lineRule="auto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3D66520D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SIJEČANJ 2027.</w:t>
            </w:r>
          </w:p>
          <w:p w:rsidR="00231DCA" w:rsidP="475720D2" w:rsidRDefault="00231DCA" w14:paraId="4538EC62" w14:textId="284EF33E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3D66520D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Analiza uspjeha u prvom polugodištu;</w:t>
            </w:r>
          </w:p>
          <w:p w:rsidR="00231DCA" w:rsidP="475720D2" w:rsidRDefault="00231DCA" w14:paraId="29AB63FE" w14:textId="03B83719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3D66520D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Radionica: Komunikacija u obitelji;</w:t>
            </w:r>
          </w:p>
          <w:p w:rsidR="00231DCA" w:rsidP="475720D2" w:rsidRDefault="00231DCA" w14:paraId="3FBA0DAF" w14:textId="5F2DB022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r-HR"/>
              </w:rPr>
            </w:pPr>
            <w:r w:rsidRPr="475720D2" w:rsidR="3D66520D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Profesionalna orijentacija učenika i pripreme za srednju školu;</w:t>
            </w:r>
          </w:p>
          <w:p w:rsidR="00231DCA" w:rsidP="475720D2" w:rsidRDefault="00231DCA" w14:paraId="1D749493" w14:textId="29EA6FBF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475720D2" w:rsidR="3D66520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Nacionalni ispiti u ožujku</w:t>
            </w:r>
          </w:p>
          <w:p w:rsidR="00231DCA" w:rsidP="6D8F5A47" w:rsidRDefault="00231DCA" w14:paraId="2BA226A1" w14:textId="40C0BB06">
            <w:pPr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00231DCA" w:rsidP="475720D2" w:rsidRDefault="00231DCA" w14:paraId="42E433E5" w14:textId="72A7680C">
            <w:pPr>
              <w:spacing w:before="0" w:beforeAutospacing="off" w:after="160" w:afterAutospacing="off" w:line="257" w:lineRule="auto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019A495B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SVIBANJ 2027.</w:t>
            </w:r>
          </w:p>
          <w:p w:rsidR="00231DCA" w:rsidP="475720D2" w:rsidRDefault="00231DCA" w14:paraId="2147CD5A" w14:textId="43AA76B1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019A495B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Analiza uspjeha za kraj nastavne godine</w:t>
            </w:r>
          </w:p>
          <w:p w:rsidR="00231DCA" w:rsidP="475720D2" w:rsidRDefault="00231DCA" w14:paraId="4EEBACF4" w14:textId="73892B39">
            <w:pPr>
              <w:pStyle w:val="Normal"/>
              <w:spacing w:before="0" w:beforeAutospacing="off" w:after="0" w:afterAutospacing="off" w:line="257" w:lineRule="auto"/>
              <w:ind w:left="0" w:right="0" w:hanging="0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019A495B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Radionica: Moje dijete odrasta, što učiniti</w:t>
            </w:r>
          </w:p>
          <w:p w:rsidR="00231DCA" w:rsidP="475720D2" w:rsidRDefault="00231DCA" w14:paraId="17AD93B2" w14:textId="62EEA3CF">
            <w:pPr>
              <w:pStyle w:val="Normal"/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</w:pPr>
            <w:r w:rsidRPr="475720D2" w:rsidR="019A495B">
              <w:rPr>
                <w:rFonts w:ascii="Cambria" w:hAnsi="Cambria" w:eastAsia="Cambria" w:cs="Cambria" w:asciiTheme="minorAscii" w:hAnsiTheme="minorAscii" w:eastAsiaTheme="minorAscii" w:cstheme="minorAscii"/>
                <w:noProof w:val="0"/>
                <w:sz w:val="22"/>
                <w:szCs w:val="22"/>
                <w:lang w:val="hr-HR"/>
              </w:rPr>
              <w:t>E-upisi u srednje škole, kratke upute i objašnjenja</w:t>
            </w:r>
          </w:p>
        </w:tc>
      </w:tr>
      <w:tr w:rsidR="00231DCA" w:rsidTr="2133111D" w14:paraId="6019A59C" w14:textId="77777777">
        <w:trPr>
          <w:trHeight w:val="300"/>
        </w:trPr>
        <w:tc>
          <w:tcPr>
            <w:tcW w:w="1181" w:type="dxa"/>
            <w:tcMar/>
          </w:tcPr>
          <w:p w:rsidR="00231DCA" w:rsidP="6D8F5A47" w:rsidRDefault="007A783E" w14:paraId="51863838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8.d</w:t>
            </w:r>
          </w:p>
        </w:tc>
        <w:tc>
          <w:tcPr>
            <w:tcW w:w="1492" w:type="dxa"/>
            <w:tcMar/>
          </w:tcPr>
          <w:p w:rsidR="00231DCA" w:rsidP="6D8F5A47" w:rsidRDefault="007A783E" w14:paraId="5C80C947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Snježan Hasnaš</w:t>
            </w:r>
          </w:p>
        </w:tc>
        <w:tc>
          <w:tcPr>
            <w:tcW w:w="1334" w:type="dxa"/>
            <w:tcMar/>
          </w:tcPr>
          <w:p w:rsidR="00231DCA" w:rsidP="6D8F5A47" w:rsidRDefault="007A783E" w14:paraId="58209EF1" w14:textId="77777777">
            <w:pPr>
              <w:rPr>
                <w:noProof w:val="0"/>
                <w:lang w:val="hr-HR"/>
              </w:rPr>
            </w:pPr>
            <w:r w:rsidRPr="6D8F5A47" w:rsidR="059075B5">
              <w:rPr>
                <w:noProof w:val="0"/>
                <w:lang w:val="hr-HR"/>
              </w:rPr>
              <w:t>Povijest</w:t>
            </w:r>
          </w:p>
        </w:tc>
        <w:tc>
          <w:tcPr>
            <w:tcW w:w="2985" w:type="dxa"/>
            <w:tcMar/>
          </w:tcPr>
          <w:p w:rsidR="00231DCA" w:rsidP="6D8F5A47" w:rsidRDefault="00231DCA" w14:paraId="3CC5A75F" w14:textId="41195A6A">
            <w:pPr/>
            <w:r w:rsidRPr="5BAB5DDA" w:rsidR="443D1E50">
              <w:rPr>
                <w:noProof w:val="0"/>
                <w:lang w:val="hr-HR"/>
              </w:rPr>
              <w:t xml:space="preserve">17. rujna 2026. god. </w:t>
            </w:r>
          </w:p>
          <w:p w:rsidR="00231DCA" w:rsidP="5BAB5DDA" w:rsidRDefault="00231DCA" w14:paraId="66204FF1" w14:textId="6C5DF6FE">
            <w:pPr>
              <w:pStyle w:val="Normal"/>
            </w:pPr>
            <w:r w:rsidRPr="5BAB5DDA" w:rsidR="443D1E50">
              <w:rPr>
                <w:noProof w:val="0"/>
                <w:lang w:val="hr-HR"/>
              </w:rPr>
              <w:t>Organizacija rada u školskoj godini 2026./2027.,  upoznavanje s Kućnim redom škole te s odredbama zakona i pravilnika</w:t>
            </w:r>
          </w:p>
        </w:tc>
        <w:tc>
          <w:tcPr>
            <w:tcW w:w="2190" w:type="dxa"/>
            <w:tcMar/>
          </w:tcPr>
          <w:p w:rsidR="00231DCA" w:rsidP="6D8F5A47" w:rsidRDefault="00231DCA" w14:paraId="2583EFCD" w14:textId="60FD5888">
            <w:pPr/>
            <w:r w:rsidRPr="5BAB5DDA" w:rsidR="443D1E50">
              <w:rPr>
                <w:noProof w:val="0"/>
                <w:lang w:val="hr-HR"/>
              </w:rPr>
              <w:t xml:space="preserve">siječanj /veljača 2027. </w:t>
            </w:r>
          </w:p>
          <w:p w:rsidR="00231DCA" w:rsidP="5BAB5DDA" w:rsidRDefault="00231DCA" w14:paraId="2DBF0D7D" w14:textId="3DB7C23A">
            <w:pPr>
              <w:pStyle w:val="Normal"/>
            </w:pPr>
            <w:r w:rsidRPr="5BAB5DDA" w:rsidR="443D1E50">
              <w:rPr>
                <w:noProof w:val="0"/>
                <w:lang w:val="hr-HR"/>
              </w:rPr>
              <w:t>Uspjeh učenika u prvom obrazovnom razdoblju; Moja ponašanja u ulozi roditelja (Abeceda prevencije)</w:t>
            </w:r>
          </w:p>
        </w:tc>
        <w:tc>
          <w:tcPr>
            <w:tcW w:w="3928" w:type="dxa"/>
            <w:tcMar/>
          </w:tcPr>
          <w:p w:rsidR="00231DCA" w:rsidP="6D8F5A47" w:rsidRDefault="00231DCA" w14:paraId="011DB23B" w14:textId="79357AEE">
            <w:pPr/>
            <w:r w:rsidRPr="5BAB5DDA" w:rsidR="443D1E50">
              <w:rPr>
                <w:noProof w:val="0"/>
                <w:lang w:val="hr-HR"/>
              </w:rPr>
              <w:t xml:space="preserve">svibanj 2027.  god. </w:t>
            </w:r>
          </w:p>
          <w:p w:rsidR="00231DCA" w:rsidP="5BAB5DDA" w:rsidRDefault="00231DCA" w14:paraId="6B62F1B3" w14:textId="11154FEB">
            <w:pPr>
              <w:pStyle w:val="Normal"/>
            </w:pPr>
            <w:r w:rsidRPr="5BAB5DDA" w:rsidR="443D1E50">
              <w:rPr>
                <w:noProof w:val="0"/>
                <w:lang w:val="hr-HR"/>
              </w:rPr>
              <w:t>Uspjeh na kraju nastavne godine i kako ga poboljšati; Upisi u srednju školu</w:t>
            </w:r>
          </w:p>
        </w:tc>
      </w:tr>
      <w:tr w:rsidR="6ADAA661" w:rsidTr="2133111D" w14:paraId="3837A5BA">
        <w:trPr>
          <w:trHeight w:val="300"/>
        </w:trPr>
        <w:tc>
          <w:tcPr>
            <w:tcW w:w="1181" w:type="dxa"/>
            <w:tcMar/>
          </w:tcPr>
          <w:p w:rsidR="7A929D78" w:rsidP="6D8F5A47" w:rsidRDefault="7A929D78" w14:paraId="01619CB5" w14:textId="6F66C0E7">
            <w:pPr>
              <w:pStyle w:val="Normal"/>
              <w:rPr>
                <w:noProof w:val="0"/>
                <w:lang w:val="hr-HR"/>
              </w:rPr>
            </w:pPr>
            <w:r w:rsidRPr="6D8F5A47" w:rsidR="3BE75EDB">
              <w:rPr>
                <w:noProof w:val="0"/>
                <w:lang w:val="hr-HR"/>
              </w:rPr>
              <w:t>PRO B</w:t>
            </w:r>
          </w:p>
        </w:tc>
        <w:tc>
          <w:tcPr>
            <w:tcW w:w="1492" w:type="dxa"/>
            <w:tcMar/>
          </w:tcPr>
          <w:p w:rsidR="6ADAA661" w:rsidP="6D8F5A47" w:rsidRDefault="6ADAA661" w14:paraId="70BBBC9E" w14:textId="008B6DC5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1334" w:type="dxa"/>
            <w:tcMar/>
          </w:tcPr>
          <w:p w:rsidR="6ADAA661" w:rsidP="6D8F5A47" w:rsidRDefault="6ADAA661" w14:paraId="237E5719" w14:textId="294F2E40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985" w:type="dxa"/>
            <w:tcMar/>
          </w:tcPr>
          <w:p w:rsidR="6ADAA661" w:rsidP="6D8F5A47" w:rsidRDefault="6ADAA661" w14:paraId="40EE8117" w14:textId="06EE6338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6ADAA661" w:rsidP="6D8F5A47" w:rsidRDefault="6ADAA661" w14:paraId="10163E18" w14:textId="590DFF46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6ADAA661" w:rsidP="6D8F5A47" w:rsidRDefault="6ADAA661" w14:paraId="2858A0F6" w14:textId="550CDD7F">
            <w:pPr>
              <w:pStyle w:val="Normal"/>
              <w:rPr>
                <w:noProof w:val="0"/>
                <w:lang w:val="hr-HR"/>
              </w:rPr>
            </w:pPr>
          </w:p>
        </w:tc>
      </w:tr>
      <w:tr w:rsidR="6ADAA661" w:rsidTr="2133111D" w14:paraId="7AF0294A">
        <w:trPr>
          <w:trHeight w:val="300"/>
        </w:trPr>
        <w:tc>
          <w:tcPr>
            <w:tcW w:w="1181" w:type="dxa"/>
            <w:tcMar/>
          </w:tcPr>
          <w:p w:rsidR="7A929D78" w:rsidP="6D8F5A47" w:rsidRDefault="7A929D78" w14:paraId="79234D57" w14:textId="45FBDAA7">
            <w:pPr>
              <w:pStyle w:val="Normal"/>
              <w:rPr>
                <w:noProof w:val="0"/>
                <w:lang w:val="hr-HR"/>
              </w:rPr>
            </w:pPr>
            <w:r w:rsidRPr="6D8F5A47" w:rsidR="3BE75EDB">
              <w:rPr>
                <w:noProof w:val="0"/>
                <w:lang w:val="hr-HR"/>
              </w:rPr>
              <w:t>PRO A1</w:t>
            </w:r>
          </w:p>
        </w:tc>
        <w:tc>
          <w:tcPr>
            <w:tcW w:w="1492" w:type="dxa"/>
            <w:tcMar/>
          </w:tcPr>
          <w:p w:rsidR="6ADAA661" w:rsidP="6D8F5A47" w:rsidRDefault="6ADAA661" w14:paraId="7279BEF8" w14:textId="4E3B6F3C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1334" w:type="dxa"/>
            <w:tcMar/>
          </w:tcPr>
          <w:p w:rsidR="6ADAA661" w:rsidP="6D8F5A47" w:rsidRDefault="6ADAA661" w14:paraId="2BD6FA26" w14:textId="6A072DA7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985" w:type="dxa"/>
            <w:tcMar/>
          </w:tcPr>
          <w:p w:rsidR="6ADAA661" w:rsidP="6D8F5A47" w:rsidRDefault="6ADAA661" w14:paraId="32E8908B" w14:textId="3A6C3EB9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6ADAA661" w:rsidP="6D8F5A47" w:rsidRDefault="6ADAA661" w14:paraId="78362F21" w14:textId="77FCA01A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6ADAA661" w:rsidP="6D8F5A47" w:rsidRDefault="6ADAA661" w14:paraId="694A0E41" w14:textId="3ADE3FCF">
            <w:pPr>
              <w:pStyle w:val="Normal"/>
              <w:rPr>
                <w:noProof w:val="0"/>
                <w:lang w:val="hr-HR"/>
              </w:rPr>
            </w:pPr>
          </w:p>
        </w:tc>
      </w:tr>
      <w:tr w:rsidR="6ADAA661" w:rsidTr="2133111D" w14:paraId="1BC4C3EE">
        <w:trPr>
          <w:trHeight w:val="300"/>
        </w:trPr>
        <w:tc>
          <w:tcPr>
            <w:tcW w:w="1181" w:type="dxa"/>
            <w:tcMar/>
          </w:tcPr>
          <w:p w:rsidR="7A929D78" w:rsidP="6D8F5A47" w:rsidRDefault="7A929D78" w14:paraId="4B80B87A" w14:textId="6F0B13D3">
            <w:pPr>
              <w:pStyle w:val="Normal"/>
              <w:rPr>
                <w:noProof w:val="0"/>
                <w:lang w:val="hr-HR"/>
              </w:rPr>
            </w:pPr>
            <w:r w:rsidRPr="6D8F5A47" w:rsidR="3BE75EDB">
              <w:rPr>
                <w:noProof w:val="0"/>
                <w:lang w:val="hr-HR"/>
              </w:rPr>
              <w:t>PRO A2</w:t>
            </w:r>
          </w:p>
        </w:tc>
        <w:tc>
          <w:tcPr>
            <w:tcW w:w="1492" w:type="dxa"/>
            <w:tcMar/>
          </w:tcPr>
          <w:p w:rsidR="6ADAA661" w:rsidP="6D8F5A47" w:rsidRDefault="6ADAA661" w14:paraId="39156D88" w14:textId="0382032C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1334" w:type="dxa"/>
            <w:tcMar/>
          </w:tcPr>
          <w:p w:rsidR="6ADAA661" w:rsidP="6D8F5A47" w:rsidRDefault="6ADAA661" w14:paraId="6826192C" w14:textId="1F72C824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985" w:type="dxa"/>
            <w:tcMar/>
          </w:tcPr>
          <w:p w:rsidR="6ADAA661" w:rsidP="6D8F5A47" w:rsidRDefault="6ADAA661" w14:paraId="51A977A3" w14:textId="2CB77116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2190" w:type="dxa"/>
            <w:tcMar/>
          </w:tcPr>
          <w:p w:rsidR="6ADAA661" w:rsidP="6D8F5A47" w:rsidRDefault="6ADAA661" w14:paraId="63A6BED3" w14:textId="32CC073A">
            <w:pPr>
              <w:pStyle w:val="Normal"/>
              <w:rPr>
                <w:noProof w:val="0"/>
                <w:lang w:val="hr-HR"/>
              </w:rPr>
            </w:pPr>
          </w:p>
        </w:tc>
        <w:tc>
          <w:tcPr>
            <w:tcW w:w="3928" w:type="dxa"/>
            <w:tcMar/>
          </w:tcPr>
          <w:p w:rsidR="6ADAA661" w:rsidP="6D8F5A47" w:rsidRDefault="6ADAA661" w14:paraId="34C6189A" w14:textId="182A8C3A">
            <w:pPr>
              <w:pStyle w:val="Normal"/>
              <w:rPr>
                <w:noProof w:val="0"/>
                <w:lang w:val="hr-HR"/>
              </w:rPr>
            </w:pPr>
          </w:p>
        </w:tc>
      </w:tr>
    </w:tbl>
    <w:p w:rsidR="007A783E" w:rsidRDefault="007A783E" w14:paraId="784FFE30" w14:textId="77777777"/>
    <w:sectPr w:rsidR="00000000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4">
    <w:nsid w:val="3f2ec1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5be0ce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765c6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93ae8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80654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f6eb4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 w16cid:durableId="1439567545">
    <w:abstractNumId w:val="8"/>
  </w:num>
  <w:num w:numId="2" w16cid:durableId="440994072">
    <w:abstractNumId w:val="6"/>
  </w:num>
  <w:num w:numId="3" w16cid:durableId="355426805">
    <w:abstractNumId w:val="5"/>
  </w:num>
  <w:num w:numId="4" w16cid:durableId="316105868">
    <w:abstractNumId w:val="4"/>
  </w:num>
  <w:num w:numId="5" w16cid:durableId="848175283">
    <w:abstractNumId w:val="7"/>
  </w:num>
  <w:num w:numId="6" w16cid:durableId="1783379490">
    <w:abstractNumId w:val="3"/>
  </w:num>
  <w:num w:numId="7" w16cid:durableId="2013680783">
    <w:abstractNumId w:val="2"/>
  </w:num>
  <w:num w:numId="8" w16cid:durableId="949556519">
    <w:abstractNumId w:val="1"/>
  </w:num>
  <w:num w:numId="9" w16cid:durableId="18978151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8"/>
  <w:proofState w:spelling="clean" w:grammar="dirty"/>
  <w:revisionView w:inkAnnotations="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7F6"/>
    <w:rsid w:val="00231DCA"/>
    <w:rsid w:val="0029639D"/>
    <w:rsid w:val="002E8370"/>
    <w:rsid w:val="002F2E93"/>
    <w:rsid w:val="00326F90"/>
    <w:rsid w:val="00590CCE"/>
    <w:rsid w:val="007A783E"/>
    <w:rsid w:val="007F6C16"/>
    <w:rsid w:val="00AA1D8D"/>
    <w:rsid w:val="00B47730"/>
    <w:rsid w:val="00CB0664"/>
    <w:rsid w:val="00D04403"/>
    <w:rsid w:val="00D7006F"/>
    <w:rsid w:val="00EB33EB"/>
    <w:rsid w:val="00FC693F"/>
    <w:rsid w:val="01560971"/>
    <w:rsid w:val="019A495B"/>
    <w:rsid w:val="01B29A73"/>
    <w:rsid w:val="020F5112"/>
    <w:rsid w:val="021B2426"/>
    <w:rsid w:val="024B771C"/>
    <w:rsid w:val="025B18CE"/>
    <w:rsid w:val="02BD0AD8"/>
    <w:rsid w:val="03760995"/>
    <w:rsid w:val="03AF3C4C"/>
    <w:rsid w:val="04476EE1"/>
    <w:rsid w:val="0478133C"/>
    <w:rsid w:val="047B1A7F"/>
    <w:rsid w:val="048458D9"/>
    <w:rsid w:val="0490E5A2"/>
    <w:rsid w:val="04A7705C"/>
    <w:rsid w:val="04DE0F02"/>
    <w:rsid w:val="0511820D"/>
    <w:rsid w:val="05296A04"/>
    <w:rsid w:val="054FFE9E"/>
    <w:rsid w:val="059075B5"/>
    <w:rsid w:val="064778B9"/>
    <w:rsid w:val="066E78FC"/>
    <w:rsid w:val="0734CFA3"/>
    <w:rsid w:val="076CF4D3"/>
    <w:rsid w:val="085F8872"/>
    <w:rsid w:val="0881B63C"/>
    <w:rsid w:val="089AD6EE"/>
    <w:rsid w:val="09D1F00C"/>
    <w:rsid w:val="0A086B02"/>
    <w:rsid w:val="0A091885"/>
    <w:rsid w:val="0A33585A"/>
    <w:rsid w:val="0A40855F"/>
    <w:rsid w:val="0A85B67B"/>
    <w:rsid w:val="0AB197FC"/>
    <w:rsid w:val="0B528D0E"/>
    <w:rsid w:val="0B71B3B1"/>
    <w:rsid w:val="0B8A6B06"/>
    <w:rsid w:val="0C027D97"/>
    <w:rsid w:val="0C0B6226"/>
    <w:rsid w:val="0C2A79E9"/>
    <w:rsid w:val="0C7568EC"/>
    <w:rsid w:val="0CCD8489"/>
    <w:rsid w:val="0DD4DAD6"/>
    <w:rsid w:val="0E45FADC"/>
    <w:rsid w:val="0F5BE269"/>
    <w:rsid w:val="100DC1F0"/>
    <w:rsid w:val="1030E457"/>
    <w:rsid w:val="1256D86A"/>
    <w:rsid w:val="126AF627"/>
    <w:rsid w:val="130D3232"/>
    <w:rsid w:val="135B3A95"/>
    <w:rsid w:val="138C70FD"/>
    <w:rsid w:val="13A57CA1"/>
    <w:rsid w:val="15007EFC"/>
    <w:rsid w:val="1512AB10"/>
    <w:rsid w:val="16FC837A"/>
    <w:rsid w:val="1745F1C4"/>
    <w:rsid w:val="1775B715"/>
    <w:rsid w:val="17E658C4"/>
    <w:rsid w:val="180B6165"/>
    <w:rsid w:val="191FF7A1"/>
    <w:rsid w:val="19411049"/>
    <w:rsid w:val="195CB819"/>
    <w:rsid w:val="199AC223"/>
    <w:rsid w:val="19C9BF78"/>
    <w:rsid w:val="1A362300"/>
    <w:rsid w:val="1B78B08B"/>
    <w:rsid w:val="1BBAD56D"/>
    <w:rsid w:val="1C2CA975"/>
    <w:rsid w:val="1C4FAFC2"/>
    <w:rsid w:val="1CC8036B"/>
    <w:rsid w:val="1DA220CE"/>
    <w:rsid w:val="1DBA7939"/>
    <w:rsid w:val="1EB9354D"/>
    <w:rsid w:val="1F3DDB3F"/>
    <w:rsid w:val="20097842"/>
    <w:rsid w:val="20621576"/>
    <w:rsid w:val="2102D863"/>
    <w:rsid w:val="211CFB73"/>
    <w:rsid w:val="2133111D"/>
    <w:rsid w:val="23F2D5F3"/>
    <w:rsid w:val="23FAEA33"/>
    <w:rsid w:val="247BA395"/>
    <w:rsid w:val="2566967C"/>
    <w:rsid w:val="258DF2A0"/>
    <w:rsid w:val="259EED3A"/>
    <w:rsid w:val="26B58609"/>
    <w:rsid w:val="26D63D0F"/>
    <w:rsid w:val="26F6B62C"/>
    <w:rsid w:val="270C4A96"/>
    <w:rsid w:val="27D4C42D"/>
    <w:rsid w:val="284843F0"/>
    <w:rsid w:val="28ADDB5B"/>
    <w:rsid w:val="28BFFB9F"/>
    <w:rsid w:val="293D54F9"/>
    <w:rsid w:val="294F344C"/>
    <w:rsid w:val="294F9824"/>
    <w:rsid w:val="295BE5CA"/>
    <w:rsid w:val="29CAB0E0"/>
    <w:rsid w:val="2A1CBAE7"/>
    <w:rsid w:val="2AD03C36"/>
    <w:rsid w:val="2AD238E0"/>
    <w:rsid w:val="2B583D19"/>
    <w:rsid w:val="2BE00811"/>
    <w:rsid w:val="2BF0BE60"/>
    <w:rsid w:val="2C43EE3F"/>
    <w:rsid w:val="2CC594BA"/>
    <w:rsid w:val="2CC6ABBB"/>
    <w:rsid w:val="2D0198CC"/>
    <w:rsid w:val="2D04E3F4"/>
    <w:rsid w:val="2D424E5A"/>
    <w:rsid w:val="2DBC100A"/>
    <w:rsid w:val="2DF2D17B"/>
    <w:rsid w:val="2E344C9C"/>
    <w:rsid w:val="2E3D5333"/>
    <w:rsid w:val="2EA1E87D"/>
    <w:rsid w:val="2F2D3164"/>
    <w:rsid w:val="2FFA1789"/>
    <w:rsid w:val="3279EC98"/>
    <w:rsid w:val="32E5DE2F"/>
    <w:rsid w:val="338A351A"/>
    <w:rsid w:val="3415701B"/>
    <w:rsid w:val="35102A29"/>
    <w:rsid w:val="3648DEDE"/>
    <w:rsid w:val="387E4ACC"/>
    <w:rsid w:val="38D2206D"/>
    <w:rsid w:val="38E18D4F"/>
    <w:rsid w:val="390A8C3F"/>
    <w:rsid w:val="393E40A6"/>
    <w:rsid w:val="397020C5"/>
    <w:rsid w:val="39C38587"/>
    <w:rsid w:val="3AB4E204"/>
    <w:rsid w:val="3B00B4EE"/>
    <w:rsid w:val="3B16C2C8"/>
    <w:rsid w:val="3B63E299"/>
    <w:rsid w:val="3B8C1CD0"/>
    <w:rsid w:val="3BB5D7C0"/>
    <w:rsid w:val="3BE75EDB"/>
    <w:rsid w:val="3D3B6555"/>
    <w:rsid w:val="3D66520D"/>
    <w:rsid w:val="3DD17FD4"/>
    <w:rsid w:val="3FE61F4B"/>
    <w:rsid w:val="403AC659"/>
    <w:rsid w:val="4057C412"/>
    <w:rsid w:val="40DC5946"/>
    <w:rsid w:val="4106F0C7"/>
    <w:rsid w:val="41CB6138"/>
    <w:rsid w:val="42D55299"/>
    <w:rsid w:val="42F9E29C"/>
    <w:rsid w:val="42FE11A7"/>
    <w:rsid w:val="434594A8"/>
    <w:rsid w:val="435BC261"/>
    <w:rsid w:val="43C74532"/>
    <w:rsid w:val="4406BF61"/>
    <w:rsid w:val="44183F59"/>
    <w:rsid w:val="443D1E50"/>
    <w:rsid w:val="44CBFC7D"/>
    <w:rsid w:val="4539A216"/>
    <w:rsid w:val="45969727"/>
    <w:rsid w:val="46967FC9"/>
    <w:rsid w:val="475720D2"/>
    <w:rsid w:val="47CCDCB6"/>
    <w:rsid w:val="48F98F4C"/>
    <w:rsid w:val="499991D9"/>
    <w:rsid w:val="49BBFD80"/>
    <w:rsid w:val="49E28434"/>
    <w:rsid w:val="4ACFB61E"/>
    <w:rsid w:val="4B1C8238"/>
    <w:rsid w:val="4C32759A"/>
    <w:rsid w:val="4C978C94"/>
    <w:rsid w:val="4CC7126E"/>
    <w:rsid w:val="4E137209"/>
    <w:rsid w:val="4E275A2B"/>
    <w:rsid w:val="4E328C2F"/>
    <w:rsid w:val="4E7C14DE"/>
    <w:rsid w:val="4EA86484"/>
    <w:rsid w:val="4F101387"/>
    <w:rsid w:val="4F33D843"/>
    <w:rsid w:val="4FD24BD5"/>
    <w:rsid w:val="50F18651"/>
    <w:rsid w:val="515F951A"/>
    <w:rsid w:val="51A45AEB"/>
    <w:rsid w:val="52A3BBA0"/>
    <w:rsid w:val="530F172B"/>
    <w:rsid w:val="53728607"/>
    <w:rsid w:val="540A1AD7"/>
    <w:rsid w:val="5443A856"/>
    <w:rsid w:val="54770787"/>
    <w:rsid w:val="54998A9C"/>
    <w:rsid w:val="553717C0"/>
    <w:rsid w:val="564E739C"/>
    <w:rsid w:val="56675E78"/>
    <w:rsid w:val="56E21887"/>
    <w:rsid w:val="56FAADA7"/>
    <w:rsid w:val="576D96AB"/>
    <w:rsid w:val="57A9D6DB"/>
    <w:rsid w:val="57F5A97F"/>
    <w:rsid w:val="587388CF"/>
    <w:rsid w:val="58F28CCE"/>
    <w:rsid w:val="5955C547"/>
    <w:rsid w:val="5A14D7A6"/>
    <w:rsid w:val="5AAC0029"/>
    <w:rsid w:val="5AD3E67C"/>
    <w:rsid w:val="5BAB5DDA"/>
    <w:rsid w:val="5BF4F0D1"/>
    <w:rsid w:val="5CF63F27"/>
    <w:rsid w:val="5D3CCD32"/>
    <w:rsid w:val="5D60265D"/>
    <w:rsid w:val="5DDE956A"/>
    <w:rsid w:val="5E517F24"/>
    <w:rsid w:val="5FB055B0"/>
    <w:rsid w:val="606C2626"/>
    <w:rsid w:val="616D8D40"/>
    <w:rsid w:val="61873D75"/>
    <w:rsid w:val="62877135"/>
    <w:rsid w:val="62A18648"/>
    <w:rsid w:val="64A81994"/>
    <w:rsid w:val="65B56A9B"/>
    <w:rsid w:val="65CB77FC"/>
    <w:rsid w:val="65EF6C8C"/>
    <w:rsid w:val="65FD36D2"/>
    <w:rsid w:val="66638ED3"/>
    <w:rsid w:val="6797FBC1"/>
    <w:rsid w:val="68AA5CE5"/>
    <w:rsid w:val="68B4ADF9"/>
    <w:rsid w:val="6AD83520"/>
    <w:rsid w:val="6ADAA661"/>
    <w:rsid w:val="6ADAC8B1"/>
    <w:rsid w:val="6ADBA4DA"/>
    <w:rsid w:val="6B6F55E0"/>
    <w:rsid w:val="6C614D5B"/>
    <w:rsid w:val="6C74AD22"/>
    <w:rsid w:val="6D49D2D2"/>
    <w:rsid w:val="6D72E02E"/>
    <w:rsid w:val="6D8F5A47"/>
    <w:rsid w:val="6D944188"/>
    <w:rsid w:val="6EB8106F"/>
    <w:rsid w:val="6F533AEA"/>
    <w:rsid w:val="6FF29821"/>
    <w:rsid w:val="702ABBBE"/>
    <w:rsid w:val="702E2448"/>
    <w:rsid w:val="70631209"/>
    <w:rsid w:val="70820885"/>
    <w:rsid w:val="708F86B2"/>
    <w:rsid w:val="715536F6"/>
    <w:rsid w:val="7212439E"/>
    <w:rsid w:val="725A8964"/>
    <w:rsid w:val="72C1A6C5"/>
    <w:rsid w:val="72F97734"/>
    <w:rsid w:val="742A1139"/>
    <w:rsid w:val="74399E23"/>
    <w:rsid w:val="7590C825"/>
    <w:rsid w:val="7655EEE6"/>
    <w:rsid w:val="76DB38EA"/>
    <w:rsid w:val="76E1CE1F"/>
    <w:rsid w:val="7736CB39"/>
    <w:rsid w:val="77598BE1"/>
    <w:rsid w:val="77F4C084"/>
    <w:rsid w:val="792F83DE"/>
    <w:rsid w:val="79AA3A0F"/>
    <w:rsid w:val="79D894B5"/>
    <w:rsid w:val="79ED1484"/>
    <w:rsid w:val="7A1381A0"/>
    <w:rsid w:val="7A48805C"/>
    <w:rsid w:val="7A78AC3F"/>
    <w:rsid w:val="7A929D78"/>
    <w:rsid w:val="7AC128D3"/>
    <w:rsid w:val="7B9FBA72"/>
    <w:rsid w:val="7BF23413"/>
    <w:rsid w:val="7D05CAA4"/>
    <w:rsid w:val="7D8F835B"/>
    <w:rsid w:val="7DF5D294"/>
    <w:rsid w:val="7E234DE3"/>
    <w:rsid w:val="7E382257"/>
    <w:rsid w:val="7E3EA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6FAD747-7E03-4641-839D-E214C198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styleId="Naslov1Char" w:customStyle="1">
    <w:name w:val="Naslov 1 Char"/>
    <w:basedOn w:val="Zadanifontodlomka"/>
    <w:link w:val="Naslov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slov2Char" w:customStyle="1">
    <w:name w:val="Naslov 2 Char"/>
    <w:basedOn w:val="Zadanifontodlomka"/>
    <w:link w:val="Naslov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slov3Char" w:customStyle="1">
    <w:name w:val="Naslov 3 Char"/>
    <w:basedOn w:val="Zadanifontodlomka"/>
    <w:link w:val="Naslov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aslovChar" w:customStyle="1">
    <w:name w:val="Naslov Char"/>
    <w:basedOn w:val="Zadanifontodlomka"/>
    <w:link w:val="Naslov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slovChar" w:customStyle="1">
    <w:name w:val="Podnaslov Char"/>
    <w:basedOn w:val="Zadanifontodlomka"/>
    <w:link w:val="Podnaslov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styleId="TijelotekstaChar" w:customStyle="1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styleId="Tijeloteksta2Char" w:customStyle="1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ijeloteksta3Char" w:customStyle="1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onaredbeChar" w:customStyle="1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styleId="CitatChar" w:customStyle="1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styleId="Naslov4Char" w:customStyle="1">
    <w:name w:val="Naslov 4 Char"/>
    <w:basedOn w:val="Zadanifontodlomka"/>
    <w:link w:val="Naslov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slov5Char" w:customStyle="1">
    <w:name w:val="Naslov 5 Char"/>
    <w:basedOn w:val="Zadanifontodlomka"/>
    <w:link w:val="Naslov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slov6Char" w:customStyle="1">
    <w:name w:val="Naslov 6 Char"/>
    <w:basedOn w:val="Zadanifontodlomka"/>
    <w:link w:val="Naslov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slov7Char" w:customStyle="1">
    <w:name w:val="Naslov 7 Char"/>
    <w:basedOn w:val="Zadanifontodlomka"/>
    <w:link w:val="Naslov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slov8Char" w:customStyle="1">
    <w:name w:val="Naslov 8 Char"/>
    <w:basedOn w:val="Zadanifontodlomka"/>
    <w:link w:val="Naslov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slov9Char" w:customStyle="1">
    <w:name w:val="Naslov 9 Char"/>
    <w:basedOn w:val="Zadanifontodlomka"/>
    <w:link w:val="Naslov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9" ma:contentTypeDescription="Stvaranje novog dokumenta." ma:contentTypeScope="" ma:versionID="ba5f170a4f18f8c9abadf02d70164709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825110e7640c2f94f30d6ff7c24f9a00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SATOVIINFORMACI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ATOVIINFORMACIJA" ma:index="25" nillable="true" ma:displayName="SATOVI INFORMACIJA" ma:description="https://carnet-my.sharepoint.com/:w:/g/personal/marina_habazin_skole_hr/EdjhZVntEqxIhXRnCvV9ZgkB-zKtoMC1RXOelYi3Fn6LKQ?e=Mm7Gi5" ma:format="Hyperlink" ma:internalName="SATOVIINFORMACIJ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a36482-70ac-400f-8fd0-241ecc39450f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TOVIINFORMACIJA xmlns="3498d0d5-97d2-42ca-9090-95be33117fb9">
      <Url xsi:nil="true"/>
      <Description xsi:nil="true"/>
    </SATOVIINFORMACIJA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42F779E-0BF0-47F0-ADF8-B4EE1BEFC2FC}"/>
</file>

<file path=customXml/itemProps3.xml><?xml version="1.0" encoding="utf-8"?>
<ds:datastoreItem xmlns:ds="http://schemas.openxmlformats.org/officeDocument/2006/customXml" ds:itemID="{4373CF91-C461-4401-810F-EEE4D91651E0}"/>
</file>

<file path=customXml/itemProps4.xml><?xml version="1.0" encoding="utf-8"?>
<ds:datastoreItem xmlns:ds="http://schemas.openxmlformats.org/officeDocument/2006/customXml" ds:itemID="{9A4CA62F-AAE1-4F49-A2D4-01A9ED6348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Karlo Leš</lastModifiedBy>
  <revision>15</revision>
  <dcterms:created xsi:type="dcterms:W3CDTF">2026-09-02T15:26:00.0000000Z</dcterms:created>
  <dcterms:modified xsi:type="dcterms:W3CDTF">2026-09-28T11:28:38.8697698Z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